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SpeakTab User Manual</w:t>
      </w:r>
    </w:p>
    <w:p>
      <w:pPr>
        <w:pStyle w:val="Subtitle"/>
      </w:pPr>
      <w:r>
        <w:t>For SpeakTab 10.14.87</w:t>
      </w:r>
    </w:p>
    <w:p>
      <w:pPr/>
      <w:r>
        <w:t>Updated October 29 2026</w:t>
      </w:r>
    </w:p>
    <w:p>
      <w:pPr>
        <w:pStyle w:val="Heading1"/>
      </w:pPr>
      <w:r>
        <w:t>Why use SpeakTab</w:t>
      </w:r>
    </w:p>
    <w:p>
      <w:pPr/>
      <w:r>
        <w:t>SpeakTab is a Windows music reader and composer: use it to read, practise and write music. It brings supported guitar tablature (TAB) and standard music notation into a consistent, clean textual reading and practice workflow. Musical information is arranged as positions you can navigate, rather than requiring you to follow a dense printed page. This can suit screen-reader users and sighted people who prefer musical text. You can also read the same ordinary musical text on a refreshable Braille display or export textual BRF files. Here, Braille means prose descriptions translated into Braille; SpeakTab does not produce formal Braille music notation.</w:t>
      </w:r>
    </w:p>
    <w:p>
      <w:pPr/>
      <w:r>
        <w:t>The main reader is the starting point for existing music and practice. The composer also provides a straightforward way to write music and edit SpeakTab projects. This manual assumes ordinary computer skills and basic musical knowledge, but no previous experience of SpeakTab or notation software. Recognition and AI recovery can misread a score, so keep the original for any repair request. If something seems wrong, try AI help if available, or work with a musician or someone who can help correct it.</w:t>
      </w:r>
    </w:p>
    <w:p>
      <w:pPr/>
      <w:r>
        <w:t>You might prefer plain musical text to a dense printed page, use spoken app commands called Voice control while holding an instrument, or select, loop and slow a passage for practice. Bookmarks and written reminders help you return to a difficult spot. Computer-keyboard note entry and MusicXML sharing are useful when writing your own music. These choices are available to sighted, screen-reader and Braille users; no particular disability or knowledge of Braille music is required.</w:t>
      </w:r>
    </w:p>
    <w:p>
      <w:pPr>
        <w:pStyle w:val="Heading1"/>
      </w:pPr>
      <w:r>
        <w:t>What SpeakTab can do</w:t>
      </w:r>
    </w:p>
    <w:p>
      <w:pPr>
        <w:pStyle w:val="Heading2"/>
      </w:pPr>
      <w:r>
        <w:t>Read and navigate existing music</w:t>
      </w:r>
    </w:p>
    <w:p>
      <w:pPr/>
      <w:r>
        <w:t>Structured music files such as MusicXML, MuseScore and Guitar Pro contain stored musical information. SpeakTab reads their supported parts, including supplied guitar TAB strings and frets, and can also open text tablature and chord or lyric charts. A PDF can be a picture of notation rather than stored notes. Recognition tries to identify its notes, rhythm and other marks; it can make mistakes. Choose a supplied part and inspect notes, chords, rests, lyrics and staves. Move by musical position, measure, supplied section label or chord change. See tasks 1 through 4 and 23.</w:t>
      </w:r>
    </w:p>
    <w:p>
      <w:pPr>
        <w:pStyle w:val="Heading2"/>
      </w:pPr>
      <w:r>
        <w:t>Write and edit music</w:t>
      </w:r>
    </w:p>
    <w:p>
      <w:pPr/>
      <w:r>
        <w:t>Use the computer keyboard, named selectors or supported natural-language phrases to write music in the composer. These phrases describe notes using musical words, pitch names and lengths. It creates supported parts for piano, guitar, ukulele, solo voice, violin, viola, cello, harp, unpitched percussion and timpani, including SATB, barbershop and string-quartet templates. Enter notes, chords, rests and lyrics, review proposed changes before accepting them, edit applied music, save a working project including unfinished entry and export MusicXML. It edits SpeakTab projects rather than arbitrary downloaded scores. Begin with Before the composing lessons and tasks 15 through 22; tasks 31 through 34, 36 and 37 cover further instruments and lyrics.</w:t>
      </w:r>
    </w:p>
    <w:p>
      <w:pPr>
        <w:pStyle w:val="Heading2"/>
      </w:pPr>
      <w:r>
        <w:t>Operate the reader with Voice control</w:t>
      </w:r>
    </w:p>
    <w:p>
      <w:pPr/>
      <w:r>
        <w:t>Voice control is hands-free operation through supported spoken app commands. While your hands hold or play an instrument, move to a measure, play or stop music, change speed, set a loop or request a description without reaching for the computer keyboard or Braille display each time. It uses local Windows recognition. Results remain readable text for your screen reader or Braille display; it adds no separate app voice. Once the AI teacher—a separate conversational music guide described next—is configured, supported start/stop phrases can control that conversation too. See task 8 and the reader voice references.</w:t>
      </w:r>
    </w:p>
    <w:p>
      <w:pPr>
        <w:pStyle w:val="Heading2"/>
      </w:pPr>
      <w:r>
        <w:t>Learn with a conversational AI teacher</w:t>
      </w:r>
    </w:p>
    <w:p>
      <w:pPr/>
      <w:r>
        <w:t>The AI teacher provides a live conversation about music and practice, using available score and lesson-reference context. Ask for a passage explanation, theory help, a practice step or a supported app action. It can consult built-in teaching resources and use your saved teaching preferences and lesson information. This uses its own API connection: an access key lets SpeakTab connect to the voice service, and provider usage may be billed separately. Set up that connection and microphone before starting a lesson. Local reading, composing and Voice control work without it. See task 27 and the detailed teaching reference.</w:t>
      </w:r>
    </w:p>
    <w:p>
      <w:pPr>
        <w:pStyle w:val="Heading2"/>
      </w:pPr>
      <w:r>
        <w:t>Choose how much text to read</w:t>
      </w:r>
    </w:p>
    <w:p>
      <w:pPr/>
      <w:r>
        <w:t>Full reading includes supplied musical detail and longer continuation context. The optional Concise explanations preference keeps a short musical summary and omits that longer context. Compact string-fret pairs is another optional preference for supplied fretted parts: 2-0 means string 2 open and 2-3 means string 2 fret 3. The first number is the string and the second is the fret; 0 means open. It applies only where a guitar, ukulele or other fretted source supplies fingering. Staff-only notes keep their pitch names. Task 9 explains these preferences; F3 always opens full supplied details.</w:t>
      </w:r>
    </w:p>
    <w:p>
      <w:pPr>
        <w:pStyle w:val="Heading2"/>
      </w:pPr>
      <w:r>
        <w:t>Hear music and practise a passage</w:t>
      </w:r>
    </w:p>
    <w:p>
      <w:pPr/>
      <w:r>
        <w:t>Play a local practice preview, choose an available instrument sound, slow the music, repeat a measure or a selected range, and optionally increase speed after loop repetitions. A count-in can help you prepare to play. Standalone practice drums provide a backing exercise without an open score. These are practice approximations; vocal playback is wordless. See tasks 6, 7 and 26.</w:t>
      </w:r>
    </w:p>
    <w:p>
      <w:pPr>
        <w:pStyle w:val="Heading2"/>
      </w:pPr>
      <w:r>
        <w:t>Keep your place and practice notes</w:t>
      </w:r>
    </w:p>
    <w:p>
      <w:pPr/>
      <w:r>
        <w:t>Save a reader arrangement with its practice state, resume it through My readings, mark positions with bookmarks and attach your own written reminders. A practice reminder is a comment at a reading position; it does not enter a musical note. Export a separate text, Markdown, HTML or textual BRF reading, or exchange matching practice comments through Markdown. See tasks 10, 24 and 25.</w:t>
      </w:r>
    </w:p>
    <w:p>
      <w:pPr>
        <w:pStyle w:val="Heading2"/>
      </w:pPr>
      <w:r>
        <w:t>Find scores and try examples</w:t>
      </w:r>
    </w:p>
    <w:p>
      <w:pPr/>
      <w:r>
        <w:t>Search supported music catalogues or open source websites by artist, composer, title and instrument. The source guide explains which collections and file types are useful for a particular job. The sixteen free original samples have MusicXML for direct reading, matching notation PDFs, and separate editable projects for optional composing. Website access and permitted downloads vary. See tasks 5, 30 and 35.</w:t>
      </w:r>
    </w:p>
    <w:p>
      <w:pPr>
        <w:pStyle w:val="Heading2"/>
      </w:pPr>
      <w:r>
        <w:t>Recognize or repair uncertain files</w:t>
      </w:r>
    </w:p>
    <w:p>
      <w:pPr/>
      <w:r>
        <w:t>If a PDF gives problems, use ChatGPT repair inside SpeakTab, the separate ChatGPT app or website route, or a suitable MusicXML converter. Direct repair in SpeakTab can map staff measures and send small groups without local recognition first. Local recognition remains an optional try for simple files of roughly two or three pages; it can misread music or stall. The website is another practical route for longer files. These are choices from limited testing, not page limits or guarantees of speed or accuracy. PlayScore does not support guitar TAB. Read coverage and missing-music warnings and keep the original for comparison. See tasks 11, 12, 13 and 28.</w:t>
      </w:r>
    </w:p>
    <w:p>
      <w:pPr>
        <w:pStyle w:val="Heading2"/>
      </w:pPr>
      <w:r>
        <w:t>Ask written ChatGPT questions</w:t>
      </w:r>
    </w:p>
    <w:p>
      <w:pPr/>
      <w:r>
        <w:t>Written ChatGPT is useful for music or current-reading questions when you want an answer as text that you can read at your own pace and revisit. It uses its saved ChatGPT connection. Type a question, or deliberately start microphone questions to recognize and send it after a pause. For a spoken back-and-forth music conversation, follow-up explanations and guided practice, choose the separate AI teacher. Composer dictation instead fills text for review. Both AI tools can be mistaken. Task 13 teaches written questions; task 27 covers the teacher and optional spoken output.</w:t>
      </w:r>
    </w:p>
    <w:p>
      <w:pPr>
        <w:pStyle w:val="Heading2"/>
      </w:pPr>
      <w:r>
        <w:t>Use Claude for reading questions or score repair</w:t>
      </w:r>
    </w:p>
    <w:p>
      <w:pPr/>
      <w:r>
        <w:t>Claude is another supported text-answer and repair option. In Ask about or correct reading text (Ctrl+R in the reader), choose Claude - Anthropic API key as Answer provider and supply its session key and model. The repair window also offers Claude API key as Repair assistant. These routes require a Claude Console API key; a Claude chat login alone does not connect SpeakTab. They are separate from written ChatGPT sign-in and the OpenAI voice connection used by the live teacher. Claude is not the composer’s Interpret with ChatGPT route or the live voice teacher. Task 11 explains review and repair; the provider’s credits and charges are described below.</w:t>
      </w:r>
    </w:p>
    <w:p>
      <w:pPr>
        <w:pStyle w:val="Heading2"/>
      </w:pPr>
      <w:r>
        <w:t>Keep references preferences and lesson memory</w:t>
      </w:r>
    </w:p>
    <w:p>
      <w:pPr/>
      <w:r>
        <w:t>Attach a written companion beside a reading or choose a separate lesson reference while retaining the main score. A teacher profile records learning preferences. Optional local per-piece memory retains recognized lesson conversation; a saved lesson summary and a saved reading serve different purposes. Inspect the chosen reference and remembered information when returning to work. See tasks 25 and 27 and the detailed reading and teaching reference.</w:t>
      </w:r>
    </w:p>
    <w:p>
      <w:pPr>
        <w:pStyle w:val="Heading2"/>
      </w:pPr>
      <w:r>
        <w:t>Hear an explanation read aloud</w:t>
      </w:r>
    </w:p>
    <w:p>
      <w:pPr/>
      <w:r>
        <w:t>Read-aloud is speech output of existing text, such as a tutorial instruction or a ChatGPT answer. It does not listen to your microphone. Local Windows speech and the configured AI teacher’s voice have different output controls. F12 quiets playback announcements only. The AI teacher stays spoken; ChatGPT read-aloud is optional. Your screen reader and refreshable Braille display access the same musical text. See Using the tutorial window and task 27.</w:t>
      </w:r>
    </w:p>
    <w:p>
      <w:pPr>
        <w:pStyle w:val="Heading2"/>
      </w:pPr>
      <w:r>
        <w:t>Find help and choose keyboard shortcuts</w:t>
      </w:r>
    </w:p>
    <w:p>
      <w:pPr/>
      <w:r>
        <w:t>Use guided tasks for a workflow, the User guide for reference and F1 for the focused control. The command palette finds actions by name. Customize optional shortcuts, prepare a reviewed problem report and check for app updates through Help. Instructions and reports explain the result and how to return. See tasks 2, 14 and 29.</w:t>
      </w:r>
    </w:p>
    <w:p>
      <w:pPr>
        <w:pStyle w:val="Heading2"/>
      </w:pPr>
      <w:r>
        <w:t>Dictate composer text for review</w:t>
      </w:r>
    </w:p>
    <w:p>
      <w:pPr/>
      <w:r>
        <w:t>Composer dictation transcribes speech into the editable musical-description field. Check the words before explicitly previewing or requesting interpretation, and review the proposed music before accepting changes. It does not execute reader commands and does not automatically send a ChatGPT question after a pause. The Composer language and spoken entry reference explains this optional entry route.</w:t>
      </w:r>
    </w:p>
    <w:p>
      <w:pPr>
        <w:pStyle w:val="Heading1"/>
      </w:pPr>
      <w:r>
        <w:t>Costs and connections</w:t>
      </w:r>
    </w:p>
    <w:p>
      <w:pPr/>
      <w:r>
        <w:t>Local tools do not require an AI subscription or API credits. Connected features and outside score websites use their own accounts, usage limits and billing.</w:t>
      </w:r>
    </w:p>
    <w:p>
      <w:pPr>
        <w:pStyle w:val="Heading2"/>
      </w:pPr>
      <w:r>
        <w:t>Included local work without AI provider charges</w:t>
      </w:r>
    </w:p>
    <w:p>
      <w:pPr/>
      <w:r>
        <w:t>Reading supported files, navigating music, local playback and practice, saving and exports, the composer’s selectors and supported direct phrases, and local Voice control do not need an AI account or API payment. Local recognition uses the included recognition runtime. Local Windows read-aloud and composer dictation do not make an AI request. Help, tutorials, setup instructions and previewing a supported local phrase do not by themselves use paid AI. The sixteen included original samples are free to use, copy and change under their supplied licence.</w:t>
      </w:r>
    </w:p>
    <w:p>
      <w:pPr>
        <w:pStyle w:val="Heading2"/>
      </w:pPr>
      <w:r>
        <w:t>Written ChatGPT and composer interpretation</w:t>
      </w:r>
    </w:p>
    <w:p>
      <w:pPr/>
      <w:r>
        <w:t>Written ChatGPT and Interpret with ChatGPT use their saved ChatGPT connection. Available models, account eligibility, usage limits and any plan or extra-credit costs depend on that account. Sending a question or interpretation uses the chosen connection; typing text alone does not. A separate browser handoff uses the account signed into that website. The saved ChatGPT connection is different from the teacher’s API access key.</w:t>
      </w:r>
    </w:p>
    <w:p>
      <w:pPr>
        <w:pStyle w:val="Heading2"/>
      </w:pPr>
      <w:r>
        <w:t>Conversational AI teacher and connected repair</w:t>
      </w:r>
    </w:p>
    <w:p>
      <w:pPr/>
      <w:r>
        <w:t>SpeakTab’s configured AI-teacher route uses an OpenAI voice API access key and can incur separately billed provider charges, including live voice usage. A voice test can also use that connection. Connected score repair uses the selected saved connection or provider key and its allowance or billed credits; with a saved connection, the current-file and another-file repair menu commands can start sending after selection. Read the selected route before starting. Local review and manual comparison remain available without that connected request.</w:t>
      </w:r>
    </w:p>
    <w:p>
      <w:pPr>
        <w:pStyle w:val="Heading2"/>
      </w:pPr>
      <w:r>
        <w:t>Claude API account and costs</w:t>
      </w:r>
    </w:p>
    <w:p>
      <w:pPr/>
      <w:r>
        <w:t>Claude reading answers and repair use Anthropic’s Claude Console API connection, with credits or provider charges under that account’s current terms. Some plans may include linked API credits; do not assume a Claude chat subscription supplies unlimited API use. This key is separate from the live teacher’s OpenAI voice key. The local Offline answer-provider choice needs no provider key.</w:t>
      </w:r>
    </w:p>
    <w:p>
      <w:pPr>
        <w:pStyle w:val="Heading2"/>
      </w:pPr>
      <w:r>
        <w:t>Outside score websites and changing terms</w:t>
      </w:r>
    </w:p>
    <w:p>
      <w:pPr/>
      <w:r>
        <w:t>A source website may require its own account, subscription, permission or paid download. A SpeakTab search result does not grant download rights or pay that charge. Check the website’s current terms and the chosen AI account’s limits and billing before use; no fixed third-party prices are promised here. Sources 11 through 14 under Sources for comparisons and costs explain OpenAI and Claude account and API billing routes.</w:t>
      </w:r>
    </w:p>
    <w:p>
      <w:pPr>
        <w:pStyle w:val="Heading1"/>
      </w:pPr>
      <w:r>
        <w:t>Coming from another music program</w:t>
      </w:r>
    </w:p>
    <w:p>
      <w:pPr/>
      <w:r>
        <w:t>MuseScore and GOODFEEL have made substantial contributions to accessible music reading and writing. SpeakTab was created with accessibility at the forefront, using a clean textual layout as its starting point. The following comparison explains overlaps and different approaches, so you can choose the workflow that suits your music and access needs.</w:t>
      </w:r>
    </w:p>
    <w:p>
      <w:pPr/>
      <w:r>
        <w:t>MuseScore Studio provides score writing, guitar TAB and standard page notation, computer-keyboard and MIDI-keyboard input, and MusicXML interchange. Its official documentation also covers accessibility and formal music-Braille BRF export, with documented limits. Its current accessibility handbook lists NVDA and VoiceOver support and says JAWS is not currently supported. Both programs support guitar TAB and standard notation. SpeakTab was designed around keyboard focus, screen-reader text and textual Braille from the outset, bringing supported reading and practice tools into navigable textual descriptions. MusicXML can connect supported work between programs. Sources 1 through 3, 5 and 6 under Sources for comparisons and costs describe MuseScore’s own features.</w:t>
      </w:r>
    </w:p>
    <w:p>
      <w:pPr/>
      <w:r>
        <w:t>The GOODFEEL suite combines the Lime score editor, optional Lime Aloud speech and audible cues, music recognition, and translation into formal Braille music notation. It supports reading and writing scores for blind and sighted users. SpeakTab’s Braille output instead consists of ordinary textual musical descriptions translated into Braille, useful when you do not read Braille music code. This is a difference in workflow and output, not a claim that other programs lack accessible ways to work. Source 4 under Sources for comparisons and costs describes the GOODFEEL suite.</w:t>
      </w:r>
    </w:p>
    <w:p>
      <w:pPr>
        <w:pStyle w:val="Heading2"/>
      </w:pPr>
      <w:r>
        <w:t>Describe music in words before accepting it</w:t>
      </w:r>
    </w:p>
    <w:p>
      <w:pPr>
        <w:keepLines/>
      </w:pPr>
      <w:r>
        <w:t>A distinctive composing option is supported natural-language note entry. For example, measure 1 beat 1 C4 quarter note describes a written note. SpeakTab converts supported phrases into a proposal to review and apply; configured ChatGPT interpretation accepts broader descriptions, also with review. The documented MuseScore and Lime methods compared here use note, duration, keyboard, mouse or musical-keyboard entry. SpeakTab offers a description-to-proposal route without a MIDI controller. Its direct vocabulary is defined; it does not understand every instruction. See the composing course and language reference, and comparison sources 4, 9 and 10.</w:t>
      </w:r>
    </w:p>
    <w:p>
      <w:pPr>
        <w:pStyle w:val="Heading2"/>
      </w:pPr>
      <w:r>
        <w:t>Choose the information and speech you need</w:t>
      </w:r>
    </w:p>
    <w:p>
      <w:pPr/>
      <w:r>
        <w:t>Different musicians need different amounts and forms of information. RNIB describes talking scores as useful when print notation or Braille music is unsuitable; Sound Without Sight demonstrates MuseScore’s screen-reader navigation, display adjustments and music-Braille tools. SpeakTab offers another approach: a clean list of musical positions, optional shorter descriptions and full supplied detail on demand with F3. Ordinary score navigation keeps the selected musical row steady and avoids a secondary status or detail announcement. This addresses the repeated-reading problem encountered during development; explicit operation results can still be announced. Separately, Voice control returns results as text through the screen reader or Braille display, without adding a second app-speaking voice for those commands. Separate read-aloud and conversational teacher output are deliberate choices. These are workflow choices, not a guarantee of identical speech from every screen reader or a claim that all blind musicians prefer the same layout. Sources 7 and 8 provide the wider accessibility context.</w:t>
      </w:r>
    </w:p>
    <w:p>
      <w:pPr>
        <w:pStyle w:val="Heading2"/>
      </w:pPr>
      <w:r>
        <w:t>A straightforward scope for reading and writing</w:t>
      </w:r>
    </w:p>
    <w:p>
      <w:pPr/>
      <w:r>
        <w:t>SpeakTab 10.14.87 uses the computer keyboard, text and supported spoken entry. It has no MIDI-keyboard or controller connection and no recording-studio or sequencer setup. You do not need MIDI hardware to enter music. MIDI program information supplied by a score can select an internal practice sound; that is different from connecting a physical keyboard.</w:t>
      </w:r>
    </w:p>
    <w:p>
      <w:pPr/>
      <w:r>
        <w:t>The local sounds let you hear and practise a passage. They are approximations, and written technique names do not synthesize every technique. The composer has a complete supported note-writing workflow, but it does not provide page engraving or arbitrary editing of every downloaded score. Read outside scores in the reader; edit SpeakTab projects in the composer and export supported MusicXML for another notation program when needed. The lessons and instrument guide explain the detailed limits. Official comparison sources are listed near the end of this manual.</w:t>
      </w:r>
    </w:p>
    <w:p>
      <w:pPr>
        <w:pStyle w:val="Heading1"/>
      </w:pPr>
      <w:r>
        <w:t>Find your way through this manual</w:t>
      </w:r>
    </w:p>
    <w:p>
      <w:pPr/>
      <w:r>
        <w:t>The reader and practice lessons come first. The composing lessons form their own complete section, so learning to read and practise does not require going through note entry. Lesson numbers and topic titles match the app’s 37 guided tasks even where this manual groups them differently. Reader lessons therefore continue from 14 to 23, and the composing section returns to 15. Use the number or title to find the same task in the app.</w:t>
      </w:r>
    </w:p>
    <w:p>
      <w:pPr/>
      <w:r>
        <w:t>Each task gives the action, the state to expect and a way to recover. Examples are suggestions. Read the whole task for context, or use one step at a time. After the lessons, the reader controls, menu commands and detailed references provide further explanation. Composer controls and language are grouped later in their own reference sections.</w:t>
      </w:r>
    </w:p>
    <w:p>
      <w:pPr/>
      <w:r>
        <w:t>Use Word heading navigation to move through this document. In SpeakTab, Help &gt; Guided tutorials provides the task window, and Help &gt; User guide provides a list of headings. Choose a heading and Tab to its text. F1 explains the app control with focus. Menu routes in this manual list factory defaults; your menus show current customized shortcuts.</w:t>
      </w:r>
    </w:p>
    <w:p>
      <w:pPr>
        <w:pStyle w:val="Heading1"/>
      </w:pPr>
      <w:r>
        <w:t>Keyboard focus and shared terms</w:t>
      </w:r>
    </w:p>
    <w:p>
      <w:pPr/>
      <w:r>
        <w:t>Focus identifies which control receives your keys. In the reader’s music list, Left and Right Arrow move through musical time; Up and Down inspect simultaneous notes, strings or lyric rows. In a text area, arrows move through the text instead. Read the active window and control name before using a shortcut. Ctrl+2 puts focus back in the main reader’s music list.</w:t>
      </w:r>
    </w:p>
    <w:p>
      <w:pPr/>
      <w:r>
        <w:t>Tab and Shift+Tab move between controls. In a list, Up and Down choose an item. Space activates a focused button or changes a checkbox. Escape usually closes a dialog or abandons an unconfirmed choice; the individual task explains exceptions. When a tutorial or another window is active, Alt+Tab returns to the reader or other working window before you use that window’s commands.</w:t>
      </w:r>
    </w:p>
    <w:p>
      <w:pPr/>
      <w:r>
        <w:t>A part is a musical line identified by an instrument or singer. A part can contain more than one staff, such as the upper and lower staves of piano music. Rhythm describes when notes begin and how long they last. SpeakTab’s current musical position is the measure and beat selected in the reading. The later composing introduction explains the app’s separate rhythm-line control when it is needed for writing.</w:t>
      </w:r>
    </w:p>
    <w:p>
      <w:pPr/>
      <w:r>
        <w:t>Control names here identify visible or accessible labels. Your screen reader may also announce a control type, value, checked state or shortcut. The expected results describe the app state to find rather than promise an identical spoken sentence. Reader status reports navigation, import and practice results; Navigate &gt; Reader status opens its complete text on demand.</w:t>
      </w:r>
    </w:p>
    <w:p>
      <w:pPr>
        <w:pStyle w:val="Heading2"/>
      </w:pPr>
      <w:r>
        <w:t>Supplied inferred and provisional information</w:t>
      </w:r>
    </w:p>
    <w:p>
      <w:pPr/>
      <w:r>
        <w:t>Source-supplied information comes from the opened score. Inferred chord names or timing are suggestions made from the available information. A provisional recovery is a readable copy that is uncertain or incomplete and carries warnings about its gaps. If something seems wrong, try AI help if available, or work with a musician or someone who can help correct it.</w:t>
      </w:r>
    </w:p>
    <w:p>
      <w:pPr>
        <w:pStyle w:val="Heading2"/>
      </w:pPr>
      <w:r>
        <w:t>Choose a beat description or the full details</w:t>
      </w:r>
    </w:p>
    <w:p>
      <w:pPr/>
      <w:r>
        <w:t>Ctrl+3 refreshes the selected beat explanation using your concise or compact preference and puts focus at the beginning of its text. Read it with screen-reader or Braille text commands. Ctrl+2 returns to the same score position.</w:t>
      </w:r>
    </w:p>
    <w:p>
      <w:pPr/>
      <w:r>
        <w:t>F3 collects the full supplied beat details, including lyrics, markings and known continuing notes, even when a shorter style is selected. It does not change that style or move the score. Ctrl+2 or Escape returns to music.</w:t>
      </w:r>
    </w:p>
    <w:p>
      <w:pPr/>
      <w:r>
        <w:t>Navigate &gt; Describe current music &gt; Explain this beat reports the current description in Reader status without moving or contacting AI. Explain next beat, Explain next measure and Explain next chord instead move first and describe the new position. Ctrl+2 returns to the music list at that position.</w:t>
      </w:r>
    </w:p>
    <w:p>
      <w:pPr>
        <w:pStyle w:val="Heading1"/>
      </w:pPr>
      <w:r>
        <w:t>Reader and practice lessons</w:t>
      </w:r>
    </w:p>
    <w:p>
      <w:pPr>
        <w:widowControl/>
      </w:pPr>
      <w:r>
        <w:t>Each task gives the action, the state you should find, and a way to recover. A task does not require connected AI unless it explicitly uses a connected feature. Merely reading the manual or opening a tutorial starts no microphone, music or model request.</w:t>
      </w:r>
    </w:p>
    <w:p>
      <w:pPr>
        <w:pStyle w:val="Heading2"/>
      </w:pPr>
      <w:r>
        <w:t>Using the tutorial window</w:t>
      </w:r>
    </w:p>
    <w:p>
      <w:r>
        <w:t>Choose Using tutorials in the tutorial window to read its navigation help. Choose a topic with Up/Down Arrow, then Tab to read its first step. Use Alt+Tab to switch to SpeakTab and follow the instruction. After you finish Step 1 in SpeakTab, return to this tutorial and choose Next step to read Step 2. Next lesson opens a different topic. Show whole lesson gives the complete lesson. F1 explains the control that has focus. Examples are optional; use your own suitable score if preferred.</w:t>
      </w:r>
    </w:p>
    <w:p>
      <w:pPr>
        <w:pStyle w:val="Heading2"/>
        <w:widowControl/>
      </w:pPr>
      <w:r>
        <w:t>1 Start with a song</w:t>
      </w:r>
    </w:p>
    <w:p>
      <w:pPr>
        <w:widowControl/>
      </w:pPr>
      <w:r>
        <w:t>Open a score you want to read and learn how its notes are presented. The included practice chart is an optional example.</w:t>
      </w:r>
    </w:p>
    <w:p>
      <w:pPr>
        <w:pStyle w:val="Heading3"/>
        <w:widowControl/>
      </w:pPr>
      <w:r>
        <w:t>Step 1 Open music to read</w:t>
      </w:r>
    </w:p>
    <w:p>
      <w:pPr>
        <w:widowControl/>
      </w:pPr>
      <w:r>
        <w:t>What to do: Press Ctrl+O and choose a supported music file. If you prefer an included example, press Ctrl+D or choose File &gt; Open practice demo instead.</w:t>
      </w:r>
    </w:p>
    <w:p>
      <w:pPr>
        <w:widowControl/>
      </w:pPr>
      <w:r>
        <w:t>What to expect: The selected score opens. The optional demo is a chord-based practice reading; it is not a complete piano melody.</w:t>
      </w:r>
    </w:p>
    <w:p>
      <w:pPr>
        <w:widowControl/>
      </w:pPr>
      <w:r>
        <w:t>If something is wrong: Cancel the file chooser to keep the current reading. A PDF may require recognition before it can be read as notes.</w:t>
      </w:r>
    </w:p>
    <w:p>
      <w:pPr>
        <w:pStyle w:val="Heading3"/>
        <w:widowControl/>
      </w:pPr>
      <w:r>
        <w:t>Step 2 Find the music list</w:t>
      </w:r>
    </w:p>
    <w:p>
      <w:pPr>
        <w:widowControl/>
      </w:pPr>
      <w:r>
        <w:t>What to do: Press Ctrl+2. Read the selected position with your screen reader or Braille display. Press Right Arrow once, then Left Arrow once.</w:t>
      </w:r>
    </w:p>
    <w:p>
      <w:pPr>
        <w:widowControl/>
      </w:pPr>
      <w:r>
        <w:t>What to expect: Right moves to the next musical time position; Left returns. The selected row describes its measure and beat.</w:t>
      </w:r>
    </w:p>
    <w:p>
      <w:pPr>
        <w:widowControl/>
      </w:pPr>
      <w:r>
        <w:t>If something is wrong: Ctrl+2 restores focus to the music list after you explore another area.</w:t>
      </w:r>
    </w:p>
    <w:p>
      <w:pPr>
        <w:pStyle w:val="Heading3"/>
        <w:widowControl/>
      </w:pPr>
      <w:r>
        <w:t>Step 3 Read everything at the selected musical position with F3</w:t>
      </w:r>
    </w:p>
    <w:p>
      <w:pPr>
        <w:widowControl/>
      </w:pPr>
      <w:r>
        <w:t>What to do: In the reader, select the musical position you want to inspect, then press F3. F3 puts focus at the beginning of the read-only Full description text area. Read it using your screen reader text-reading commands or Braille display.</w:t>
      </w:r>
    </w:p>
    <w:p>
      <w:pPr>
        <w:widowControl/>
      </w:pPr>
      <w:r>
        <w:t>What to expect: The text identifies the selected measure and beat and collects its supplied notes or guitar strings and frets, note lengths, rests, lyrics and written playing marks. Where written timing is known, it can include notes still sounding from an earlier beat. For example, a piano bass note can still be held while a new upper note begins. F3 gives full detail even when concise or compact reading is selected; it does not change that preference.</w:t>
      </w:r>
    </w:p>
    <w:p>
      <w:pPr>
        <w:widowControl/>
      </w:pPr>
      <w:r>
        <w:t>If something is wrong: F3 does not play music, move to another beat or edit notes. Arrow keys in this text area read the text instead of moving through the score. Press Ctrl+2 or Escape to return to the music list at the same position, then use Left/Right to move through music. Missing source details cannot be supplied by F3.</w:t>
      </w:r>
    </w:p>
    <w:p>
      <w:pPr>
        <w:pStyle w:val="Heading3"/>
        <w:widowControl/>
      </w:pPr>
      <w:r>
        <w:t>Step 4 Choose an instrument part when supplied</w:t>
      </w:r>
    </w:p>
    <w:p>
      <w:pPr>
        <w:widowControl/>
      </w:pPr>
      <w:r>
        <w:t>What to do: For a score containing several parts, press Ctrl+T and choose the instrument line to read. Keep the current part if it is the intended one. In the part chooser, Up/Down selects a part and Enter confirms it. Escape keeps the current reading.</w:t>
      </w:r>
    </w:p>
    <w:p>
      <w:pPr>
        <w:widowControl/>
      </w:pPr>
      <w:r>
        <w:t>What to expect: The reader presents the selected instrument. The source summary identifies the available parts.</w:t>
      </w:r>
    </w:p>
    <w:p>
      <w:pPr>
        <w:widowControl/>
      </w:pPr>
      <w:r>
        <w:t>If something is wrong: Cancel the part chooser to retain the current reading. A single-line source may offer only one suitable part.</w:t>
      </w:r>
    </w:p>
    <w:p>
      <w:pPr>
        <w:pStyle w:val="Heading3"/>
        <w:widowControl/>
      </w:pPr>
      <w:r>
        <w:t>Step 5 Find an explanation in the User guide</w:t>
      </w:r>
    </w:p>
    <w:p>
      <w:pPr>
        <w:widowControl/>
      </w:pPr>
      <w:r>
        <w:t>What to do: In the reader choose Help &gt; User guide (Ctrl+Shift+U). Focus starts in Guide headings. Use Up/Down Arrow to select a subject you want to read, then press Tab to enter Guide section. Read that section with your screen reader's text commands or Braille display.</w:t>
      </w:r>
    </w:p>
    <w:p>
      <w:pPr>
        <w:widowControl/>
      </w:pPr>
      <w:r>
        <w:t>What to expect: Guide section contains the explanation for the heading you selected. Shift+Tab returns to Guide headings so you can choose another subject.</w:t>
      </w:r>
    </w:p>
    <w:p>
      <w:pPr>
        <w:widowControl/>
      </w:pPr>
      <w:r>
        <w:t>If something is wrong: Press Escape to close the User guide, then Ctrl+2 to focus the music list at the selected score position.</w:t>
      </w:r>
    </w:p>
    <w:p>
      <w:pPr>
        <w:pStyle w:val="Heading2"/>
        <w:widowControl/>
      </w:pPr>
      <w:r>
        <w:t>2 Find commands in menus</w:t>
      </w:r>
    </w:p>
    <w:p>
      <w:pPr>
        <w:widowControl/>
      </w:pPr>
      <w:r>
        <w:t>Use this task to locate SpeakTab commands and understand which musical area receives your keys.</w:t>
      </w:r>
    </w:p>
    <w:p>
      <w:pPr>
        <w:pStyle w:val="Heading3"/>
        <w:widowControl/>
      </w:pPr>
      <w:r>
        <w:t>Step 1 Open a menu</w:t>
      </w:r>
    </w:p>
    <w:p>
      <w:pPr>
        <w:widowControl/>
      </w:pPr>
      <w:r>
        <w:t>What to do: The reader has seven menus. This step uses Practice as one example. Switch to the reader with Alt+Tab and press Alt+R. The manual's Main menu opening keys lists all seven keys; Alt+P opens Playback.</w:t>
      </w:r>
    </w:p>
    <w:p>
      <w:pPr>
        <w:widowControl/>
      </w:pPr>
      <w:r>
        <w:t>What to expect: Practice opens. Up/Down now moves through menu commands, not through music.</w:t>
      </w:r>
    </w:p>
    <w:p>
      <w:pPr>
        <w:widowControl/>
      </w:pPr>
      <w:r>
        <w:t>If something is wrong: Escape closes one menu level; another Escape returns to the reader.</w:t>
      </w:r>
    </w:p>
    <w:p>
      <w:pPr>
        <w:pStyle w:val="Heading3"/>
        <w:widowControl/>
      </w:pPr>
      <w:r>
        <w:t>Step 2 Choose a command</w:t>
      </w:r>
    </w:p>
    <w:p>
      <w:pPr>
        <w:widowControl/>
      </w:pPr>
      <w:r>
        <w:t>What to do: Read the menu item before pressing Enter. File opens and saves music; Navigate moves through a reading; Playback controls music; Practice has loops, bookmarks and written reminders. ChatGPT has written questions. Voice contains Voice control spoken commands, AI teacher and read-aloud settings. Help opens instructions. These are separate tools, so check the command name before running it.</w:t>
      </w:r>
    </w:p>
    <w:p>
      <w:pPr>
        <w:widowControl/>
      </w:pPr>
      <w:r>
        <w:t>What to expect: Enter runs the selected command. A name ending with three dots usually opens a dialog for more choices.</w:t>
      </w:r>
    </w:p>
    <w:p>
      <w:pPr>
        <w:widowControl/>
      </w:pPr>
      <w:r>
        <w:t>If something is wrong: In a dialog, Tab/Shift+Tab moves between controls. Escape or Cancel abandons unconfirmed choices.</w:t>
      </w:r>
    </w:p>
    <w:p>
      <w:pPr>
        <w:pStyle w:val="Heading3"/>
        <w:widowControl/>
      </w:pPr>
      <w:r>
        <w:t>Step 3 Understand focus and controls</w:t>
      </w:r>
    </w:p>
    <w:p>
      <w:pPr>
        <w:widowControl/>
      </w:pPr>
      <w:r>
        <w:t>What to do: SpeakTab uses arrows differently in its musical list and its text fields. In the score, Left/Right moves through musical time and Up/Down inspects simultaneous material. In a text area, those keys move through its text. Ctrl+2 returns to music in the main reader.</w:t>
      </w:r>
    </w:p>
    <w:p>
      <w:pPr>
        <w:widowControl/>
      </w:pPr>
      <w:r>
        <w:t>What to expect: Your screen reader announces the control name, type and current value. Selecting a value does not always apply it; read the confirmation button.</w:t>
      </w:r>
    </w:p>
    <w:p>
      <w:pPr>
        <w:widowControl/>
      </w:pPr>
      <w:r>
        <w:t>If something is wrong: If keys have an unexpected effect, stop and check the active window and control. Ctrl+2 focuses music in the main reader.</w:t>
      </w:r>
    </w:p>
    <w:p>
      <w:pPr>
        <w:pStyle w:val="Heading3"/>
        <w:widowControl/>
      </w:pPr>
      <w:r>
        <w:t>Step 4 Find an action by name</w:t>
      </w:r>
    </w:p>
    <w:p>
      <w:pPr>
        <w:widowControl/>
      </w:pPr>
      <w:r>
        <w:t>What to do: Press Ctrl+Alt+P for Command palette. Type part of a command name or a shortcut. Down Arrow reviews matches. Enter runs a menu action.</w:t>
      </w:r>
    </w:p>
    <w:p>
      <w:pPr>
        <w:widowControl/>
      </w:pPr>
      <w:r>
        <w:t>What to expect: Each result supplies its current key and menu route. Context-only keys explain where they work and cannot be run as menu actions.</w:t>
      </w:r>
    </w:p>
    <w:p>
      <w:pPr>
        <w:widowControl/>
      </w:pPr>
      <w:r>
        <w:t>If something is wrong: Escape closes the palette without running a result. Help &gt; Keyboard shortcuts (Alt+H, then E) lists the default keys.</w:t>
      </w:r>
    </w:p>
    <w:p>
      <w:pPr>
        <w:pStyle w:val="Heading2"/>
        <w:widowControl/>
      </w:pPr>
      <w:r>
        <w:t>3 Navigate with keyboard  screen reader and Braille</w:t>
      </w:r>
    </w:p>
    <w:p>
      <w:pPr>
        <w:widowControl/>
      </w:pPr>
      <w:r>
        <w:t>The reader presents a musical time position with its simultaneous notes or strings. It is separate from the composer, where you enter and edit music.</w:t>
      </w:r>
    </w:p>
    <w:p>
      <w:pPr>
        <w:pStyle w:val="Heading3"/>
        <w:widowControl/>
      </w:pPr>
      <w:r>
        <w:t>Step 1 Move in musical time</w:t>
      </w:r>
    </w:p>
    <w:p>
      <w:pPr>
        <w:widowControl/>
      </w:pPr>
      <w:r>
        <w:t>What to do: In the reader press Ctrl+2. Use Right/Left for the next/previous position. Ctrl+Home selects the first note group; Ctrl+End the last.</w:t>
      </w:r>
    </w:p>
    <w:p>
      <w:pPr>
        <w:widowControl/>
      </w:pPr>
      <w:r>
        <w:t>What to expect: Selection moves while the original file remains unchanged. A position may contain several simultaneous notes.</w:t>
      </w:r>
    </w:p>
    <w:p>
      <w:pPr>
        <w:widowControl/>
      </w:pPr>
      <w:r>
        <w:t>If something is wrong: If arrows move a text caret instead, press Ctrl+2 before continuing.</w:t>
      </w:r>
    </w:p>
    <w:p>
      <w:pPr>
        <w:pStyle w:val="Heading3"/>
        <w:widowControl/>
      </w:pPr>
      <w:r>
        <w:t>Step 2 Inspect simultaneous material</w:t>
      </w:r>
    </w:p>
    <w:p>
      <w:pPr>
        <w:widowControl/>
      </w:pPr>
      <w:r>
        <w:t>What to do: Use Up/Down in the score list to inspect simultaneous notes, supplied strings or lyric rows. Press F3 to collect the complete beat detail.</w:t>
      </w:r>
    </w:p>
    <w:p>
      <w:pPr>
        <w:widowControl/>
      </w:pPr>
      <w:r>
        <w:t>What to expect: You can inspect one part of the same musical moment without advancing time.</w:t>
      </w:r>
    </w:p>
    <w:p>
      <w:pPr>
        <w:widowControl/>
      </w:pPr>
      <w:r>
        <w:t>If something is wrong: After reading the full description, press Ctrl+2 to return to the music list at the same position. Left/Right then moves through musical time.</w:t>
      </w:r>
    </w:p>
    <w:p>
      <w:pPr>
        <w:pStyle w:val="Heading3"/>
        <w:widowControl/>
      </w:pPr>
      <w:r>
        <w:t>Step 3 Move by measure</w:t>
      </w:r>
    </w:p>
    <w:p>
      <w:pPr>
        <w:widowControl/>
      </w:pPr>
      <w:r>
        <w:t>What to do: In the reader, Ctrl+PageDown selects the next measure; Ctrl+PageUp the previous. Ctrl+G focuses the measure-number jump field: type an existing measure and press Enter, or Tab to Jump and press Space. Ctrl+M focuses the measure selector; use Up/Down to choose a supplied measure.</w:t>
      </w:r>
    </w:p>
    <w:p>
      <w:pPr>
        <w:widowControl/>
      </w:pPr>
      <w:r>
        <w:t>What to expect: Navigation retains original measure numbers. It does not create new measures.</w:t>
      </w:r>
    </w:p>
    <w:p>
      <w:pPr>
        <w:widowControl/>
      </w:pPr>
      <w:r>
        <w:t>If something is wrong: A missing measure is reported. Check the source number or choose an available measure.</w:t>
      </w:r>
    </w:p>
    <w:p>
      <w:pPr>
        <w:pStyle w:val="Heading3"/>
        <w:widowControl/>
      </w:pPr>
      <w:r>
        <w:t>Step 4 Read with speech or Braille</w:t>
      </w:r>
    </w:p>
    <w:p>
      <w:pPr>
        <w:widowControl/>
      </w:pPr>
      <w:r>
        <w:t>What to do: Press Ctrl+3 to focus the current explanation and read it with screen-reader text commands or Braille. To inspect the source instead, press Ctrl+1 or choose Navigate &gt; Music source or score summary. Focus moves to the beginning of that text area in the main reader. Read it with the same text or Braille commands.</w:t>
      </w:r>
    </w:p>
    <w:p>
      <w:pPr>
        <w:widowControl/>
      </w:pPr>
      <w:r>
        <w:t>What to expect: For a structured score the source area contains a read-only score summary; its spoken name includes the file type and score summary. For text tablature it contains the imported source text. This is separate from the selected-beat explanation. F3 gives full beat detail regardless of the shorter reading style.</w:t>
      </w:r>
    </w:p>
    <w:p>
      <w:pPr>
        <w:widowControl/>
      </w:pPr>
      <w:r>
        <w:t>If something is wrong: Press Ctrl+2 to return to the music list at the selected position before using Left/Right to move through music. Reading the source area does not edit a structured score or move the selected beat.</w:t>
      </w:r>
    </w:p>
    <w:p>
      <w:pPr>
        <w:pStyle w:val="Heading2"/>
        <w:widowControl/>
      </w:pPr>
      <w:r>
        <w:t>4 Read strings  chords  lyrics and beats</w:t>
      </w:r>
    </w:p>
    <w:p>
      <w:pPr>
        <w:widowControl/>
      </w:pPr>
      <w:r>
        <w:t>Notes, a written chord label, inferred chord suggestions and lyrics are different information. SpeakTab reports what the source supplies and qualifies inferred timing.</w:t>
      </w:r>
    </w:p>
    <w:p>
      <w:pPr>
        <w:pStyle w:val="Heading3"/>
        <w:widowControl/>
      </w:pPr>
      <w:r>
        <w:t>Step 1 Identify the source information</w:t>
      </w:r>
    </w:p>
    <w:p>
      <w:pPr>
        <w:widowControl/>
      </w:pPr>
      <w:r>
        <w:t>What to do: Open music, then press Ctrl+1 or choose Navigate &gt; Music source or score summary. Focus moves to the beginning of the source text area in the main reader. Read that text with screen-reader text commands or Braille, then press Ctrl+2 to return to the selected music position.</w:t>
      </w:r>
    </w:p>
    <w:p>
      <w:pPr>
        <w:widowControl/>
      </w:pPr>
      <w:r>
        <w:t>What to expect: You can tell whether you opened written notes, tablature or a chord/lyric chart. A chord chart alone does not specify a complete melody.</w:t>
      </w:r>
    </w:p>
    <w:p>
      <w:pPr>
        <w:widowControl/>
      </w:pPr>
      <w:r>
        <w:t>If something is wrong: Keep the source when the reading seems incomplete; do not fill missing notes from a chord label alone.</w:t>
      </w:r>
    </w:p>
    <w:p>
      <w:pPr>
        <w:pStyle w:val="Heading3"/>
        <w:widowControl/>
      </w:pPr>
      <w:r>
        <w:t>Step 2 Read strings or staff notes</w:t>
      </w:r>
    </w:p>
    <w:p>
      <w:pPr>
        <w:widowControl/>
      </w:pPr>
      <w:r>
        <w:t>What to do: Use Up/Down at a position and F3 for complete detail. Fret 0 means open. Standard guitar string 1 is the high thin string; other supplied instruments retain their actual source string count.</w:t>
      </w:r>
    </w:p>
    <w:p>
      <w:pPr>
        <w:widowControl/>
      </w:pPr>
      <w:r>
        <w:t>What to expect: Fretted material names supplied strings/frets. Staff-only music gives pitches without invented guitar fingering.</w:t>
      </w:r>
    </w:p>
    <w:p>
      <w:pPr>
        <w:widowControl/>
      </w:pPr>
      <w:r>
        <w:t>If something is wrong: Ctrl+4 reads supplied tuning. If the source does not state tuning, treat it as unknown.</w:t>
      </w:r>
    </w:p>
    <w:p>
      <w:pPr>
        <w:pStyle w:val="Heading3"/>
        <w:widowControl/>
      </w:pPr>
      <w:r>
        <w:t>Step 3 Move between chords and read their lyrics</w:t>
      </w:r>
    </w:p>
    <w:p>
      <w:pPr>
        <w:widowControl/>
      </w:pPr>
      <w:r>
        <w:t>What to do: Press Ctrl+2 to select the music. Alt+Right Arrow moves to the next chord change; Alt+Left Arrow moves to the previous chord change. Both are direct shortcuts in the main reader; no menu needs to be opened. At the chord or beat you want, press Alt+Shift+L to read only its supplied lyrics. Read that text with your screen reader or Braille display, then press Ctrl+2 to return to the same musical position.</w:t>
      </w:r>
    </w:p>
    <w:p>
      <w:pPr>
        <w:widowControl/>
      </w:pPr>
      <w:r>
        <w:t>What to expect: Chord navigation skips positions where the same chord is held. The lyrics command puts focus in Reader status and shows the full supplied lyric text for the selected beat or chord, without the notes and string details. It does not move the music. Up/Down in the music list also reaches any lyric row at that beat.</w:t>
      </w:r>
    </w:p>
    <w:p>
      <w:pPr>
        <w:widowControl/>
      </w:pPr>
      <w:r>
        <w:t>If something is wrong: If no lyrics are supplied at the selected position, the lyrics command says so; move to another beat or chord to check its words. Use F3 when you want the lyrics together with the complete musical explanation.</w:t>
      </w:r>
    </w:p>
    <w:p>
      <w:pPr>
        <w:pStyle w:val="Heading3"/>
        <w:widowControl/>
      </w:pPr>
      <w:r>
        <w:t>Step 4 Check timing qualifications</w:t>
      </w:r>
    </w:p>
    <w:p>
      <w:pPr>
        <w:widowControl/>
      </w:pPr>
      <w:r>
        <w:t>What to do: Choose Practice &gt; Import summary and uncertainties: open Practice with Alt+R and select that command, or press its direct shortcut Alt+Shift+I. A separate Import summary and uncertainties window opens. Read its read-only text area with screen-reader text commands or Braille.</w:t>
      </w:r>
    </w:p>
    <w:p>
      <w:pPr>
        <w:widowControl/>
      </w:pPr>
      <w:r>
        <w:t>What to expect: The report names the selected part, recovered positions and measures, and timing qualifications. PDF page counts appear when supplied. Written structured rhythm and inferred spacing are distinguished. Plain tab positions such as 1, 1.25, 1.5 and 1.75 can be estimated practice timing; successful opening does not certify exact rhythm.</w:t>
      </w:r>
    </w:p>
    <w:p>
      <w:pPr>
        <w:widowControl/>
      </w:pPr>
      <w:r>
        <w:t>If something is wrong: Press Escape or choose Close to close the report. Press Ctrl+2 in the reader to focus the music list at the same position. If rests, note lengths or words seem wrong, try available AI help or ask a musician to help correct them.</w:t>
      </w:r>
    </w:p>
    <w:p>
      <w:pPr>
        <w:pStyle w:val="Heading2"/>
        <w:widowControl/>
      </w:pPr>
      <w:r>
        <w:t>5 Find music online</w:t>
      </w:r>
    </w:p>
    <w:p>
      <w:pPr>
        <w:widowControl/>
      </w:pPr>
      <w:r>
        <w:t>Find music searches supported sources. A result can be importable without being the right edition or musically complete.</w:t>
      </w:r>
    </w:p>
    <w:p>
      <w:pPr>
        <w:pStyle w:val="Heading3"/>
        <w:widowControl/>
      </w:pPr>
      <w:r>
        <w:t>Step 1 Set the search</w:t>
      </w:r>
    </w:p>
    <w:p>
      <w:pPr>
        <w:widowControl/>
      </w:pPr>
      <w:r>
        <w:t>What to do: Press F2 in the reader. In the search window, Tab to Song title to search for and Artist to search for and type either or both. Tab to Source filter; use Up/Down to choose a named source. GTPtabs is the default. Tab to Search now and press Space or Enter.</w:t>
      </w:r>
    </w:p>
    <w:p>
      <w:pPr>
        <w:widowControl/>
      </w:pPr>
      <w:r>
        <w:t>What to expect: A result list or a clear no-results message appears. Searching depends on the chosen source being available.</w:t>
      </w:r>
    </w:p>
    <w:p>
      <w:pPr>
        <w:widowControl/>
      </w:pPr>
      <w:r>
        <w:t>If something is wrong: Correct spelling, add the artist or choose another source if results are unsuitable.</w:t>
      </w:r>
    </w:p>
    <w:p>
      <w:pPr>
        <w:pStyle w:val="Heading3"/>
        <w:widowControl/>
      </w:pPr>
      <w:r>
        <w:t>Step 2 Inspect before opening</w:t>
      </w:r>
    </w:p>
    <w:p>
      <w:pPr>
        <w:widowControl/>
      </w:pPr>
      <w:r>
        <w:t>What to do: After search returns, Tab to Song results with material type and file or page access. Use Up/Down to select a result and read its title, source and offered file information.</w:t>
      </w:r>
    </w:p>
    <w:p>
      <w:pPr>
        <w:widowControl/>
      </w:pPr>
      <w:r>
        <w:t>What to expect: Selection chooses a result; it does not yet prove that result is the intended song.</w:t>
      </w:r>
    </w:p>
    <w:p>
      <w:pPr>
        <w:widowControl/>
      </w:pPr>
      <w:r>
        <w:t>If something is wrong: Do not select solely by a familiar title when the artist or arrangement differs.</w:t>
      </w:r>
    </w:p>
    <w:p>
      <w:pPr>
        <w:pStyle w:val="Heading3"/>
        <w:widowControl/>
      </w:pPr>
      <w:r>
        <w:t>Step 3 Download and open</w:t>
      </w:r>
    </w:p>
    <w:p>
      <w:pPr>
        <w:widowControl/>
      </w:pPr>
      <w:r>
        <w:t>What to do: Choose the music result and press Enter or Alt+D. Read its source and coverage after opening; report any missing beginning or ending when seeking help.</w:t>
      </w:r>
    </w:p>
    <w:p>
      <w:pPr>
        <w:widowControl/>
      </w:pPr>
      <w:r>
        <w:t>What to expect: A supported download opens as a reading. Parts may need selection.</w:t>
      </w:r>
    </w:p>
    <w:p>
      <w:pPr>
        <w:widowControl/>
      </w:pPr>
      <w:r>
        <w:t>If something is wrong: Cancel a part chooser to abandon that opening. Keep a known saved reading so you can return to it.</w:t>
      </w:r>
    </w:p>
    <w:p>
      <w:pPr>
        <w:pStyle w:val="Heading3"/>
        <w:widowControl/>
      </w:pPr>
      <w:r>
        <w:t>Step 4 Use browser alternatives</w:t>
      </w:r>
    </w:p>
    <w:p>
      <w:pPr>
        <w:widowControl/>
      </w:pPr>
      <w:r>
        <w:t>What to do: Choose Open selected page to visit the selected result's website. Ultimate Guitar in browser opens that site's search. In the browser, download a supported score file that the site permits you to use. Return to SpeakTab and press Ctrl+O to open the downloaded file. For selectable text tablature, copy the actual tab text in the browser, return to SpeakTab and press Ctrl+Shift+V. In the search window, Tab to Open selected page or Ultimate Guitar in browser and press Space. Use the website's own keyboard controls for downloads; return to SpeakTab with Alt+Tab.</w:t>
      </w:r>
    </w:p>
    <w:p>
      <w:pPr>
        <w:widowControl/>
      </w:pPr>
      <w:r>
        <w:t>What to expect: Opening a website does not by itself import its music. A web address is not copied tab text.</w:t>
      </w:r>
    </w:p>
    <w:p>
      <w:pPr>
        <w:widowControl/>
      </w:pPr>
      <w:r>
        <w:t>If something is wrong: Guided search with AI is optional and may use connected allowance or provider credits. Return to ordinary sources if it is not useful.</w:t>
      </w:r>
    </w:p>
    <w:p>
      <w:pPr>
        <w:pStyle w:val="Heading2"/>
      </w:pPr>
      <w:r>
        <w:t>Choose a music source</w:t>
      </w:r>
    </w:p>
    <w:p>
      <w:pPr/>
      <w:r>
        <w:t>Choose the source for the material you want: guitar tabs, chord accompaniment, a song lesson, a structured score, an ensemble part or a PDF. Find tabs or chords (F2) retains the guitar and song routes. Find scores (Ctrl+Shift+F) covers the broader score sources. Classical collections are available alongside other music.</w:t>
      </w:r>
    </w:p>
    <w:p>
      <w:pPr/>
      <w:r>
        <w:t>The entries below describe each source’s intended use in SpeakTab. A website controls its accounts, prices and permitted downloads. Viewing a score or lesson does not automatically supply an importable file. Read the app’s source-specific download guidance when needed.</w:t>
      </w:r>
    </w:p>
    <w:p>
      <w:pPr>
        <w:pStyle w:val="Heading3"/>
      </w:pPr>
      <w:r>
        <w:t>Guitar songs tabs chords and lessons</w:t>
      </w:r>
    </w:p>
    <w:p>
      <w:pPr/>
      <w:r>
        <w:rPr>
          <w:b/>
        </w:rPr>
        <w:t xml:space="preserve">TabFan </w:t>
      </w:r>
      <w:r>
        <w:t>Best for selectable song chord charts and chord-and-lyric accompaniment. Chord charts do not provide every melody or picking note.</w:t>
      </w:r>
    </w:p>
    <w:p>
      <w:pPr/>
      <w:r>
        <w:rPr>
          <w:b/>
        </w:rPr>
        <w:t xml:space="preserve">GuitarTabs.cc </w:t>
      </w:r>
      <w:r>
        <w:t>Best for plain-text guitar tabs with supplied string and fret rows. Text spacing may give only estimated rhythm.</w:t>
      </w:r>
    </w:p>
    <w:p>
      <w:pPr/>
      <w:r>
        <w:rPr>
          <w:b/>
        </w:rPr>
        <w:t xml:space="preserve">GoTabs </w:t>
      </w:r>
      <w:r>
        <w:t>Best for public selectable text tablature. Read the imported coverage; some arrangements may be incomplete.</w:t>
      </w:r>
    </w:p>
    <w:p>
      <w:pPr/>
      <w:r>
        <w:rPr>
          <w:b/>
        </w:rPr>
        <w:t xml:space="preserve">KhmerChords </w:t>
      </w:r>
      <w:r>
        <w:t>Best for selectable song chord charts and text tabs. Choose the material type you need; chord names alone do not provide a melody.</w:t>
      </w:r>
    </w:p>
    <w:p>
      <w:pPr/>
      <w:r>
        <w:rPr>
          <w:b/>
        </w:rPr>
        <w:t xml:space="preserve">GuitarAlliance / Guitar Alliance - PDF download library </w:t>
      </w:r>
      <w:r>
        <w:t>Best for the publisher’s downloadable guitar song PDFs. The two app entries lead to the same provider; its current PDF library is more useful than broken older lesson links. PDF recovery may be needed.</w:t>
      </w:r>
    </w:p>
    <w:p>
      <w:pPr/>
      <w:r>
        <w:rPr>
          <w:b/>
        </w:rPr>
        <w:t xml:space="preserve">Musicnoteslib </w:t>
      </w:r>
      <w:r>
        <w:t>Best for public text tabs and chord charts. This is a different source from the commercial Musicnotes publisher.</w:t>
      </w:r>
    </w:p>
    <w:p>
      <w:pPr/>
      <w:r>
        <w:rPr>
          <w:b/>
        </w:rPr>
        <w:t xml:space="preserve">Musicnotes </w:t>
      </w:r>
      <w:r>
        <w:t>Best for finding a particular professionally published arrangement, including guitar TAB and chord charts. Purchase or view it through the publisher and confirm the offered download format before expecting to import it.</w:t>
      </w:r>
    </w:p>
    <w:p>
      <w:pPr/>
      <w:r>
        <w:rPr>
          <w:b/>
        </w:rPr>
        <w:t xml:space="preserve">Blue Morris </w:t>
      </w:r>
      <w:r>
        <w:t>Best for fingerstyle lessons and arrangements with creator-provided PDFs where offered. A lesson page may contain a linked score.</w:t>
      </w:r>
    </w:p>
    <w:p>
      <w:pPr/>
      <w:r>
        <w:rPr>
          <w:b/>
        </w:rPr>
        <w:t xml:space="preserve">GuitarTabsExplorer </w:t>
      </w:r>
      <w:r>
        <w:t>Best for public plain-text guitar tabs and chord charts. Select the actual chart; some artist listings use surname first.</w:t>
      </w:r>
    </w:p>
    <w:p>
      <w:pPr/>
      <w:r>
        <w:rPr>
          <w:b/>
        </w:rPr>
        <w:t xml:space="preserve">GuitarProTabs </w:t>
      </w:r>
      <w:r>
        <w:t>Best for song arrangements offered as downloadable Guitar Pro files. Choose the supported guitar part after opening the download.</w:t>
      </w:r>
    </w:p>
    <w:p>
      <w:pPr/>
      <w:r>
        <w:rPr>
          <w:b/>
        </w:rPr>
        <w:t xml:space="preserve">Cifra Club </w:t>
      </w:r>
      <w:r>
        <w:t>Best for song chords, selectable text tabs and accompanying lessons. Identify whether the chosen page contains chords, fret rows or only a lesson.</w:t>
      </w:r>
    </w:p>
    <w:p>
      <w:pPr/>
      <w:r>
        <w:rPr>
          <w:b/>
        </w:rPr>
        <w:t xml:space="preserve">E-Chords </w:t>
      </w:r>
      <w:r>
        <w:t>Best for song chord charts and selectable text guitar tabs. Use chord charts for accompaniment and actual fret rows for supplied picking notes.</w:t>
      </w:r>
    </w:p>
    <w:p>
      <w:pPr/>
      <w:r>
        <w:rPr>
          <w:b/>
        </w:rPr>
        <w:t xml:space="preserve">YouTube lessons </w:t>
      </w:r>
      <w:r>
        <w:t>Best for demonstrations and creator-linked lesson resources. Use a chart or file linked by the creator when you need music to import; a video alone is not a score file.</w:t>
      </w:r>
    </w:p>
    <w:p>
      <w:pPr/>
      <w:r>
        <w:rPr>
          <w:b/>
        </w:rPr>
        <w:t xml:space="preserve">Ultimate Guitar </w:t>
      </w:r>
      <w:r>
        <w:t>Best for browsing community song versions, chords, text tabs and arrangements explicitly offered as Guitar Pro files. Viewing an interactive or Official score does not by itself provide an importable download.</w:t>
      </w:r>
    </w:p>
    <w:p>
      <w:pPr/>
      <w:r>
        <w:rPr>
          <w:b/>
        </w:rPr>
        <w:t xml:space="preserve">Songsterr </w:t>
      </w:r>
      <w:r>
        <w:t>Best for hearing and following interactive song tablature on its website. Import into SpeakTab only when the selected page offers a supported file or usable text you may download or copy.</w:t>
      </w:r>
    </w:p>
    <w:p>
      <w:pPr/>
      <w:r>
        <w:rPr>
          <w:b/>
        </w:rPr>
        <w:t xml:space="preserve">JustinGuitar </w:t>
      </w:r>
      <w:r>
        <w:t>Best for structured guitar-song lessons, technique and practice guidance. Use any offered chart or download as a separate source; a lesson need not contain a complete importable score.</w:t>
      </w:r>
    </w:p>
    <w:p>
      <w:pPr/>
      <w:r>
        <w:rPr>
          <w:b/>
        </w:rPr>
        <w:t xml:space="preserve">Lauren Bateman </w:t>
      </w:r>
      <w:r>
        <w:t>Best for guitar-song lessons, chord changes and accompaniment guidance. Some charts are images or on-screen material rather than downloadable music files.</w:t>
      </w:r>
    </w:p>
    <w:p>
      <w:pPr/>
      <w:r>
        <w:rPr>
          <w:b/>
        </w:rPr>
        <w:t xml:space="preserve">ChordLines </w:t>
      </w:r>
      <w:r>
        <w:t>Best for chord names positioned above lyrics for accompaniment. A chart without written beat timing uses an estimated practice count.</w:t>
      </w:r>
    </w:p>
    <w:p>
      <w:pPr/>
      <w:r>
        <w:rPr>
          <w:b/>
        </w:rPr>
        <w:t xml:space="preserve">GTPtabs downloads </w:t>
      </w:r>
      <w:r>
        <w:t>Best for song pages offering downloadable Guitar Pro arrangements. A listing is a starting point; opening a file does not establish the accuracy of every note.</w:t>
      </w:r>
    </w:p>
    <w:p>
      <w:pPr/>
      <w:r>
        <w:rPr>
          <w:b/>
        </w:rPr>
        <w:t xml:space="preserve">Guitar Pro mySongBook </w:t>
      </w:r>
      <w:r>
        <w:t>Best for professionally prepared scores read in Guitar Pro. Protected catalogue scores and separately offered downloadable files are different; use a supported download only when it is actually offered.</w:t>
      </w:r>
    </w:p>
    <w:p>
      <w:pPr/>
      <w:r>
        <w:rPr>
          <w:b/>
        </w:rPr>
        <w:t xml:space="preserve">Classical Guitar Shed - free PDF tabs </w:t>
      </w:r>
      <w:r>
        <w:t>Best for classical-guitar repertoire and teacher-provided PDF notation or tabs. This is one of the specifically classical sources, rather than the scope of the general search.</w:t>
      </w:r>
    </w:p>
    <w:p>
      <w:pPr/>
      <w:r>
        <w:rPr>
          <w:b/>
        </w:rPr>
        <w:t xml:space="preserve">Six String Fingerpicking - free PDF tabs </w:t>
      </w:r>
      <w:r>
        <w:t>Best for fingerpicking lessons with a linked free PDF where offered. A free lesson video does not necessarily include a free tab download.</w:t>
      </w:r>
    </w:p>
    <w:p>
      <w:pPr/>
      <w:r>
        <w:rPr>
          <w:b/>
        </w:rPr>
        <w:t xml:space="preserve">GuitarLessons365 - lessons and selected free PDFs </w:t>
      </w:r>
      <w:r>
        <w:t>Best for guitar-song and technique lessons, with selected classical or technique PDFs where offered. Do not expect a downloadable tab for every song lesson.</w:t>
      </w:r>
    </w:p>
    <w:p>
      <w:pPr/>
      <w:r>
        <w:rPr>
          <w:b/>
        </w:rPr>
        <w:t xml:space="preserve">TrueFire - member downloads </w:t>
      </w:r>
      <w:r>
        <w:t>Best for exercises, charts and supported files accompanying a course you already have access to. Open the particular lesson or downloaded course folder; SpeakTab does not search your private member library automatically.</w:t>
      </w:r>
    </w:p>
    <w:p>
      <w:pPr/>
      <w:r>
        <w:rPr>
          <w:b/>
        </w:rPr>
        <w:t xml:space="preserve">Guitareo / Musora - member resources </w:t>
      </w:r>
      <w:r>
        <w:t>Best for assignments and resources accompanying your membership lessons. Available downloads vary by lesson; licensed on-screen song material may not be exportable.</w:t>
      </w:r>
    </w:p>
    <w:p>
      <w:pPr/>
      <w:r>
        <w:rPr>
          <w:b/>
        </w:rPr>
        <w:t xml:space="preserve">Web search </w:t>
      </w:r>
      <w:r>
        <w:t>Best for looking beyond the named sources, including a creator, artist, song or unusual arrangement. Check what the result actually offers: a lesson, chart, supported file or PDF.</w:t>
      </w:r>
    </w:p>
    <w:p>
      <w:pPr>
        <w:pStyle w:val="Heading3"/>
      </w:pPr>
      <w:r>
        <w:t>Scores for instruments voices and ensembles</w:t>
      </w:r>
    </w:p>
    <w:p>
      <w:pPr/>
      <w:r>
        <w:rPr>
          <w:b/>
        </w:rPr>
        <w:t xml:space="preserve">MuseScore </w:t>
      </w:r>
      <w:r>
        <w:t>Best for many instruments, popular and recent music, community arrangements, ensembles and original compositions. Use its website search and any permitted supported export; it is not restricted to classical music.</w:t>
      </w:r>
    </w:p>
    <w:p>
      <w:pPr/>
      <w:r>
        <w:rPr>
          <w:b/>
        </w:rPr>
        <w:t xml:space="preserve">OpenScore songs </w:t>
      </w:r>
      <w:r>
        <w:t>Best for classical vocal repertoire, often with piano accompaniment, supplied as MusicXML or MuseScore. Read the instrumentation because the collection includes different vocal scorings.</w:t>
      </w:r>
    </w:p>
    <w:p>
      <w:pPr/>
      <w:r>
        <w:rPr>
          <w:b/>
        </w:rPr>
        <w:t xml:space="preserve">OpenScore string quartets </w:t>
      </w:r>
      <w:r>
        <w:t>Best for violin, viola and cello chamber scores and named quartet parts. Structured files are useful for reading supplied parts directly.</w:t>
      </w:r>
    </w:p>
    <w:p>
      <w:pPr/>
      <w:r>
        <w:rPr>
          <w:b/>
        </w:rPr>
        <w:t xml:space="preserve">IMSLP </w:t>
      </w:r>
      <w:r>
        <w:t>Best for historical classical editions, full scores and individual instrumental parts. Many downloads are PDFs that may need recognition or recovery.</w:t>
      </w:r>
    </w:p>
    <w:p>
      <w:pPr/>
      <w:r>
        <w:rPr>
          <w:b/>
        </w:rPr>
        <w:t xml:space="preserve">Mutopia </w:t>
      </w:r>
      <w:r>
        <w:t>Best for newly typeset classical PDF scores by composer or instrument. Its LilyPond source is not a MusicXML file for direct SpeakTab import.</w:t>
      </w:r>
    </w:p>
    <w:p>
      <w:pPr/>
      <w:r>
        <w:rPr>
          <w:b/>
        </w:rPr>
        <w:t xml:space="preserve">MusicXML example library </w:t>
      </w:r>
      <w:r>
        <w:t>Best for trying structured MusicXML with a matching PDF or image. Many examples are excerpts rather than complete performance editions.</w:t>
      </w:r>
    </w:p>
    <w:p>
      <w:pPr/>
      <w:r>
        <w:rPr>
          <w:b/>
        </w:rPr>
        <w:t xml:space="preserve">CPDL ChoralWiki </w:t>
      </w:r>
      <w:r>
        <w:t>Best for choir and vocal repertoire and searching by voicing, including SATB. Use the actual format offered by the chosen edition; some routes provide PDFs or website material.</w:t>
      </w:r>
    </w:p>
    <w:p>
      <w:pPr>
        <w:pStyle w:val="Heading2"/>
        <w:widowControl/>
      </w:pPr>
      <w:r>
        <w:t>6 Play and practice a passage</w:t>
      </w:r>
    </w:p>
    <w:p>
      <w:pPr>
        <w:widowControl/>
      </w:pPr>
      <w:r>
        <w:t>Playback lets you hear the music in the selected reading. Its speed setting changes music, while speech speed changes spoken replies.</w:t>
      </w:r>
    </w:p>
    <w:p>
      <w:pPr>
        <w:pStyle w:val="Heading3"/>
        <w:widowControl/>
      </w:pPr>
      <w:r>
        <w:t>Step 1 Play a short section</w:t>
      </w:r>
    </w:p>
    <w:p>
      <w:pPr>
        <w:widowControl/>
      </w:pPr>
      <w:r>
        <w:t>What to do: Select a position in the reader and press Ctrl+P. Press Ctrl+Shift+P to stop.</w:t>
      </w:r>
    </w:p>
    <w:p>
      <w:pPr>
        <w:widowControl/>
      </w:pPr>
      <w:r>
        <w:t>What to expect: Music plays from the selection, respecting an enabled practice loop.</w:t>
      </w:r>
    </w:p>
    <w:p>
      <w:pPr>
        <w:widowControl/>
      </w:pPr>
      <w:r>
        <w:t>If something is wrong: Escape also stops when chat is closed; when unsure use the explicit Stop command.</w:t>
      </w:r>
    </w:p>
    <w:p>
      <w:pPr>
        <w:pStyle w:val="Heading3"/>
        <w:widowControl/>
      </w:pPr>
      <w:r>
        <w:t>Step 2 Slow the music</w:t>
      </w:r>
    </w:p>
    <w:p>
      <w:pPr>
        <w:widowControl/>
      </w:pPr>
      <w:r>
        <w:t>What to do: Choose Playback &gt; Speed down 10%, or Ctrl+Shift+PageDown. Speed up 10% or Ctrl+Shift+PageUp increases it. Normal speed restores 100 percent. Ctrl+Alt+Shift+5 is the direct Normal speed key in the reader.</w:t>
      </w:r>
    </w:p>
    <w:p>
      <w:pPr>
        <w:widowControl/>
      </w:pPr>
      <w:r>
        <w:t>What to expect: The playback speed changes without rewriting note durations in the source.</w:t>
      </w:r>
    </w:p>
    <w:p>
      <w:pPr>
        <w:widowControl/>
      </w:pPr>
      <w:r>
        <w:t>If something is wrong: Playback &gt; Current playback speed (Alt+P, then C) reports the current value. Voice speech speed is separate.</w:t>
      </w:r>
    </w:p>
    <w:p>
      <w:pPr>
        <w:pStyle w:val="Heading3"/>
        <w:widowControl/>
      </w:pPr>
      <w:r>
        <w:t>Step 3 Prepare to play along</w:t>
      </w:r>
    </w:p>
    <w:p>
      <w:pPr>
        <w:widowControl/>
      </w:pPr>
      <w:r>
        <w:t>What to do: Practice &gt; Four-beat count-in before playback (Alt+R, then F) toggles preparation beats. Open Playback settings for the available practice options. For the settings window, use Playback &gt; Playback settings (Alt+P, then L); Tab through its named controls and Tab to Apply, then Space, to keep the choices.</w:t>
      </w:r>
    </w:p>
    <w:p>
      <w:pPr>
        <w:widowControl/>
      </w:pPr>
      <w:r>
        <w:t>What to expect: The checked count-in option gives preparation before playback. A setting dialog needs confirmation.</w:t>
      </w:r>
    </w:p>
    <w:p>
      <w:pPr>
        <w:widowControl/>
      </w:pPr>
      <w:r>
        <w:t>If something is wrong: Cancel a settings dialog to retain its earlier values; turn off count-in when no longer wanted.</w:t>
      </w:r>
    </w:p>
    <w:p>
      <w:pPr>
        <w:pStyle w:val="Heading3"/>
        <w:widowControl/>
      </w:pPr>
      <w:r>
        <w:t>Step 4 Check written technique</w:t>
      </w:r>
    </w:p>
    <w:p>
      <w:pPr>
        <w:widowControl/>
      </w:pPr>
      <w:r>
        <w:t>What to do: To inspect everything supplied at the selected beat, press F3. To inspect a detected written picking or strumming pattern, choose Navigate &gt; Written picking and strumming (Alt+N, then W). Read its text; if the reported strokes seem wrong, try AI help or ask a musician to help correct them. Escape closes the explanation; Ctrl+2 returns to music.</w:t>
      </w:r>
    </w:p>
    <w:p>
      <w:pPr>
        <w:widowControl/>
      </w:pPr>
      <w:r>
        <w:t>What to expect: Only supplied supported technique is described. A chord name does not establish a strumming pattern.</w:t>
      </w:r>
    </w:p>
    <w:p>
      <w:pPr>
        <w:widowControl/>
      </w:pPr>
      <w:r>
        <w:t>If something is wrong: Inferred text-tab timing is a practice aid. A matching recording may help with rhythm, or you can ask someone who can help correct the passage.</w:t>
      </w:r>
    </w:p>
    <w:p>
      <w:pPr>
        <w:pStyle w:val="Heading2"/>
        <w:widowControl/>
      </w:pPr>
      <w:r>
        <w:t>7 Loop measures and beats</w:t>
      </w:r>
    </w:p>
    <w:p>
      <w:pPr>
        <w:widowControl/>
      </w:pPr>
      <w:r>
        <w:t>A loop repeats a selected passage during playback. Setting a loop does not start playback; stopping playback leaves the loop set until you clear it.</w:t>
      </w:r>
    </w:p>
    <w:p>
      <w:pPr>
        <w:pStyle w:val="Heading3"/>
        <w:widowControl/>
      </w:pPr>
      <w:r>
        <w:t>Step 1 Repeat just the selected measure</w:t>
      </w:r>
    </w:p>
    <w:p>
      <w:pPr>
        <w:widowControl/>
      </w:pPr>
      <w:r>
        <w:t>What to do: In the reader press Ctrl+2 and select a position in the measure you want to practise. Press Ctrl+Shift+L, or choose Practice &gt; Loop current measure. Read the confirmed measure in Reader status if needed. Press Ctrl+P to play that measure repeatedly; Ctrl+Shift+P stops playback.</w:t>
      </w:r>
    </w:p>
    <w:p>
      <w:pPr>
        <w:widowControl/>
      </w:pPr>
      <w:r>
        <w:t>What to expect: The whole selected measure is the loop, including its first and last positions. Setting the loop does not start music. Stopping playback leaves the loop ready to use again.</w:t>
      </w:r>
    </w:p>
    <w:p>
      <w:pPr>
        <w:widowControl/>
      </w:pPr>
      <w:r>
        <w:t>If something is wrong: Ctrl+Shift+0 clears the loop when you want ordinary playback. If a different measure was selected, stop, select the intended measure and press Ctrl+Shift+L again.</w:t>
      </w:r>
    </w:p>
    <w:p>
      <w:pPr>
        <w:pStyle w:val="Heading3"/>
        <w:widowControl/>
      </w:pPr>
      <w:r>
        <w:t>Step 2 Repeat a range of whole measures</w:t>
      </w:r>
    </w:p>
    <w:p>
      <w:pPr>
        <w:widowControl/>
      </w:pPr>
      <w:r>
        <w:t>What to do: For several measures, press Ctrl+Shift+9 or choose Practice &gt; Loop a measure range. The Loop measures window opens on Current loop state. Tab to First measure included in loop and enter the first number; Tab to Last measure included in loop and enter the last. Both measures are included. For whole measures, clear Keep exact current loop endpoints, including partial beats if checked and enabled. Leave Increase playback speed automatically after complete loop repetitions unchecked for steady speed. Tab to Enable loop and press Space or Enter. After the window closes, press Ctrl+2 and Ctrl+P to play.</w:t>
      </w:r>
    </w:p>
    <w:p>
      <w:pPr>
        <w:widowControl/>
      </w:pPr>
      <w:r>
        <w:t>What to expect: A valid range returns to the reader. Reader status confirms the enabled measures or reports that the settings are unchanged. Ctrl+P repeats the selected range; Ctrl+Shift+P stops while leaving the range set.</w:t>
      </w:r>
    </w:p>
    <w:p>
      <w:pPr>
        <w:widowControl/>
      </w:pPr>
      <w:r>
        <w:t>If something is wrong: Dismiss any range-error message and correct First or Last measure before Enable loop. Both numbers must exist and the last must be at or after the first. Cancel preserves the previous loop. Ctrl+Shift+0 in the reader removes an enabled loop.</w:t>
      </w:r>
    </w:p>
    <w:p>
      <w:pPr>
        <w:pStyle w:val="Heading3"/>
        <w:widowControl/>
      </w:pPr>
      <w:r>
        <w:t>Step 3 Choose a shorter passage</w:t>
      </w:r>
    </w:p>
    <w:p>
      <w:pPr>
        <w:widowControl/>
      </w:pPr>
      <w:r>
        <w:t>What to do: For a loop within a measure, first stop with Ctrl+Shift+P. Press Ctrl+2 to focus music, then use Left/Right Arrow to select the first included position. Check the measure and beat in its row; F3 gives full detail, and Ctrl+2 returns. Press Ctrl+Shift+1, or choose Practice &gt; Set loop start at selected beat. Use Left/Right to select the last included position, then press Ctrl+Shift+2, or choose Practice &gt; Set loop end and enable repeat. Press Ctrl+P to hear it.</w:t>
      </w:r>
    </w:p>
    <w:p>
      <w:pPr>
        <w:widowControl/>
      </w:pPr>
      <w:r>
        <w:t>What to expect: The two selected beat positions become the loop endpoints, including the last position. Reader status confirms the range. The end must be at or after the start. The loop uses these exact positions rather than the whole measures.</w:t>
      </w:r>
    </w:p>
    <w:p>
      <w:pPr>
        <w:widowControl/>
      </w:pPr>
      <w:r>
        <w:t>If something is wrong: If the wrong beat was chosen, set the start and end again, or Clear loop.</w:t>
      </w:r>
    </w:p>
    <w:p>
      <w:pPr>
        <w:pStyle w:val="Heading3"/>
        <w:widowControl/>
      </w:pPr>
      <w:r>
        <w:t>Step 4 Return to ordinary playback</w:t>
      </w:r>
    </w:p>
    <w:p>
      <w:pPr>
        <w:widowControl/>
      </w:pPr>
      <w:r>
        <w:t>What to do: In the reader, stop with Ctrl+Shift+P. Press Ctrl+Shift+0 or choose Practice &gt; Clear loop. Read its confirmation in Reader status if needed. Press Ctrl+2, select the position to start from with Left/Right, then press Ctrl+P for ordinary playback.</w:t>
      </w:r>
    </w:p>
    <w:p>
      <w:pPr>
        <w:widowControl/>
      </w:pPr>
      <w:r>
        <w:t>What to expect: Playback proceeds without the prior practice repeat. Voice control users can also say loop measures one through four and stop looping.</w:t>
      </w:r>
    </w:p>
    <w:p>
      <w:pPr>
        <w:widowControl/>
      </w:pPr>
      <w:r>
        <w:t>If something is wrong: If the passage still repeats, read Reader status and verify the loop is cleared. Written repeat signs and a practice loop are separate concepts.</w:t>
      </w:r>
    </w:p>
    <w:p>
      <w:pPr>
        <w:pStyle w:val="Heading2"/>
        <w:widowControl/>
      </w:pPr>
      <w:r>
        <w:t>8 Use Voice control</w:t>
      </w:r>
    </w:p>
    <w:p>
      <w:pPr>
        <w:widowControl/>
      </w:pPr>
      <w:r>
        <w:t>Voice control lets you operate SpeakTab by speaking supported commands into your microphone. Use it when your hands are on your instrument: move to a measure, play or stop music, change speed, set a loop or request a description. Results appear as text for your screen reader or Braille display; Voice control adds no separate app voice. AI teacher is a separate conversational lesson (F8 starts it; F9 ends it). Composer dictation instead turns speech into entry text for you to check.</w:t>
      </w:r>
    </w:p>
    <w:p>
      <w:pPr>
        <w:pStyle w:val="Heading3"/>
        <w:widowControl/>
      </w:pPr>
      <w:r>
        <w:t>Step 1 Find the commands before turning on listening</w:t>
      </w:r>
    </w:p>
    <w:p>
      <w:pPr>
        <w:widowControl/>
      </w:pPr>
      <w:r>
        <w:t>What to do: Press Ctrl+Shift+X, or open Voice with Alt+V and press X for Voice control phrases. Read the Exact phrases reference with your screen reader or Braille display. Choose a command useful for your current reading, such as next measure or play.</w:t>
      </w:r>
    </w:p>
    <w:p>
      <w:pPr>
        <w:widowControl/>
      </w:pPr>
      <w:r>
        <w:t>What to expect: The Voice control window shows the supported phrases without turning on the microphone. The list explains each command, accepted alternatives and numbered measure examples.</w:t>
      </w:r>
    </w:p>
    <w:p>
      <w:pPr>
        <w:widowControl/>
      </w:pPr>
      <w:r>
        <w:t>If something is wrong: A fixed phrase is a request for an app action. It does not dictate notes or start an AI conversation. With Voice control listening, voice help also shows this reference. Press Escape or Ctrl+2 to return to music; opening or leaving this reference does not change listening.</w:t>
      </w:r>
    </w:p>
    <w:p>
      <w:pPr>
        <w:pStyle w:val="Heading3"/>
        <w:widowControl/>
      </w:pPr>
      <w:r>
        <w:t>Step 2 Start Voice control when ready to speak commands</w:t>
      </w:r>
    </w:p>
    <w:p>
      <w:pPr>
        <w:widowControl/>
      </w:pPr>
      <w:r>
        <w:t>What to do: Open Voice with Alt+V, then press Q for Voice control settings. Read the listening status. Windows default input device supplies the microphone. If listening is off, Tab to Start listening and press Space; Ctrl+Alt+L is the direct on/off shortcut.</w:t>
      </w:r>
    </w:p>
    <w:p>
      <w:pPr>
        <w:widowControl/>
      </w:pPr>
      <w:r>
        <w:t>What to expect: A successful start reports listening and returns focus to music. Voice control now listens for supported commands through the Windows default microphone. Results appear as text for your screen reader; replies use the screen reader only.</w:t>
      </w:r>
    </w:p>
    <w:p>
      <w:pPr>
        <w:widowControl/>
      </w:pPr>
      <w:r>
        <w:t>If something is wrong: If listening fails, read the status in Voice control. Check Windows microphone permission, the default input device and an installed English speech recognizer. F9 ends the separate AI teacher session; it is not the Voice control toggle.</w:t>
      </w:r>
    </w:p>
    <w:p>
      <w:pPr>
        <w:pStyle w:val="Heading3"/>
        <w:widowControl/>
      </w:pPr>
      <w:r>
        <w:t>Step 3 Speak one command and check what happened</w:t>
      </w:r>
    </w:p>
    <w:p>
      <w:pPr>
        <w:widowControl/>
      </w:pPr>
      <w:r>
        <w:t>What to do: With a score open and Voice control listening, say next measure. Check the selected measure. Say play to hear music from the selection, then stop music to stop it. Ctrl+P and Ctrl+Shift+P are the keyboard play and stop alternatives.</w:t>
      </w:r>
    </w:p>
    <w:p>
      <w:pPr>
        <w:widowControl/>
      </w:pPr>
      <w:r>
        <w:t>What to expect: Next measure selects the following supplied measure; it does not create a measure. Play starts local playback and stop music stops it. Command results are available as text for your screen reader. Voice control does not add a second spoken voice.</w:t>
      </w:r>
    </w:p>
    <w:p>
      <w:pPr>
        <w:widowControl/>
      </w:pPr>
      <w:r>
        <w:t>If something is wrong: If the command is not recognized, open Voice control phrases with Ctrl+Shift+X and check its exact wording. If Require SpeakTab wake word is enabled, begin each phrase with SpeakTab. Use the corresponding keyboard command if recognition is unreliable.</w:t>
      </w:r>
    </w:p>
    <w:p>
      <w:pPr>
        <w:pStyle w:val="Heading3"/>
        <w:widowControl/>
      </w:pPr>
      <w:r>
        <w:t>Step 4 Stop listening separately from leaving the window</w:t>
      </w:r>
    </w:p>
    <w:p>
      <w:pPr>
        <w:widowControl/>
      </w:pPr>
      <w:r>
        <w:t>What to do: To stop listening: press Ctrl+Alt+L while Voice control is on, say stop listening, or open Voice &gt; Voice control settings (Alt+V, then Q), Tab to Stop listening and press Space. Read the status to confirm Voice control is off.</w:t>
      </w:r>
    </w:p>
    <w:p>
      <w:pPr>
        <w:widowControl/>
      </w:pPr>
      <w:r>
        <w:t>What to expect: The microphone no longer accepts Voice control commands. Returning to music with Escape or Ctrl+2, or closing the Voice control window, keeps the listening state and does not itself turn listening off.</w:t>
      </w:r>
    </w:p>
    <w:p>
      <w:pPr>
        <w:widowControl/>
      </w:pPr>
      <w:r>
        <w:t>If something is wrong: Ctrl+Alt+L toggles, so check the status before pressing it again. F8 starts the separate configured AI teacher and F9 ends that session. F12 controls playback announcements only; it leaves teacher speech and both microphones unchanged.</w:t>
      </w:r>
    </w:p>
    <w:p>
      <w:pPr>
        <w:pStyle w:val="Heading2"/>
        <w:widowControl/>
      </w:pPr>
      <w:r>
        <w:t>9 Choose concise or compact reading</w:t>
      </w:r>
    </w:p>
    <w:p>
      <w:pPr>
        <w:widowControl/>
      </w:pPr>
      <w:r>
        <w:t>Reading styles change the amount or wording of detail. They do not alter pitches, timing or the selected position.</w:t>
      </w:r>
    </w:p>
    <w:p>
      <w:pPr>
        <w:pStyle w:val="Heading3"/>
        <w:widowControl/>
      </w:pPr>
      <w:r>
        <w:t>Step 1 Compare full and concise</w:t>
      </w:r>
    </w:p>
    <w:p>
      <w:pPr>
        <w:widowControl/>
      </w:pPr>
      <w:r>
        <w:t>What to do: Select a position. Practice &gt; Concise explanations, or Alt+Shift+Q, toggles concise. Ctrl+3 reads the current style from its beginning.</w:t>
      </w:r>
    </w:p>
    <w:p>
      <w:pPr>
        <w:widowControl/>
      </w:pPr>
      <w:r>
        <w:t>What to expect: Concise retains the short musical summary and omits longer continuation context. The first lines can match full wording.</w:t>
      </w:r>
    </w:p>
    <w:p>
      <w:pPr>
        <w:widowControl/>
      </w:pPr>
      <w:r>
        <w:t>If something is wrong: Turn concise off for the fuller explanation. F3 always opens full detail.</w:t>
      </w:r>
    </w:p>
    <w:p>
      <w:pPr>
        <w:pStyle w:val="Heading3"/>
        <w:widowControl/>
      </w:pPr>
      <w:r>
        <w:t>Step 2 Try compact pairs</w:t>
      </w:r>
    </w:p>
    <w:p>
      <w:pPr>
        <w:widowControl/>
      </w:pPr>
      <w:r>
        <w:t>What to do: Practice &gt; Compact string-fret pairs or Alt+Shift+F toggles shortened supplied fingering. 1-0 means string 1 open, 2-3 string 2 fret 3, and 6-0 string 6 open.</w:t>
      </w:r>
    </w:p>
    <w:p>
      <w:pPr>
        <w:widowControl/>
      </w:pPr>
      <w:r>
        <w:t>What to expect: The first number is the string and the second the fret. This applies only where supplied fingering exists.</w:t>
      </w:r>
    </w:p>
    <w:p>
      <w:pPr>
        <w:widowControl/>
      </w:pPr>
      <w:r>
        <w:t>If something is wrong: Turn compact off for full string and fret words. It cannot turn staff-only music into guitar tablature.</w:t>
      </w:r>
    </w:p>
    <w:p>
      <w:pPr>
        <w:pStyle w:val="Heading3"/>
        <w:widowControl/>
      </w:pPr>
      <w:r>
        <w:t>Step 3 Find the key and return</w:t>
      </w:r>
    </w:p>
    <w:p>
      <w:pPr>
        <w:widowControl/>
      </w:pPr>
      <w:r>
        <w:t>What to do: Practice &gt; Compact notation key (Alt+R, then K) repeats examples. Press Escape to close it, then Ctrl+2 for music.</w:t>
      </w:r>
    </w:p>
    <w:p>
      <w:pPr>
        <w:widowControl/>
      </w:pPr>
      <w:r>
        <w:t>What to expect: Your position and source remain unchanged. Up/Down still inspects simultaneous rows.</w:t>
      </w:r>
    </w:p>
    <w:p>
      <w:pPr>
        <w:widowControl/>
      </w:pPr>
      <w:r>
        <w:t>If something is wrong: Turn both style toggles off when you want the normal full explanation.</w:t>
      </w:r>
    </w:p>
    <w:p>
      <w:pPr>
        <w:pStyle w:val="Heading2"/>
        <w:widowControl/>
      </w:pPr>
      <w:r>
        <w:t>10 Save  reopen and export a reading</w:t>
      </w:r>
    </w:p>
    <w:p>
      <w:pPr>
        <w:widowControl/>
      </w:pPr>
      <w:r>
        <w:t>A saved reading stores your reader arrangement and practice state. A composer project is a different editable score file. An export is a separate copy for sharing or reading elsewhere.</w:t>
      </w:r>
    </w:p>
    <w:p>
      <w:pPr>
        <w:pStyle w:val="Heading3"/>
        <w:widowControl/>
      </w:pPr>
      <w:r>
        <w:t>Step 1 Save the reader arrangement</w:t>
      </w:r>
    </w:p>
    <w:p>
      <w:pPr>
        <w:widowControl/>
      </w:pPr>
      <w:r>
        <w:t>What to do: In the reader press Ctrl+S. Choose or confirm the arrangement name when prompted.</w:t>
      </w:r>
    </w:p>
    <w:p>
      <w:pPr>
        <w:widowControl/>
      </w:pPr>
      <w:r>
        <w:t>What to expect: The arrangement is saved under Saved Readings &gt; Songs. Ctrl+S later updates that arrangement; opening music alone does not save one.</w:t>
      </w:r>
    </w:p>
    <w:p>
      <w:pPr>
        <w:widowControl/>
      </w:pPr>
      <w:r>
        <w:t>If something is wrong: Cancel a save dialog to continue without that save. Ctrl+5 reports the saved path.</w:t>
      </w:r>
    </w:p>
    <w:p>
      <w:pPr>
        <w:pStyle w:val="Heading3"/>
        <w:widowControl/>
      </w:pPr>
      <w:r>
        <w:t>Step 2 Reopen and resume</w:t>
      </w:r>
    </w:p>
    <w:p>
      <w:pPr>
        <w:widowControl/>
      </w:pPr>
      <w:r>
        <w:t>What to do: Choose File &gt; My readings (Alt+F, then M), select a song and choose Resume. Start over opens its starting state instead. Open saved reading can open the saved text reading. In My readings use Up/Down to select a song, then Tab to Resume and press Space. Alt+Shift+O is the separate Open saved reading command.</w:t>
      </w:r>
    </w:p>
    <w:p>
      <w:pPr>
        <w:widowControl/>
      </w:pPr>
      <w:r>
        <w:t>What to expect: Resume restores the retained reading and practice position. Supported saved text retains music data so it can reopen without the original.</w:t>
      </w:r>
    </w:p>
    <w:p>
      <w:pPr>
        <w:widowControl/>
      </w:pPr>
      <w:r>
        <w:t>If something is wrong: Keep the original too, particularly for uncertain recognition. A provisional warning remains when saved and reopened.</w:t>
      </w:r>
    </w:p>
    <w:p>
      <w:pPr>
        <w:pStyle w:val="Heading3"/>
        <w:widowControl/>
      </w:pPr>
      <w:r>
        <w:t>Step 3 Make a separate report</w:t>
      </w:r>
    </w:p>
    <w:p>
      <w:pPr>
        <w:widowControl/>
      </w:pPr>
      <w:r>
        <w:t>What to do: Choose File &gt; Export reading copy as text, Markdown or HTML (Alt+F, then G). Choose its format and destination, then save. In the export chooser, use Tab to its format choice and Up/Down to select text, Markdown or HTML. Confirm the destination in its Save dialog.</w:t>
      </w:r>
    </w:p>
    <w:p>
      <w:pPr>
        <w:widowControl/>
      </w:pPr>
      <w:r>
        <w:t>What to expect: A separate readable report is created; it does not replace the original or the saved arrangement. HTML is a report rather than an editable composer project.</w:t>
      </w:r>
    </w:p>
    <w:p>
      <w:pPr>
        <w:widowControl/>
      </w:pPr>
      <w:r>
        <w:t>If something is wrong: Cancel the chooser or select a different name if the destination already contains something you need.</w:t>
      </w:r>
    </w:p>
    <w:p>
      <w:pPr>
        <w:pStyle w:val="Heading3"/>
        <w:widowControl/>
      </w:pPr>
      <w:r>
        <w:t>Step 4 Find the saved copy</w:t>
      </w:r>
    </w:p>
    <w:p>
      <w:pPr>
        <w:widowControl/>
      </w:pPr>
      <w:r>
        <w:t>What to do: In the reader, File &gt; Show saved reading in folder (Alt+F, then H) opens its location. File &gt; Copy saved reading path (Alt+F, then Y) copies that location.</w:t>
      </w:r>
    </w:p>
    <w:p>
      <w:pPr>
        <w:widowControl/>
      </w:pPr>
      <w:r>
        <w:t>What to expect: You can locate the file outside the app. Exported provisional reports retain reported uncertainty and gaps.</w:t>
      </w:r>
    </w:p>
    <w:p>
      <w:pPr>
        <w:widowControl/>
      </w:pPr>
      <w:r>
        <w:t>If something is wrong: Closing or switching an unsaved reading asks Save, Don’t save or Cancel. Cancel returns to the reading.</w:t>
      </w:r>
    </w:p>
    <w:p>
      <w:pPr>
        <w:pStyle w:val="Heading2"/>
        <w:widowControl/>
      </w:pPr>
      <w:r>
        <w:t>11 Review and repair uncertain music</w:t>
      </w:r>
    </w:p>
    <w:p>
      <w:pPr>
        <w:widowControl/>
      </w:pPr>
      <w:r>
        <w:t>A recovered reading can still contain wrong notes, rhythm, words or missing music. Keep the original so you can supply it when asking AI or another person for help.</w:t>
      </w:r>
    </w:p>
    <w:p>
      <w:pPr>
        <w:pStyle w:val="Heading3"/>
        <w:widowControl/>
      </w:pPr>
      <w:r>
        <w:t>Step 1 Identify the actual problem</w:t>
      </w:r>
    </w:p>
    <w:p>
      <w:pPr>
        <w:widowControl/>
      </w:pPr>
      <w:r>
        <w:t>What to do: Ctrl+1 shows retained source. F3 shows the selected beat. Practice &gt; Import summary and uncertainties (Alt+Shift+I) states known qualifications.</w:t>
      </w:r>
    </w:p>
    <w:p>
      <w:pPr>
        <w:widowControl/>
      </w:pPr>
      <w:r>
        <w:t>What to expect: You can distinguish a source problem, a reading problem and an inferred detail.</w:t>
      </w:r>
    </w:p>
    <w:p>
      <w:pPr>
        <w:widowControl/>
      </w:pPr>
      <w:r>
        <w:t>If something is wrong: Write down the measure, staff or lyric involved before requesting a repair.</w:t>
      </w:r>
    </w:p>
    <w:p>
      <w:pPr>
        <w:pStyle w:val="Heading3"/>
        <w:widowControl/>
      </w:pPr>
      <w:r>
        <w:t>Step 2 Use local review</w:t>
      </w:r>
    </w:p>
    <w:p>
      <w:pPr>
        <w:widowControl/>
      </w:pPr>
      <w:r>
        <w:t>What to do: Press Ctrl+R in the reader. The Ask or correct this reading window opens. For a local question, Tab to Answer provider and choose Offline, then type in Question about this reading and press Ctrl+Enter, or Tab to Ask and press Space. F6 opens the answer in its own reading window; Escape returns to the question. To correct wording at a correctable beat, Tab to Editable short beat announcement or Editable full explanation for this beat and edit that text. Tab to Save and press Space to retain that wording for this file and beat. Escape closes review.</w:t>
      </w:r>
    </w:p>
    <w:p>
      <w:pPr>
        <w:widowControl/>
      </w:pPr>
      <w:r>
        <w:t>What to expect: Local review uses the available reading. A description correction does not rewrite original notation or implement an arbitrary score edit.</w:t>
      </w:r>
    </w:p>
    <w:p>
      <w:pPr>
        <w:widowControl/>
      </w:pPr>
      <w:r>
        <w:t>If something is wrong: Cancel the dialog to keep earlier information. Reopen the reading if its retained description is incomplete; seek help with uncertain details.</w:t>
      </w:r>
    </w:p>
    <w:p>
      <w:pPr>
        <w:pStyle w:val="Heading3"/>
        <w:widowControl/>
      </w:pPr>
      <w:r>
        <w:t>Step 3 Request connected remediation</w:t>
      </w:r>
    </w:p>
    <w:p>
      <w:pPr>
        <w:widowControl/>
      </w:pPr>
      <w:r>
        <w:t>What to do: File &gt; Repair current file with AI in app (Alt+F, then R) uses the current source; Repair another file with AI in app first asks for a file. With a saved ChatGPT connection these menu actions can automatically load models and start sending. Choose them when you intend a connected repair. The recognition window route Fix reading with AI in SpeakTab instead waits for Send file to AI for repair. In the recognition window, Tab to Fix reading with AI in SpeakTab and press Space only when that connected route is intended. In its repair window, Tab to Send file to AI for repair and press Space to send; Cancel repair stops the pending request.</w:t>
      </w:r>
    </w:p>
    <w:p>
      <w:pPr>
        <w:widowControl/>
      </w:pPr>
      <w:r>
        <w:t>What to expect: The repair window reports progress and then coverage. Connected recovery can consume allowance or provider credits. A complete accepted candidate can open automatically; a partial result requires explicit provisional opening.</w:t>
      </w:r>
    </w:p>
    <w:p>
      <w:pPr>
        <w:widowControl/>
      </w:pPr>
      <w:r>
        <w:t>If something is wrong: Cancel stops waiting where available. Keep using the original if the returned data is unusable.</w:t>
      </w:r>
    </w:p>
    <w:p>
      <w:pPr>
        <w:pStyle w:val="Heading3"/>
        <w:widowControl/>
      </w:pPr>
      <w:r>
        <w:t>Step 4 Review provisional output</w:t>
      </w:r>
    </w:p>
    <w:p>
      <w:pPr>
        <w:widowControl/>
      </w:pPr>
      <w:r>
        <w:t>What to do: In the AI repair window, press F6 to focus Partial repair details. Read the reported coverage and missing ranges first. If the partial candidate is structurally readable and you want to inspect it, Tab to Open provisional reading and press Space. This explicitly opens the separate candidate; partial results do not apply automatically, and malformed data remains blocked.</w:t>
      </w:r>
    </w:p>
    <w:p>
      <w:pPr>
        <w:widowControl/>
      </w:pPr>
      <w:r>
        <w:t>What to expect: The separate candidate carries uncertainty and gaps through saving and prose exports. An AI-assisted result can still contain wrong or missing music.</w:t>
      </w:r>
    </w:p>
    <w:p>
      <w:pPr>
        <w:widowControl/>
      </w:pPr>
      <w:r>
        <w:t>If something is wrong: An importable file is not a certified transcription. If a voice, rhythm, word or fret seems wrong, try available AI help or work with someone who can help correct it.</w:t>
      </w:r>
    </w:p>
    <w:p>
      <w:pPr>
        <w:pStyle w:val="Heading3"/>
        <w:widowControl/>
      </w:pPr>
      <w:r>
        <w:t>Step 5 Use a browser correction or report</w:t>
      </w:r>
    </w:p>
    <w:p>
      <w:pPr>
        <w:widowControl/>
      </w:pPr>
      <w:r>
        <w:t>What to do: Ctrl+Shift+R opens saved recovery prompts. Convert original file prepares the first request; Correct previous ChatGPT result prepares a complete corrected replacement. Ctrl+Shift+B prepares a local problem report.</w:t>
      </w:r>
    </w:p>
    <w:p>
      <w:pPr>
        <w:widowControl/>
      </w:pPr>
      <w:r>
        <w:t>What to expect: Opening the handoff or report sends nothing. The browser has its own sign-in and attachment step.</w:t>
      </w:r>
    </w:p>
    <w:p>
      <w:pPr>
        <w:widowControl/>
      </w:pPr>
      <w:r>
        <w:t>If something is wrong: Review before sharing. Describe a precise observed failure and preserve the original score.</w:t>
      </w:r>
    </w:p>
    <w:p>
      <w:pPr>
        <w:pStyle w:val="Heading2"/>
        <w:widowControl/>
      </w:pPr>
      <w:r>
        <w:t>12 Read printed sheet music and PDFs</w:t>
      </w:r>
    </w:p>
    <w:p>
      <w:pPr>
        <w:widowControl/>
      </w:pPr>
      <w:r>
        <w:t>A PDF contains printed pages rather than stored musical notes. Local recognition is an optional try for simple files of roughly two or three pages and can misread music or stall. It is not required before direct AI repair. You can use ChatGPT repair inside SpeakTab or the separate website route instead. For supported staff notation, an external app such as PlayScore can export MusicXML for SpeakTab; PlayScore does not support guitar TAB.</w:t>
      </w:r>
    </w:p>
    <w:p>
      <w:pPr>
        <w:pStyle w:val="Heading3"/>
        <w:widowControl/>
      </w:pPr>
      <w:r>
        <w:t>Step 1 Choose and import the PDF</w:t>
      </w:r>
    </w:p>
    <w:p>
      <w:pPr>
        <w:widowControl/>
      </w:pPr>
      <w:r>
        <w:t>What to do: Choose File &gt; Import PDF or scanned music (Ctrl+Shift+O). In that window choose Choose PDF, image or MusicXML, then select your file. Keep the complete app package, including its MusicRecognition folder, together.</w:t>
      </w:r>
    </w:p>
    <w:p>
      <w:pPr>
        <w:widowControl/>
      </w:pPr>
      <w:r>
        <w:t>What to expect: SpeakTab first tries local reading and recognition without sending the PDF to an AI service. The activity bar, Local recognition progress and Local recognition elapsed time show that it is working. Page counts and named stages appear when the engine reports them. Elapsed time continues during quiet stages; there is no invented completion percentage.</w:t>
      </w:r>
    </w:p>
    <w:p>
      <w:pPr>
        <w:widowControl/>
      </w:pPr>
      <w:r>
        <w:t>If something is wrong: Cancel recognition stops the local attempt. Keep the original; a failed recognition can still be followed by AI repair.</w:t>
      </w:r>
    </w:p>
    <w:p>
      <w:pPr>
        <w:pStyle w:val="Heading3"/>
        <w:widowControl/>
      </w:pPr>
      <w:r>
        <w:t>Step 2 Read the recovered result</w:t>
      </w:r>
    </w:p>
    <w:p>
      <w:pPr>
        <w:widowControl/>
      </w:pPr>
      <w:r>
        <w:t>What to do: Read the status. Choose Part, Staff and Measure when available. Read and play recovered music opens the main reader; Ctrl+1 shows its source summary and F3 gives the available detail at the selected beat. Save music as MusicXML saves all recognized parts; Export selected staff as text saves only that staff description.</w:t>
      </w:r>
    </w:p>
    <w:p>
      <w:pPr>
        <w:widowControl/>
      </w:pPr>
      <w:r>
        <w:t>What to expect: You can hear the recovered music in the main reader and inspect its written description. Recognition can omit or misread notes, rhythm, clefs or words; opening successfully does not establish accuracy.</w:t>
      </w:r>
    </w:p>
    <w:p>
      <w:pPr>
        <w:widowControl/>
      </w:pPr>
      <w:r>
        <w:t>If something is wrong: If music sounds or seems wrong, try available AI help or work with a musician or someone who can help correct it. Keep uncertain results labelled provisional.</w:t>
      </w:r>
    </w:p>
    <w:p>
      <w:pPr>
        <w:pStyle w:val="Heading3"/>
        <w:widowControl/>
      </w:pPr>
      <w:r>
        <w:t>Step 3 Ask for repair inside SpeakTab</w:t>
      </w:r>
    </w:p>
    <w:p>
      <w:pPr>
        <w:widowControl/>
      </w:pPr>
      <w:r>
        <w:t>What to do: In the PDF import window choose Fix reading with AI in SpeakTab. The repair window includes the original, any recovered music and the reported problems. Load models and choose a suitable one, then choose Send file to AI for repair (F5) when ready.</w:t>
      </w:r>
    </w:p>
    <w:p>
      <w:pPr>
        <w:widowControl/>
      </w:pPr>
      <w:r>
        <w:t>What to expect: Repair status says, for example, "Correcting positions 1 through 8 on page 2 of 8." Positions restart at 1 on each page; the page number identifies their place in the score. Direct PDF repair first asks the assistant for a short layout map; it does not require local recognition. Staff groups cover up to eight page positions with GPT-6.1 Sol, or four with other models. Printed measure labels and movement headings are kept separately. A reply-size limit splits only the unfinished group again, down to a single measure if needed. An uncertain layout is never replaced with an invented count. "Checking saved ChatGPT sign-in." checks the connection. "Sending this passage to ChatGPT." sends it. "ChatGPT accepted the request. Preparing its reply for this passage." means the connection worked; the passage is not finished. "Receiving ChatGPT's reply for this passage." means output is arriving. "ChatGPT's reply has arrived. Checking the returned music." means the reply is being checked. Elapsed time has its own line. PDF repair can take several minutes per passage and much longer for a whole score. Completed passages are kept if you cancel or a later passage fails. The assistant is asked to compare every requested bar with the original and correct its own draft before returning it. SpeakTab checks bounded MusicXML measure labels and duration totals. If that check fails, it requests one correction of that passage automatically before trying the final assembly. A structural check cannot establish that every printed note was read correctly.</w:t>
      </w:r>
    </w:p>
    <w:p>
      <w:pPr>
        <w:widowControl/>
      </w:pPr>
      <w:r>
        <w:t>If something is wrong: If repair pauses, read its reason and saved progress, then use Continue unfinished repair when ready. For a finished result that needs review, Rebuild saved reading rechecks saved music; Repair flagged passages retries only unresolved groups. Copy repair report copies the current reasons. Open provisional reading lets you inspect recovered music. To return later, choose File &gt; Continue saved PDF repair by music filename. Reconnect only when asked to renew sign-in. Cancel keeps saved passages.</w:t>
      </w:r>
    </w:p>
    <w:p>
      <w:pPr>
        <w:pStyle w:val="Heading3"/>
        <w:widowControl/>
      </w:pPr>
      <w:r>
        <w:t>Step 4 Use the website route if preferred</w:t>
      </w:r>
    </w:p>
    <w:p>
      <w:pPr>
        <w:widowControl/>
      </w:pPr>
      <w:r>
        <w:t>What to do: Press Ctrl+Shift+R and leave ChatGPT task on Convert original file. Copy the request for local ChatGPT Work; in the desktop app choose Work and Work locally before pasting. Or choose Copy request and open website and attach the original. Copy original file path avoids browsing. Open the returned MusicXML in SpeakTab.</w:t>
      </w:r>
    </w:p>
    <w:p>
      <w:pPr>
        <w:widowControl/>
      </w:pPr>
      <w:r>
        <w:t>What to expect: Local Work reads the named file when allowed. Ordinary Chat and the website use an attachment. Both routes start from the original; SpeakTab AI is a separate choice. Read returned coverage and uncertainties.</w:t>
      </w:r>
    </w:p>
    <w:p>
      <w:pPr>
        <w:widowControl/>
      </w:pPr>
      <w:r>
        <w:t>If something is wrong: Keep the original and any reported gaps. If something still seems wrong, ask available AI for a focused correction or work with someone who can help correct the music.</w:t>
      </w:r>
    </w:p>
    <w:p>
      <w:pPr>
        <w:pStyle w:val="Heading2"/>
        <w:widowControl/>
      </w:pPr>
      <w:r>
        <w:t>13 Use written ChatGPT and optional AI help</w:t>
      </w:r>
    </w:p>
    <w:p>
      <w:pPr>
        <w:widowControl/>
      </w:pPr>
      <w:r>
        <w:t>Written ChatGPT, connected spoken teaching and local Windows read-aloud have different controls. Connecting does not itself send a question.</w:t>
      </w:r>
    </w:p>
    <w:p>
      <w:pPr>
        <w:pStyle w:val="Heading3"/>
        <w:widowControl/>
      </w:pPr>
      <w:r>
        <w:t>Step 1 Connect and choose a model</w:t>
      </w:r>
    </w:p>
    <w:p>
      <w:pPr>
        <w:widowControl/>
      </w:pPr>
      <w:r>
        <w:t>What to do: In the reader F4 opens Connect ChatGPT. Complete its normal sign-in if needed. Refresh models retrieves choices; Choose model selects one returned by that connection. Ctrl+Alt+M focuses Choose model in the reader; Up/Down chooses from the returned models. ChatGPT &gt; Refresh models (Alt+C, then R) is the separate refresh command.</w:t>
      </w:r>
    </w:p>
    <w:p>
      <w:pPr>
        <w:widowControl/>
      </w:pPr>
      <w:r>
        <w:t>What to expect: Connection status reports readiness. Available models depend on the connection.</w:t>
      </w:r>
    </w:p>
    <w:p>
      <w:pPr>
        <w:widowControl/>
      </w:pPr>
      <w:r>
        <w:t>If something is wrong: Cancel sign-in to continue local reading. Check Connection status before retrying.</w:t>
      </w:r>
    </w:p>
    <w:p>
      <w:pPr>
        <w:pStyle w:val="Heading3"/>
        <w:widowControl/>
      </w:pPr>
      <w:r>
        <w:t>Step 2 Ask about the reading</w:t>
      </w:r>
    </w:p>
    <w:p>
      <w:pPr>
        <w:widowControl/>
      </w:pPr>
      <w:r>
        <w:t>What to do: F5 focuses the question. Type a specific question and press Enter once from that field. F6 focuses the full answer after it returns.</w:t>
      </w:r>
    </w:p>
    <w:p>
      <w:pPr>
        <w:widowControl/>
      </w:pPr>
      <w:r>
        <w:t>What to expect: Enter sends from the question field. F5 does not send. The answer is advice that may be mistaken.</w:t>
      </w:r>
    </w:p>
    <w:p>
      <w:pPr>
        <w:widowControl/>
      </w:pPr>
      <w:r>
        <w:t>If something is wrong: Escape leaves chat or cancels its current action as indicated. If advice seems wrong, ask a follow-up question or seek help from a musician.</w:t>
      </w:r>
    </w:p>
    <w:p>
      <w:pPr>
        <w:pStyle w:val="Heading3"/>
        <w:widowControl/>
      </w:pPr>
      <w:r>
        <w:t>Step 3 Keep voice modes separate</w:t>
      </w:r>
    </w:p>
    <w:p>
      <w:pPr>
        <w:widowControl/>
      </w:pPr>
      <w:r>
        <w:t>What to do: Voice control uses Ctrl+Alt+L to listen for supported app commands. The separate AI teacher uses your configured conversational voice connection: F8 starts it and F9 ends it and its microphone. F12 quiets playback announcements only; teacher speech and both listening sessions stay on. Read the status to know which tool is active.</w:t>
      </w:r>
    </w:p>
    <w:p>
      <w:pPr>
        <w:widowControl/>
      </w:pPr>
      <w:r>
        <w:t>What to expect: A saved ChatGPT connection does not imply that every realtime voice provider is configured or free.</w:t>
      </w:r>
    </w:p>
    <w:p>
      <w:pPr>
        <w:widowControl/>
      </w:pPr>
      <w:r>
        <w:t>If something is wrong: Use F9 for the connected teacher. Silencing speech alone leaves microphone state unchanged.</w:t>
      </w:r>
    </w:p>
    <w:p>
      <w:pPr>
        <w:pStyle w:val="Heading3"/>
        <w:widowControl/>
      </w:pPr>
      <w:r>
        <w:t>Step 4 Prepare a recovery handoff</w:t>
      </w:r>
    </w:p>
    <w:p>
      <w:pPr>
        <w:widowControl/>
      </w:pPr>
      <w:r>
        <w:t>What to do: Ctrl+Shift+R opens the ChatGPT tasks. Choose Convert original file, choose the original file and specify a smaller range only if intended. Copy request and open website, then paste and attach the original there.</w:t>
      </w:r>
    </w:p>
    <w:p>
      <w:pPr>
        <w:widowControl/>
      </w:pPr>
      <w:r>
        <w:t>What to expect: The request asks for one returned file and explicit gaps. Opening or copying the handoff does not upload or send anything.</w:t>
      </w:r>
    </w:p>
    <w:p>
      <w:pPr>
        <w:widowControl/>
      </w:pPr>
      <w:r>
        <w:t>If something is wrong: Choose Correct previous ChatGPT result for a precise follow-up, then read the returned coverage and any remaining gaps. Browser sign-in is separate.</w:t>
      </w:r>
    </w:p>
    <w:p>
      <w:pPr>
        <w:pStyle w:val="Heading2"/>
        <w:widowControl/>
      </w:pPr>
      <w:r>
        <w:t>14 Assign your own keyboard shortcuts</w:t>
      </w:r>
    </w:p>
    <w:p>
      <w:pPr>
        <w:widowControl/>
      </w:pPr>
      <w:r>
        <w:t>Shortcuts are keys for commands. This app can detect collisions among its own commands, but cannot detect every screen-reader or Windows shortcut.</w:t>
      </w:r>
    </w:p>
    <w:p>
      <w:pPr>
        <w:pStyle w:val="Heading3"/>
        <w:widowControl/>
      </w:pPr>
      <w:r>
        <w:t>Step 1 Open the shortcut editor</w:t>
      </w:r>
    </w:p>
    <w:p>
      <w:pPr>
        <w:widowControl/>
      </w:pPr>
      <w:r>
        <w:t>What to do: Choose Help &gt; Customize keyboard shortcuts (Alt+H, then M). Select an action from its list. Read its menu route and current shortcut. In Customize keyboard shortcuts, Tab to Find an action to customize and type its name. Tab to Actions and assigned keyboard shortcuts, then use Up/Down to select the action.</w:t>
      </w:r>
    </w:p>
    <w:p>
      <w:pPr>
        <w:widowControl/>
      </w:pPr>
      <w:r>
        <w:t>What to expect: Basic shortcuts are identified and protected; optional assignments can be changed.</w:t>
      </w:r>
    </w:p>
    <w:p>
      <w:pPr>
        <w:widowControl/>
      </w:pPr>
      <w:r>
        <w:t>If something is wrong: Cancel closes without saving your changes.</w:t>
      </w:r>
    </w:p>
    <w:p>
      <w:pPr>
        <w:pStyle w:val="Heading3"/>
        <w:widowControl/>
      </w:pPr>
      <w:r>
        <w:t>Step 2 Assign an optional key</w:t>
      </w:r>
    </w:p>
    <w:p>
      <w:pPr>
        <w:widowControl/>
      </w:pPr>
      <w:r>
        <w:t>What to do: Tab to New shortcut. Press a key combination, then Tab to Assign and activate it. Read Shortcut assignment result to find out whether the key was assigned or why it was rejected. Use a modified key that you do not already need in Windows or your screen reader. With Assign focused, press Space to stage the captured shortcut.</w:t>
      </w:r>
    </w:p>
    <w:p>
      <w:pPr>
        <w:widowControl/>
      </w:pPr>
      <w:r>
        <w:t>What to expect: An in-app duplicate or reserved key is rejected with an explanation.</w:t>
      </w:r>
    </w:p>
    <w:p>
      <w:pPr>
        <w:widowControl/>
      </w:pPr>
      <w:r>
        <w:t>If something is wrong: Choose another key or clear the conflicting optional assignment. Do not remove a working screen-reader key to make room.</w:t>
      </w:r>
    </w:p>
    <w:p>
      <w:pPr>
        <w:pStyle w:val="Heading3"/>
        <w:widowControl/>
      </w:pPr>
      <w:r>
        <w:t>Step 3 Clear or save</w:t>
      </w:r>
    </w:p>
    <w:p>
      <w:pPr>
        <w:widowControl/>
      </w:pPr>
      <w:r>
        <w:t>What to do: In Customize keyboard shortcuts, Tab to Clear selected optional shortcut and press Space to clear the selected action's optional assignment. Tab to Save and close and press Space to retain the staged shortcut set for future launches. Escape cancels changes in this window.</w:t>
      </w:r>
    </w:p>
    <w:p>
      <w:pPr>
        <w:widowControl/>
      </w:pPr>
      <w:r>
        <w:t>What to expect: Menus and the command palette show the current assignment. The static manual lists defaults.</w:t>
      </w:r>
    </w:p>
    <w:p>
      <w:pPr>
        <w:widowControl/>
      </w:pPr>
      <w:r>
        <w:t>If something is wrong: Cancel abandons unconfirmed edits. Test a changed key with the intended reader control focused.</w:t>
      </w:r>
    </w:p>
    <w:p>
      <w:pPr>
        <w:pStyle w:val="Heading3"/>
        <w:widowControl/>
      </w:pPr>
      <w:r>
        <w:t>Step 4 Know the New score default</w:t>
      </w:r>
    </w:p>
    <w:p>
      <w:pPr>
        <w:widowControl/>
      </w:pPr>
      <w:r>
        <w:t>What to do: Ctrl+Shift+N opens New score in the reader. Navigate &gt; Next played note (Alt+N, then A) remains available through its menu and can receive another optional key.</w:t>
      </w:r>
    </w:p>
    <w:p>
      <w:pPr>
        <w:widowControl/>
      </w:pPr>
      <w:r>
        <w:t>What to expect: The new default gives composing its own direct key. Existing nondefault custom choices are respected where valid.</w:t>
      </w:r>
    </w:p>
    <w:p>
      <w:pPr>
        <w:widowControl/>
      </w:pPr>
      <w:r>
        <w:t>If something is wrong: If the key does something else, inspect your saved shortcut assignment and the active window.</w:t>
      </w:r>
    </w:p>
    <w:p>
      <w:pPr>
        <w:pStyle w:val="Heading2"/>
        <w:widowControl/>
      </w:pPr>
      <w:r>
        <w:t>23 Choose parts  staves  lyrics and score information</w:t>
      </w:r>
    </w:p>
    <w:p>
      <w:pPr>
        <w:widowControl/>
      </w:pPr>
      <w:r>
        <w:t>Imported scores can contain several parts and staves. Choosing one changes the reading target; it does not remove other parts from the original file.</w:t>
      </w:r>
    </w:p>
    <w:p>
      <w:pPr>
        <w:pStyle w:val="Heading3"/>
        <w:widowControl/>
      </w:pPr>
      <w:r>
        <w:t>Step 1 Choose the musical part</w:t>
      </w:r>
    </w:p>
    <w:p>
      <w:pPr>
        <w:widowControl/>
      </w:pPr>
      <w:r>
        <w:t>What to do: Open a structured score, then Ctrl+T or File &gt; Choose musical part. Read the part names and select the intended instrument. In the musical-part chooser, Up/Down selects a named part; Enter confirms and Escape cancels.</w:t>
      </w:r>
    </w:p>
    <w:p>
      <w:pPr>
        <w:widowControl/>
      </w:pPr>
      <w:r>
        <w:t>What to expect: The reader displays the selected supported part. A staff-only part has pitches rather than invented guitar strings.</w:t>
      </w:r>
    </w:p>
    <w:p>
      <w:pPr>
        <w:widowControl/>
      </w:pPr>
      <w:r>
        <w:t>If something is wrong: Cancel keeps the earlier selection. Reopen the chooser to compare another part.</w:t>
      </w:r>
    </w:p>
    <w:p>
      <w:pPr>
        <w:pStyle w:val="Heading3"/>
        <w:widowControl/>
      </w:pPr>
      <w:r>
        <w:t>Step 2 Choose a piano staff</w:t>
      </w:r>
    </w:p>
    <w:p>
      <w:pPr>
        <w:widowControl/>
      </w:pPr>
      <w:r>
        <w:t>What to do: This step applies to a piano or keyboard part with supplied staff labels; skip it for a single-staff violin, cello or other part. In the reader choose Navigate &gt; Piano staff &gt; Choose staff with Alt+N, D, C. In its chooser use Up/Down and Enter. The staff submenu opens with Alt+N, D: E is Next note on selected staff, R Previous note on selected staff, and U Current selected staff. These actions have no default direct key. Ordinary arrows still move through the complete part; selecting a staff does not lock them to it.</w:t>
      </w:r>
    </w:p>
    <w:p>
      <w:pPr>
        <w:widowControl/>
      </w:pPr>
      <w:r>
        <w:t>What to expect: The dedicated staff commands follow the chosen line while both staves remain visible and original measure numbers are retained. Choosing may move to an available entry. Read selected staff in this measure reads that line without moving.</w:t>
      </w:r>
    </w:p>
    <w:p>
      <w:pPr>
        <w:widowControl/>
      </w:pPr>
      <w:r>
        <w:t>If something is wrong: Read Current selected staff if uncertain. Choose another available staff rather than assuming every score has two.</w:t>
      </w:r>
    </w:p>
    <w:p>
      <w:pPr>
        <w:pStyle w:val="Heading3"/>
        <w:widowControl/>
      </w:pPr>
      <w:r>
        <w:t>Step 3 Inspect lyrics and full context</w:t>
      </w:r>
    </w:p>
    <w:p>
      <w:pPr>
        <w:widowControl/>
      </w:pPr>
      <w:r>
        <w:t>What to do: Use Up/Down at a position for its lyric rows, F3 for full detail and Ctrl+1 for retained source or summary. Alt+Shift+L is the reader shortcut for only the supplied lyrics at this position; Ctrl+2 returns to music.</w:t>
      </w:r>
    </w:p>
    <w:p>
      <w:pPr>
        <w:widowControl/>
      </w:pPr>
      <w:r>
        <w:t>What to expect: Complete lyrics remain available where supplied even when ordinary navigation uses a short cue.</w:t>
      </w:r>
    </w:p>
    <w:p>
      <w:pPr>
        <w:widowControl/>
      </w:pPr>
      <w:r>
        <w:t>If something is wrong: A wordless part has no lyrics to reveal. If word alignment seems wrong, try AI help or ask someone who can help correct it.</w:t>
      </w:r>
    </w:p>
    <w:p>
      <w:pPr>
        <w:pStyle w:val="Heading3"/>
        <w:widowControl/>
      </w:pPr>
      <w:r>
        <w:t>Step 4 Read score information</w:t>
      </w:r>
    </w:p>
    <w:p>
      <w:pPr>
        <w:widowControl/>
      </w:pPr>
      <w:r>
        <w:t>What to do: Ctrl+Shift+I or Navigate &gt; Score information reports supplied key, time, capo and tuning. Ctrl+4 reports tuning directly.</w:t>
      </w:r>
    </w:p>
    <w:p>
      <w:pPr>
        <w:widowControl/>
      </w:pPr>
      <w:r>
        <w:t>What to expect: Information is source-based. Missing tuning or unsupported details are reported rather than guessed.</w:t>
      </w:r>
    </w:p>
    <w:p>
      <w:pPr>
        <w:widowControl/>
      </w:pPr>
      <w:r>
        <w:t>If something is wrong: Escape closes the report. A reader report is not the composer’s editable Score settings.</w:t>
      </w:r>
    </w:p>
    <w:p>
      <w:pPr>
        <w:pStyle w:val="Heading2"/>
        <w:widowControl/>
      </w:pPr>
      <w:r>
        <w:t>24 Bookmarks  practice notes and Markdown exchange</w:t>
      </w:r>
    </w:p>
    <w:p>
      <w:pPr>
        <w:widowControl/>
      </w:pPr>
      <w:r>
        <w:t>Bookmarks mark places. Practice notes attach your own written comments to positions. These comments are different from composing musical note events.</w:t>
      </w:r>
    </w:p>
    <w:p>
      <w:pPr>
        <w:pStyle w:val="Heading3"/>
        <w:widowControl/>
      </w:pPr>
      <w:r>
        <w:t>Step 1 Mark a place</w:t>
      </w:r>
    </w:p>
    <w:p>
      <w:pPr>
        <w:widowControl/>
      </w:pPr>
      <w:r>
        <w:t>What to do: Select a position in the reader and choose Practice &gt; Bookmark this position or Ctrl+B. Go to most recent bookmark returns to it; Choose a saved bookmark lists available ones. Ctrl+Shift+J goes to the most recent bookmark; Alt+Shift+K opens the saved-bookmark chooser.</w:t>
      </w:r>
    </w:p>
    <w:p>
      <w:pPr>
        <w:widowControl/>
      </w:pPr>
      <w:r>
        <w:t>What to expect: The bookmark stores a reading location for this song.</w:t>
      </w:r>
    </w:p>
    <w:p>
      <w:pPr>
        <w:widowControl/>
      </w:pPr>
      <w:r>
        <w:t>If something is wrong: Check the measure after returning. Save the arrangement with Ctrl+S to keep practice state.</w:t>
      </w:r>
    </w:p>
    <w:p>
      <w:pPr>
        <w:pStyle w:val="Heading3"/>
        <w:widowControl/>
      </w:pPr>
      <w:r>
        <w:t>Step 2 Write a practice comment</w:t>
      </w:r>
    </w:p>
    <w:p>
      <w:pPr>
        <w:widowControl/>
      </w:pPr>
      <w:r>
        <w:t>What to do: At the intended position choose Write or edit a practice reminder. Enter a useful comment such as practise this change slowly, then save it in that dialog. Ctrl+Shift+Y opens the position-note editor. Use Tab to its note text and Save note button; Space activates Save note. Escape cancels.</w:t>
      </w:r>
    </w:p>
    <w:p>
      <w:pPr>
        <w:widowControl/>
      </w:pPr>
      <w:r>
        <w:t>What to expect: The comment belongs to this reading position. It does not change pitches or rhythm.</w:t>
      </w:r>
    </w:p>
    <w:p>
      <w:pPr>
        <w:widowControl/>
      </w:pPr>
      <w:r>
        <w:t>If something is wrong: Cancel leaves the earlier comment. Reopen the same position to revise it.</w:t>
      </w:r>
    </w:p>
    <w:p>
      <w:pPr>
        <w:pStyle w:val="Heading3"/>
        <w:widowControl/>
      </w:pPr>
      <w:r>
        <w:t>Step 3 Review and navigate comments</w:t>
      </w:r>
    </w:p>
    <w:p>
      <w:pPr>
        <w:widowControl/>
      </w:pPr>
      <w:r>
        <w:t>What to do: Practice &gt; Read saved practice note (Alt+R, then R) reads the selected saved reminder. On first use it selects the saved reminder at or before the score position, or the first reminder if none comes before. Next/Previous saved practice note selects another reminder without moving the score. Review saved practice notes lists the saved comments with their locations. These are commands in the main reader's Practice menu. Open it with Alt+R; use Up/Down to Read saved practice note, Next saved practice note, Previous saved practice note or Review saved practice notes and press Enter.</w:t>
      </w:r>
    </w:p>
    <w:p>
      <w:pPr>
        <w:widowControl/>
      </w:pPr>
      <w:r>
        <w:t>What to expect: You can revisit comments without scanning every beat. Numbered bookmark/practice-note menus jump to listed saved entries.</w:t>
      </w:r>
    </w:p>
    <w:p>
      <w:pPr>
        <w:widowControl/>
      </w:pPr>
      <w:r>
        <w:t>If something is wrong: If an entry is absent, create and save it before trying its numbered jump.</w:t>
      </w:r>
    </w:p>
    <w:p>
      <w:pPr>
        <w:pStyle w:val="Heading3"/>
        <w:widowControl/>
      </w:pPr>
      <w:r>
        <w:t>Step 4 Exchange notes with Markdown</w:t>
      </w:r>
    </w:p>
    <w:p>
      <w:pPr>
        <w:widowControl/>
      </w:pPr>
      <w:r>
        <w:t>What to do: Export a reading copy as Markdown to retain readable music and comments. Practice &gt; Import practice notes from Markdown (Alt+R, then 0) offers note exchange; inspect the mapping to the intended reading. Ctrl+S preserves the reading arrangement first. Export uses File &gt; Export reading copy as text, Markdown or HTML (Alt+F, then G); select Markdown in its format choice. Import uses Practice &gt; Import practice notes from Markdown (Alt+R, then 0); choose the matching file in its file chooser.</w:t>
      </w:r>
    </w:p>
    <w:p>
      <w:pPr>
        <w:widowControl/>
      </w:pPr>
      <w:r>
        <w:t>What to expect: Imported comments should align with existing positions. This is not a MusicXML composition import.</w:t>
      </w:r>
    </w:p>
    <w:p>
      <w:pPr>
        <w:widowControl/>
      </w:pPr>
      <w:r>
        <w:t>If something is wrong: Keep a saved arrangement before importing. Reject a file whose song or positions do not match.</w:t>
      </w:r>
    </w:p>
    <w:p>
      <w:pPr>
        <w:pStyle w:val="Heading2"/>
        <w:widowControl/>
      </w:pPr>
      <w:r>
        <w:t>25 Saved songs  companion sheets and textual Braille</w:t>
      </w:r>
    </w:p>
    <w:p>
      <w:pPr>
        <w:widowControl/>
      </w:pPr>
      <w:r>
        <w:t>Saved songs keep arrangements; companion sheets add a separate written reference beside a structured score. Textual Braille is a prose export, not standard music Braille notation.</w:t>
      </w:r>
    </w:p>
    <w:p>
      <w:pPr>
        <w:pStyle w:val="Heading3"/>
        <w:widowControl/>
      </w:pPr>
      <w:r>
        <w:t>Step 1 Resume a saved song</w:t>
      </w:r>
    </w:p>
    <w:p>
      <w:pPr>
        <w:widowControl/>
      </w:pPr>
      <w:r>
        <w:t>What to do: File &gt; My readings (Alt+F, then M) lists songs and arrangements. Select one and Resume to recover its saved practice place. In My readings, use Up/Down to select an arrangement, then Tab to Resume and press Space.</w:t>
      </w:r>
    </w:p>
    <w:p>
      <w:pPr>
        <w:widowControl/>
      </w:pPr>
      <w:r>
        <w:t>What to expect: The saved arrangement is reopened. Start over instead begins from its starting reading state.</w:t>
      </w:r>
    </w:p>
    <w:p>
      <w:pPr>
        <w:widowControl/>
      </w:pPr>
      <w:r>
        <w:t>If something is wrong: Cancel keeps the current song. Save current work before switching.</w:t>
      </w:r>
    </w:p>
    <w:p>
      <w:pPr>
        <w:pStyle w:val="Heading3"/>
        <w:widowControl/>
      </w:pPr>
      <w:r>
        <w:t>Step 2 Attach a written companion</w:t>
      </w:r>
    </w:p>
    <w:p>
      <w:pPr>
        <w:widowControl/>
      </w:pPr>
      <w:r>
        <w:t>What to do: File &gt; Companion chord or lyric sheet (Alt+F, then L) opens the companion choices. Add or replace a supported written sheet. Attach copied chord chart to score uses copied chart text. In Companion chord or lyric sheet, Tab to Add reference file or Remove reference and press Space. Ctrl+Shift+A in the reader is the separate Attach copied chord chart to score command. Ctrl+S keeps the chosen companion with the reading.</w:t>
      </w:r>
    </w:p>
    <w:p>
      <w:pPr>
        <w:widowControl/>
      </w:pPr>
      <w:r>
        <w:t>What to expect: The written reference is available beside the main reading; it does not replace the structured notes or create sung timing.</w:t>
      </w:r>
    </w:p>
    <w:p>
      <w:pPr>
        <w:widowControl/>
      </w:pPr>
      <w:r>
        <w:t>If something is wrong: In Companion chord or lyric sheet, use Remove reference when the sheet no longer belongs. Save the arrangement to retain your chosen companion.</w:t>
      </w:r>
    </w:p>
    <w:p>
      <w:pPr>
        <w:pStyle w:val="Heading3"/>
        <w:widowControl/>
      </w:pPr>
      <w:r>
        <w:t>Step 3 Export textual BRF</w:t>
      </w:r>
    </w:p>
    <w:p>
      <w:pPr>
        <w:widowControl/>
      </w:pPr>
      <w:r>
        <w:t>What to do: File &gt; Export textual braille BRF (Alt+F, then U) creates a wrapped prose reading. Review the available translation choice and destination, then export. In its save window, use Tab to the translation choice and file-name controls; Space changes a focused checkbox. Confirm Save when the intended filename and translation are set.</w:t>
      </w:r>
    </w:p>
    <w:p>
      <w:pPr>
        <w:widowControl/>
      </w:pPr>
      <w:r>
        <w:t>What to expect: The default is contracted UEB prose with 40-cell, 25-line wrapping. Notes remain accessible descriptions rather than a certified music-Braille transcription.</w:t>
      </w:r>
    </w:p>
    <w:p>
      <w:pPr>
        <w:widowControl/>
      </w:pPr>
      <w:r>
        <w:t>If something is wrong: Use ordinary text/HTML if that better suits the reader. Check the result with the intended Braille software or display.</w:t>
      </w:r>
    </w:p>
    <w:p>
      <w:pPr>
        <w:pStyle w:val="Heading3"/>
        <w:widowControl/>
      </w:pPr>
      <w:r>
        <w:t>Step 4 Keep originals and warnings</w:t>
      </w:r>
    </w:p>
    <w:p>
      <w:pPr>
        <w:widowControl/>
      </w:pPr>
      <w:r>
        <w:t>What to do: Retain the original score as well as saved readings and exports. Provisional warnings and reported gaps travel with supported saved and prose copies. Ctrl+S keeps a reopenable reading. File &gt; Export reading copy as text, Markdown or HTML (Alt+F, then G) creates a separate prose copy; neither command requires replacing the original score.</w:t>
      </w:r>
    </w:p>
    <w:p>
      <w:pPr>
        <w:widowControl/>
      </w:pPr>
      <w:r>
        <w:t>What to expect: A portable reading can remain usable without its adjacent original, but that does not establish musical accuracy.</w:t>
      </w:r>
    </w:p>
    <w:p>
      <w:pPr>
        <w:widowControl/>
      </w:pPr>
      <w:r>
        <w:t>If something is wrong: Use Show saved reading in folder or Copy saved reading path to find the actual saved file.</w:t>
      </w:r>
    </w:p>
    <w:p>
      <w:pPr>
        <w:pStyle w:val="Heading2"/>
        <w:widowControl/>
      </w:pPr>
      <w:r>
        <w:t>26 Instrument sounds  playback settings and practice drums</w:t>
      </w:r>
    </w:p>
    <w:p>
      <w:pPr>
        <w:widowControl/>
      </w:pPr>
      <w:r>
        <w:t>An instrument sound changes local preview timbre. Standalone practice drums provide a backing exercise; they do not add authored percussion notation to a composer project.</w:t>
      </w:r>
    </w:p>
    <w:p>
      <w:pPr>
        <w:pStyle w:val="Heading3"/>
        <w:widowControl/>
      </w:pPr>
      <w:r>
        <w:t>Step 1 Choose a sound</w:t>
      </w:r>
    </w:p>
    <w:p>
      <w:pPr>
        <w:widowControl/>
      </w:pPr>
      <w:r>
        <w:t>What to do: Playback &gt; Choose instrument sound (Alt+P, then H) selects an available preview sound for the current reading. Confirm the choice, then play a short passage. In Playback settings, use Up/Down in Instrument sound for this reading, then Tab to Apply and press Space. Ctrl+P plays and Ctrl+Shift+P stops music.</w:t>
      </w:r>
    </w:p>
    <w:p>
      <w:pPr>
        <w:widowControl/>
      </w:pPr>
      <w:r>
        <w:t>What to expect: The sound changes without changing written pitches, strings or source instrument labels.</w:t>
      </w:r>
    </w:p>
    <w:p>
      <w:pPr>
        <w:widowControl/>
      </w:pPr>
      <w:r>
        <w:t>If something is wrong: Cancel retains the earlier sound. Stop playback before comparing another selection.</w:t>
      </w:r>
    </w:p>
    <w:p>
      <w:pPr>
        <w:pStyle w:val="Heading3"/>
        <w:widowControl/>
      </w:pPr>
      <w:r>
        <w:t>Step 2 Adjust playback settings</w:t>
      </w:r>
    </w:p>
    <w:p>
      <w:pPr>
        <w:widowControl/>
      </w:pPr>
      <w:r>
        <w:t>What to do: Open Playback &gt; Playback settings (Alt+P, then L). Read each named setting and confirm the desired local practice choices. Music speed uses Playback commands; speech speed uses Voice commands. Tab/Shift+Tab moves between the named settings. Use Up/Down in a list or type a number in its numeric field. Tab to Apply and press Space to confirm; Escape cancels.</w:t>
      </w:r>
    </w:p>
    <w:p>
      <w:pPr>
        <w:widowControl/>
      </w:pPr>
      <w:r>
        <w:t>What to expect: Confirmed settings affect practice playback, not the original notation.</w:t>
      </w:r>
    </w:p>
    <w:p>
      <w:pPr>
        <w:widowControl/>
      </w:pPr>
      <w:r>
        <w:t>If something is wrong: Cancel abandons unconfirmed values. Use Current playback speed to inspect the resulting speed.</w:t>
      </w:r>
    </w:p>
    <w:p>
      <w:pPr>
        <w:pStyle w:val="Heading3"/>
        <w:widowControl/>
      </w:pPr>
      <w:r>
        <w:t>Step 3 Start practice drums</w:t>
      </w:r>
    </w:p>
    <w:p>
      <w:pPr>
        <w:widowControl/>
      </w:pPr>
      <w:r>
        <w:t>What to do: Choose Practice &gt; Practice drums — no song needed (Alt+R, then D). Select the rhythm and tempo, then activate Start / apply. In Practice drums, Tab to the rhythm and tempo fields, then Tab to Start / apply and press Space. Tab to Stop or choose Practice &gt; Stop practice drums (Alt+R, then J) to end the accompaniment.</w:t>
      </w:r>
    </w:p>
    <w:p>
      <w:pPr>
        <w:widowControl/>
      </w:pPr>
      <w:r>
        <w:t>What to expect: A local backing pattern plays without requiring an open song.</w:t>
      </w:r>
    </w:p>
    <w:p>
      <w:pPr>
        <w:widowControl/>
      </w:pPr>
      <w:r>
        <w:t>If something is wrong: Practice &gt; Stop practice drums (Alt+R, then J) ends it. Stopping app speech alone is not the drum stop control.</w:t>
      </w:r>
    </w:p>
    <w:p>
      <w:pPr>
        <w:pStyle w:val="Heading3"/>
        <w:widowControl/>
      </w:pPr>
      <w:r>
        <w:t>Step 4 Read percussion or write a percussion part</w:t>
      </w:r>
    </w:p>
    <w:p>
      <w:pPr>
        <w:widowControl/>
      </w:pPr>
      <w:r>
        <w:t>What to do: In an imported percussion part, inspect the supplied sound names and rhythm. To write your own part, press Ctrl+Shift+N for the composer, then choose New score and Drum kit or unpitched percussion, or Timpani. The composing percussion tutorial explains note entry.</w:t>
      </w:r>
    </w:p>
    <w:p>
      <w:pPr>
        <w:widowControl/>
      </w:pPr>
      <w:r>
        <w:t>What to expect: Practice drums plays a backing pattern. The composer writes editable drum hits or timpani notes in your score. Imported unpitched percussion retains supplied sound names; timpani uses sounding pitches.</w:t>
      </w:r>
    </w:p>
    <w:p>
      <w:pPr>
        <w:widowControl/>
      </w:pPr>
      <w:r>
        <w:t>If something is wrong: Keep a trusted original for technique or naming the importer cannot establish.</w:t>
      </w:r>
    </w:p>
    <w:p>
      <w:pPr>
        <w:pStyle w:val="Heading2"/>
        <w:widowControl/>
      </w:pPr>
      <w:r>
        <w:t>27 Set up the AI teacher  voice replies and lesson memory</w:t>
      </w:r>
    </w:p>
    <w:p>
      <w:pPr>
        <w:widowControl/>
      </w:pPr>
      <w:r>
        <w:t>The AI teacher needs its own configured connection and microphone. A profile describes your learning preferences; a lesson reference supplies context. Neither guarantees a correct musical judgment.</w:t>
      </w:r>
    </w:p>
    <w:p>
      <w:pPr>
        <w:pStyle w:val="Heading3"/>
        <w:widowControl/>
      </w:pPr>
      <w:r>
        <w:t>Step 1 Open teacher setup</w:t>
      </w:r>
    </w:p>
    <w:p>
      <w:pPr>
        <w:widowControl/>
      </w:pPr>
      <w:r>
        <w:t>What to do: In the reader choose Voice &gt; AI teacher setup with Alt+V, then 1. Read AI teacher setup steps. Opening this explanation starts no microphone. Tab to Voice connection settings and press Space to open the teacher settings panel when configuration is needed. Set the AI teacher API access key, AI voice and Teacher microphone, then Tab to Save voice setup and press Space. The teacher always answers aloud. Speak ChatGPT answers is optional and applies only to ChatGPT. Ctrl+2 returns to the reader; F9 ends any active teacher session.</w:t>
      </w:r>
    </w:p>
    <w:p>
      <w:pPr>
        <w:widowControl/>
      </w:pPr>
      <w:r>
        <w:t>What to expect: Setup identifies the selected teacher route and its status. Connected voice may incur provider charges.</w:t>
      </w:r>
    </w:p>
    <w:p>
      <w:pPr>
        <w:widowControl/>
      </w:pPr>
      <w:r>
        <w:t>If something is wrong: Escape or Close leaves the setup explanation. Profile has its own Cancel button; do not assume closing voice settings reverses choices that were already saved. Written ChatGPT sign-in does not supply the separately billed teacher connection.</w:t>
      </w:r>
    </w:p>
    <w:p>
      <w:pPr>
        <w:pStyle w:val="Heading3"/>
        <w:widowControl/>
      </w:pPr>
      <w:r>
        <w:t>Step 2 Choose lesson context</w:t>
      </w:r>
    </w:p>
    <w:p>
      <w:pPr>
        <w:widowControl/>
      </w:pPr>
      <w:r>
        <w:t>What to do: Open the intended score in the reader. Voice &gt; Add alternate lesson reference file (Ctrl+Alt+F) chooses a separate supported reference when useful. For optional local memory, open Voice &gt; Teacher profile and spoken onboarding with Alt+V, then 0. Tab to Automatically remember lesson conversation for each piece locally; Space changes its check state. Tab to Save and press Space to keep the profile without starting onboarding.</w:t>
      </w:r>
    </w:p>
    <w:p>
      <w:pPr>
        <w:widowControl/>
      </w:pPr>
      <w:r>
        <w:t>What to expect: With that memory choice on, recognized lesson conversation is recorded locally against the piece. It is conversation history, not a verified assessment or a polished lesson summary. Profile answers can supply context when AI teaching is used. Ctrl+S separately saves the score reading.</w:t>
      </w:r>
    </w:p>
    <w:p>
      <w:pPr>
        <w:widowControl/>
      </w:pPr>
      <w:r>
        <w:t>If something is wrong: Leave the memory checkbox off if unwanted. Cancel abandons unsaved profile changes. Replace an unrelated reference and inspect retained information before relying on advice. Spoken onboarding is a separate button that requests a live session.</w:t>
      </w:r>
    </w:p>
    <w:p>
      <w:pPr>
        <w:pStyle w:val="Heading3"/>
        <w:widowControl/>
      </w:pPr>
      <w:r>
        <w:t>Step 3 Start and stop deliberately</w:t>
      </w:r>
    </w:p>
    <w:p>
      <w:pPr>
        <w:widowControl/>
      </w:pPr>
      <w:r>
        <w:t>What to do: F8 or Start continuous AI teacher begins its configured session. F9 or Stop AI teacher and microphone ends it.</w:t>
      </w:r>
    </w:p>
    <w:p>
      <w:pPr>
        <w:widowControl/>
      </w:pPr>
      <w:r>
        <w:t>What to expect: The status tells you whether the teacher is active. Voice control commands remain a separate microphone mode.</w:t>
      </w:r>
    </w:p>
    <w:p>
      <w:pPr>
        <w:widowControl/>
      </w:pPr>
      <w:r>
        <w:t>If something is wrong: Use F9 to end the teacher. F12 only quiets playback announcements; teacher speech and recording continue.</w:t>
      </w:r>
    </w:p>
    <w:p>
      <w:pPr>
        <w:pStyle w:val="Heading3"/>
        <w:widowControl/>
      </w:pPr>
      <w:r>
        <w:t>Step 4 Control spoken replies</w:t>
      </w:r>
    </w:p>
    <w:p>
      <w:pPr>
        <w:widowControl/>
      </w:pPr>
      <w:r>
        <w:t>What to do: Ctrl+Alt+O opens settings for the selected conversation. ChatGPT read-aloud uses Windows speech; AI teacher uses its configured provider voice. Speak ChatGPT answers turns optional ChatGPT read-aloud on or off. The teacher stays spoken. Tab reaches settings, Up/Down changes a list and Space changes a checkbox. Ctrl+Alt+T tests the selected output; a teacher test may use provider credits but does not start its microphone. F7 replays an available answer. F12 quiets playback announcements; F9 ends the spoken teacher.</w:t>
      </w:r>
    </w:p>
    <w:p>
      <w:pPr>
        <w:widowControl/>
      </w:pPr>
      <w:r>
        <w:t>What to expect: The settings and status identify the selected conversation. Changing speech speed affects spoken replies, not musical tempo. Explain conversation speech routing reports these fixed routes; it does not switch ChatGPT to the teacher. Restart ChatGPT dictation after replies affects spoken question entry only, not Voice control or teacher listening.</w:t>
      </w:r>
    </w:p>
    <w:p>
      <w:pPr>
        <w:widowControl/>
      </w:pPr>
      <w:r>
        <w:t>If something is wrong: Stop or silence replies when needed and read the answer as text. Read voice status identifies the current mode.</w:t>
      </w:r>
    </w:p>
    <w:p>
      <w:pPr>
        <w:pStyle w:val="Heading2"/>
        <w:widowControl/>
      </w:pPr>
      <w:r>
        <w:t>28 Recognize complete PDFs and follow up on warnings</w:t>
      </w:r>
    </w:p>
    <w:p>
      <w:pPr>
        <w:widowControl/>
      </w:pPr>
      <w:r>
        <w:t>For a multi-page recovery, request the whole file or name a precise smaller range. Ask for exact coverage and a single returned file; do not assume that a finished response recovered every page.</w:t>
      </w:r>
    </w:p>
    <w:p>
      <w:pPr>
        <w:pStyle w:val="Heading3"/>
        <w:widowControl/>
      </w:pPr>
      <w:r>
        <w:t>Step 1 Prepare the scope</w:t>
      </w:r>
    </w:p>
    <w:p>
      <w:pPr>
        <w:widowControl/>
      </w:pPr>
      <w:r>
        <w:t>What to do: Keep the original PDF. Use a matching structured edition if available. For recognition or remediation state all pages, parts and lyrics required, or the exact smaller range intended. Ctrl+Shift+R opens the browser-recovery handoff when that route is wanted. Tab to ChatGPT task and use Up/Down to choose the request type; Tab reaches the original-file and problem-description controls.</w:t>
      </w:r>
    </w:p>
    <w:p>
      <w:pPr>
        <w:widowControl/>
      </w:pPr>
      <w:r>
        <w:t>What to expect: The requested parts and ranges are recorded so the returned coverage can identify missing music.</w:t>
      </w:r>
    </w:p>
    <w:p>
      <w:pPr>
        <w:widowControl/>
      </w:pPr>
      <w:r>
        <w:t>If something is wrong: If only an excerpt was requested or returned, label and keep it as an excerpt.</w:t>
      </w:r>
    </w:p>
    <w:p>
      <w:pPr>
        <w:pStyle w:val="Heading3"/>
        <w:widowControl/>
      </w:pPr>
      <w:r>
        <w:t>Step 2 Use the saved browser request</w:t>
      </w:r>
    </w:p>
    <w:p>
      <w:pPr>
        <w:widowControl/>
      </w:pPr>
      <w:r>
        <w:t>What to do: Ctrl+Shift+R opens the recovery handoff. Convert original file prepares the request. Copy request and open website; paste it and attach the selected original through the browser. In the handoff, Tab to Copy request and open website and press Space. In the browser, paste with Ctrl+V and use that website's own attachment and send controls when ready.</w:t>
      </w:r>
    </w:p>
    <w:p>
      <w:pPr>
        <w:widowControl/>
      </w:pPr>
      <w:r>
        <w:t>What to expect: The browser has its own sign-in. The handoff does not upload, send or attach automatically.</w:t>
      </w:r>
    </w:p>
    <w:p>
      <w:pPr>
        <w:widowControl/>
      </w:pPr>
      <w:r>
        <w:t>If something is wrong: Return to SpeakTab if you cannot complete the browser step. Local reading remains available.</w:t>
      </w:r>
    </w:p>
    <w:p>
      <w:pPr>
        <w:pStyle w:val="Heading3"/>
        <w:widowControl/>
      </w:pPr>
      <w:r>
        <w:t>Step 3 Open the returned file</w:t>
      </w:r>
    </w:p>
    <w:p>
      <w:pPr>
        <w:widowControl/>
      </w:pPr>
      <w:r>
        <w:t>What to do: Download the returned MusicXML, MXL, XML or supported text copy in the browser, then Alt+Tab back to the handoff. Tab to Open returned file and press Space to choose it, or use Ctrl+O in the main reader. Check every requested staff, voice, lyric and range after opening.</w:t>
      </w:r>
    </w:p>
    <w:p>
      <w:pPr>
        <w:widowControl/>
      </w:pPr>
      <w:r>
        <w:t>What to expect: A structurally usable file can open even if the music is partial or wrong. A provisional candidate states uncertainty and gaps.</w:t>
      </w:r>
    </w:p>
    <w:p>
      <w:pPr>
        <w:widowControl/>
      </w:pPr>
      <w:r>
        <w:t>If something is wrong: Reject malformed data. Preserve the original and the uncertainty notice with a partial reading.</w:t>
      </w:r>
    </w:p>
    <w:p>
      <w:pPr>
        <w:pStyle w:val="Heading3"/>
        <w:widowControl/>
      </w:pPr>
      <w:r>
        <w:t>Step 4 Make a precise follow-up</w:t>
      </w:r>
    </w:p>
    <w:p>
      <w:pPr>
        <w:widowControl/>
      </w:pPr>
      <w:r>
        <w:t>What to do: In the handoff opened by Ctrl+Shift+R, Tab to ChatGPT task and use Up/Down to choose Correct previous ChatGPT result. Tab to the problem description and describe the actual missing range or wrong notes. Request one complete corrected replacement that preserves already-correct music. Tab to Copy request and open website and press Space when ready to prepare that browser request.</w:t>
      </w:r>
    </w:p>
    <w:p>
      <w:pPr>
        <w:widowControl/>
      </w:pPr>
      <w:r>
        <w:t>What to expect: A follow-up may improve the result but can still leave missing or incorrect music. Read its coverage and missing ranges. If something seems wrong, try AI help if available, or work with a musician or someone who can help correct it.</w:t>
      </w:r>
    </w:p>
    <w:p>
      <w:pPr>
        <w:widowControl/>
      </w:pPr>
      <w:r>
        <w:t>If something is wrong: If the replacement is still unreliable, try another edition or enter verified music yourself. Keep the original and any uncertainty notice with partial output.</w:t>
      </w:r>
    </w:p>
    <w:p>
      <w:pPr>
        <w:pStyle w:val="Heading2"/>
        <w:widowControl/>
      </w:pPr>
      <w:r>
        <w:t>29 Help  updates  reports and safe exit</w:t>
      </w:r>
    </w:p>
    <w:p>
      <w:pPr>
        <w:widowControl/>
      </w:pPr>
      <w:r>
        <w:t>Help, reports and updates support your work without silently sending a report. Save your current arrangement or project before closing or installing an update.</w:t>
      </w:r>
    </w:p>
    <w:p>
      <w:pPr>
        <w:pStyle w:val="Heading3"/>
        <w:widowControl/>
      </w:pPr>
      <w:r>
        <w:t>Step 1 Choose the right reference</w:t>
      </w:r>
    </w:p>
    <w:p>
      <w:pPr>
        <w:widowControl/>
      </w:pPr>
      <w:r>
        <w:t>What to do: F1 explains the current control. Help &gt; Guided tutorials teaches tasks; User guide has the complete manual; Keyboard shortcuts lists defaults; Command palette finds actions by name. Ctrl+Shift+H opens Guided tutorials, Ctrl+Shift+U opens User guide, and Ctrl+Alt+P opens Command palette in the reader.</w:t>
      </w:r>
    </w:p>
    <w:p>
      <w:pPr>
        <w:widowControl/>
      </w:pPr>
      <w:r>
        <w:t>What to expect: Tutorials can show one step at a time or the whole lesson. Read displayed text uses local Windows voice only when requested.</w:t>
      </w:r>
    </w:p>
    <w:p>
      <w:pPr>
        <w:widowControl/>
      </w:pPr>
      <w:r>
        <w:t>If something is wrong: Stop audio interrupts it. Escape returns to the prior window without changing music.</w:t>
      </w:r>
    </w:p>
    <w:p>
      <w:pPr>
        <w:pStyle w:val="Heading3"/>
        <w:widowControl/>
      </w:pPr>
      <w:r>
        <w:t>Step 2 Prepare a useful report</w:t>
      </w:r>
    </w:p>
    <w:p>
      <w:pPr>
        <w:widowControl/>
      </w:pPr>
      <w:r>
        <w:t>What to do: For a feature report, open Help &gt; Prepare feature test report (Alt+H, then A). Focus starts in Editable feature test results; mark only observed results and add exact steps, expected and actual behavior. Tab to Copy reviewed report or Save report and press Space to keep a local copy; Test report status confirms the outcome. For a problem report instead, Ctrl+Shift+B opens This is wrong - find out why. Type in Describe what is wrong with this reading, then Tab to Save problem report and press Space; Problem report status confirms the result. Both windows offer an email draft that you review and send yourself. Escape closes the active report.</w:t>
      </w:r>
    </w:p>
    <w:p>
      <w:pPr>
        <w:widowControl/>
      </w:pPr>
      <w:r>
        <w:t>What to expect: The report is local and inspectable; nothing is sent automatically.</w:t>
      </w:r>
    </w:p>
    <w:p>
      <w:pPr>
        <w:widowControl/>
      </w:pPr>
      <w:r>
        <w:t>If something is wrong: Review any included paths or source details before choosing to share it.</w:t>
      </w:r>
    </w:p>
    <w:p>
      <w:pPr>
        <w:pStyle w:val="Heading3"/>
        <w:widowControl/>
      </w:pPr>
      <w:r>
        <w:t>Step 3 Check an update</w:t>
      </w:r>
    </w:p>
    <w:p>
      <w:pPr>
        <w:widowControl/>
      </w:pPr>
      <w:r>
        <w:t>What to do: Help &gt; Check for updates (Alt+H, then C) checks the published release. Read its version and download information. Keep the full Windows package and supplied recognition runtime/licenses together.</w:t>
      </w:r>
    </w:p>
    <w:p>
      <w:pPr>
        <w:widowControl/>
      </w:pPr>
      <w:r>
        <w:t>What to expect: The update window reports your installed version and the latest published version, or explains why the check failed. When a newer stable release is available, it offers the complete Windows download. Save your work and close SpeakTab before replacing program files.</w:t>
      </w:r>
    </w:p>
    <w:p>
      <w:pPr>
        <w:widowControl/>
      </w:pPr>
      <w:r>
        <w:t>If something is wrong: Save and close normally before replacing installed program files. Preserve music, settings and projects.</w:t>
      </w:r>
    </w:p>
    <w:p>
      <w:pPr>
        <w:pStyle w:val="Heading3"/>
        <w:widowControl/>
      </w:pPr>
      <w:r>
        <w:t>Step 4 Keep the appropriate working file</w:t>
      </w:r>
    </w:p>
    <w:p>
      <w:pPr>
        <w:widowControl/>
      </w:pPr>
      <w:r>
        <w:t>What to do: Use Ctrl+S in the reader for its saved arrangement, or in the composer for its editable project. Close the working window normally when finished.</w:t>
      </w:r>
    </w:p>
    <w:p>
      <w:pPr>
        <w:widowControl/>
      </w:pPr>
      <w:r>
        <w:t>What to expect: The reader arrangement retains practice settings and position. The composer project retains applied music and unfinished entry. Exported MusicXML is a separate score copy.</w:t>
      </w:r>
    </w:p>
    <w:p>
      <w:pPr>
        <w:widowControl/>
      </w:pPr>
      <w:r>
        <w:t>If something is wrong: Reopen the saved arrangement or project to continue. Retain the original music file and editable project when sharing an exported copy.</w:t>
      </w:r>
    </w:p>
    <w:p>
      <w:pPr>
        <w:pStyle w:val="Heading2"/>
      </w:pPr>
      <w:r>
        <w:t>Guided task 30 Find scores</w:t>
      </w:r>
    </w:p>
    <w:p>
      <w:pPr>
        <w:spacing w:after="120"/>
      </w:pPr>
      <w:r>
        <w:t>Find MuseScore arrangements, downloadable OpenScore MusicXML and classical PDFs. A result is a source listing until its actual file is opened and checked.</w:t>
      </w:r>
    </w:p>
    <w:p>
      <w:pPr>
        <w:pStyle w:val="Heading3"/>
      </w:pPr>
      <w:r>
        <w:t>Step 1 Open score lookup</w:t>
      </w:r>
    </w:p>
    <w:p>
      <w:pPr>
        <w:pStyle w:val="Heading4"/>
      </w:pPr>
      <w:r>
        <w:t>What to do</w:t>
      </w:r>
    </w:p>
    <w:p>
      <w:pPr>
        <w:spacing w:after="120"/>
      </w:pPr>
      <w:r>
        <w:t>In the reader press Ctrl+Shift+F, or File &gt; Find scores. F2 also has Scores. In lookup, Tab moves among Composer or artist, Piece title or catalogue number, Source and Instrument keywords. Up/Down changes a list choice.</w:t>
      </w:r>
    </w:p>
    <w:p>
      <w:pPr>
        <w:pStyle w:val="Heading4"/>
      </w:pPr>
      <w:r>
        <w:t>What to expect</w:t>
      </w:r>
    </w:p>
    <w:p>
      <w:pPr>
        <w:spacing w:after="120"/>
      </w:pPr>
      <w:r>
        <w:t>The separate lookup window has Composer or artist, Piece title or catalogue number, Source and Instrument keywords. MuseScore is selected initially.</w:t>
      </w:r>
    </w:p>
    <w:p>
      <w:pPr>
        <w:pStyle w:val="Heading4"/>
      </w:pPr>
      <w:r>
        <w:t>If something is wrong</w:t>
      </w:r>
    </w:p>
    <w:p>
      <w:pPr>
        <w:spacing w:after="120"/>
      </w:pPr>
      <w:r>
        <w:t>Escape closes the window. Merely opening lookup leaves your current reading alone.</w:t>
      </w:r>
    </w:p>
    <w:p>
      <w:pPr>
        <w:pStyle w:val="Heading3"/>
      </w:pPr>
      <w:r>
        <w:t>Step 2 Search MuseScore for your instrument</w:t>
      </w:r>
    </w:p>
    <w:p>
      <w:pPr>
        <w:pStyle w:val="Heading4"/>
      </w:pPr>
      <w:r>
        <w:t>What to do</w:t>
      </w:r>
    </w:p>
    <w:p>
      <w:pPr>
        <w:spacing w:after="120"/>
      </w:pPr>
      <w:r>
        <w:t>Enter a composer or artist, piece title, or both. Choose an instrument such as Violin or Harp, type another instrument if preferred, or leave Any instrument. Activate Search on website. In lookup, Tab to Search on website and press Space. There is no SpeakTab shortcut that downloads every website score; use the website's offered controls.</w:t>
      </w:r>
    </w:p>
    <w:p>
      <w:pPr>
        <w:pStyle w:val="Heading4"/>
      </w:pPr>
      <w:r>
        <w:t>What to expect</w:t>
      </w:r>
    </w:p>
    <w:p>
      <w:pPr>
        <w:spacing w:after="120"/>
      </w:pPr>
      <w:r>
        <w:t>Your normal browser opens the MuseScore search with those words. Use the website filters to choose its instrumentation and arrangement. Optional example: Bach, a piece title you know, and Violin.</w:t>
      </w:r>
    </w:p>
    <w:p>
      <w:pPr>
        <w:pStyle w:val="Heading4"/>
      </w:pPr>
      <w:r>
        <w:t>If something is wrong</w:t>
      </w:r>
    </w:p>
    <w:p>
      <w:pPr>
        <w:spacing w:after="120"/>
      </w:pPr>
      <w:r>
        <w:t>If it needs your MuseScore account, sign in on MuseScore itself. SpeakTab does not store the site password. An account or subscription does not make every score exportable.</w:t>
      </w:r>
    </w:p>
    <w:p>
      <w:pPr>
        <w:pStyle w:val="Heading3"/>
      </w:pPr>
      <w:r>
        <w:t>Step 3 Bring a website score back to SpeakTab</w:t>
      </w:r>
    </w:p>
    <w:p>
      <w:pPr>
        <w:pStyle w:val="Heading4"/>
      </w:pPr>
      <w:r>
        <w:t>What to do</w:t>
      </w:r>
    </w:p>
    <w:p>
      <w:pPr>
        <w:spacing w:after="120"/>
      </w:pPr>
      <w:r>
        <w:t>On its score page use an available permitted MusicXML or MuseScore download. XML score files may end .musicxml, .xml or .mxl; MuseScore files .mscx or .mscz. If only a PDF is offered, save that. Return to lookup and choose Open downloaded file. Return to SpeakTab with Alt+Tab. In lookup, Tab to Open downloaded file and press Space, then choose the actual file in its file chooser. Website keyboard routes depend on that website.</w:t>
      </w:r>
    </w:p>
    <w:p>
      <w:pPr>
        <w:pStyle w:val="Heading4"/>
      </w:pPr>
      <w:r>
        <w:t>What to expect</w:t>
      </w:r>
    </w:p>
    <w:p>
      <w:pPr>
        <w:spacing w:after="120"/>
      </w:pPr>
      <w:r>
        <w:t>A file chooser lets you select the actual score. The reader then opens it or gives the normal recognition/coverage options for a PDF. Ctrl+T chooses a supplied part.</w:t>
      </w:r>
    </w:p>
    <w:p>
      <w:pPr>
        <w:pStyle w:val="Heading4"/>
      </w:pPr>
      <w:r>
        <w:t>If something is wrong</w:t>
      </w:r>
    </w:p>
    <w:p>
      <w:pPr>
        <w:spacing w:after="120"/>
      </w:pPr>
      <w:r>
        <w:t>A playback-only page or image is not a MusicXML score. Do not rename a PDF to .xml. Keep the original for any repair request. Seek help if an imported section seems wrong.</w:t>
      </w:r>
    </w:p>
    <w:p>
      <w:pPr>
        <w:pStyle w:val="Heading3"/>
      </w:pPr>
      <w:r>
        <w:t>Step 4 Search OpenScore for direct MusicXML</w:t>
      </w:r>
    </w:p>
    <w:p>
      <w:pPr>
        <w:pStyle w:val="Heading4"/>
      </w:pPr>
      <w:r>
        <w:t>What to do</w:t>
      </w:r>
    </w:p>
    <w:p>
      <w:pPr>
        <w:spacing w:after="120"/>
      </w:pPr>
      <w:r>
        <w:t>Opening the downloaded file in Step 3 closes lookup and returns to the reader. To try OpenScore, press Ctrl+Shift+F again. Tab to Source and choose OpenScore songs or OpenScore string quartets with Up/Down. Enter a composer or title, or leave both blank to browse. Tab to Search collection and press Space.</w:t>
      </w:r>
    </w:p>
    <w:p>
      <w:pPr>
        <w:pStyle w:val="Heading4"/>
      </w:pPr>
      <w:r>
        <w:t>What to expect</w:t>
      </w:r>
    </w:p>
    <w:p>
      <w:pPr>
        <w:spacing w:after="120"/>
      </w:pPr>
      <w:r>
        <w:t>Results appear in OpenScore pieces. The songs collection has varied vocal scorings and often piano; quartets have violin, viola and cello. Instrument keywords are disabled because the chosen collection defines its scope. Up to 250 matching catalogue entries are shown at once.</w:t>
      </w:r>
    </w:p>
    <w:p>
      <w:pPr>
        <w:pStyle w:val="Heading4"/>
      </w:pPr>
      <w:r>
        <w:t>If something is wrong</w:t>
      </w:r>
    </w:p>
    <w:p>
      <w:pPr>
        <w:spacing w:after="120"/>
      </w:pPr>
      <w:r>
        <w:t>Try fewer words if no result matches. A quartet can contain several movements in one score. Neither catalogue claims every classical work or a general harp collection.</w:t>
      </w:r>
    </w:p>
    <w:p>
      <w:pPr>
        <w:pStyle w:val="Heading3"/>
      </w:pPr>
      <w:r>
        <w:t>Step 5 Choose the actual file or part</w:t>
      </w:r>
    </w:p>
    <w:p>
      <w:pPr>
        <w:pStyle w:val="Heading4"/>
      </w:pPr>
      <w:r>
        <w:t>What to do</w:t>
      </w:r>
    </w:p>
    <w:p>
      <w:pPr>
        <w:spacing w:after="120"/>
      </w:pPr>
      <w:r>
        <w:t>Select a piece with Up/Down. Tab to File to download and choose MusicXML, MuseScore, full-score PDF or a named PDF part where supplied. Choose Download and open. Tab to File to download and use Up/Down to choose its file type. Tab to Download and open and press Space.</w:t>
      </w:r>
    </w:p>
    <w:p>
      <w:pPr>
        <w:pStyle w:val="Heading4"/>
      </w:pPr>
      <w:r>
        <w:t>What to expect</w:t>
      </w:r>
    </w:p>
    <w:p>
      <w:pPr>
        <w:spacing w:after="120"/>
      </w:pPr>
      <w:r>
        <w:t>The selected original file is saved individually in Songs and passed to the reader. MuseScore page opens its online score; Original PDF edition on IMSLP opens the referenced edition separately.</w:t>
      </w:r>
    </w:p>
    <w:p>
      <w:pPr>
        <w:pStyle w:val="Heading4"/>
      </w:pPr>
      <w:r>
        <w:t>If something is wrong</w:t>
      </w:r>
    </w:p>
    <w:p>
      <w:pPr>
        <w:spacing w:after="120"/>
      </w:pPr>
      <w:r>
        <w:t>Cancel lookup or download stops unfinished work. A catalogue lookup failure is not proof that a piece is unavailable. Browse instruments or collection opens the real source page.</w:t>
      </w:r>
    </w:p>
    <w:p>
      <w:pPr>
        <w:pStyle w:val="Heading3"/>
      </w:pPr>
      <w:r>
        <w:t>Step 6 Choose a source for the job</w:t>
      </w:r>
    </w:p>
    <w:p>
      <w:pPr>
        <w:pStyle w:val="Heading4"/>
      </w:pPr>
      <w:r>
        <w:t>What to do</w:t>
      </w:r>
    </w:p>
    <w:p>
      <w:pPr>
        <w:spacing w:after="120"/>
      </w:pPr>
      <w:r>
        <w:t>Download and open in Step 5 closes lookup. From the reader press Ctrl+Shift+F again, Tab to Source guide – which is useful for what and press Space. Read its comparison: MuseScore for broad instrumentation and arrangements, OpenScore for supplied XML files, IMSLP for historical editions and parts, and Mutopia for typeset classical PDFs. Escape closes the guide and returns to lookup.</w:t>
      </w:r>
    </w:p>
    <w:p>
      <w:pPr>
        <w:pStyle w:val="Heading4"/>
      </w:pPr>
      <w:r>
        <w:t>What to expect</w:t>
      </w:r>
    </w:p>
    <w:p>
      <w:pPr>
        <w:spacing w:after="120"/>
      </w:pPr>
      <w:r>
        <w:t>The guide explains each source, sign-in/download steps and the differences between XML, MuseScore and PDF. IMSLP Browse instruments opens its instrumentation catalogue.</w:t>
      </w:r>
    </w:p>
    <w:p>
      <w:pPr>
        <w:pStyle w:val="Heading4"/>
      </w:pPr>
      <w:r>
        <w:t>If something is wrong</w:t>
      </w:r>
    </w:p>
    <w:p>
      <w:pPr>
        <w:spacing w:after="120"/>
      </w:pPr>
      <w:r>
        <w:t>MusicXML is preferred for supplied notes and rhythm. PDF recognition can miss music or written details; successful download is not proof of accuracy.</w:t>
      </w:r>
    </w:p>
    <w:p>
      <w:pPr>
        <w:pStyle w:val="Heading2"/>
      </w:pPr>
      <w:r>
        <w:t>Guided task 35 Try the free original practice scores</w:t>
      </w:r>
    </w:p>
    <w:p>
      <w:pPr>
        <w:spacing w:after="120"/>
      </w:pPr>
      <w:r>
        <w:t>Each example is ready to read as supplied, and has a separate SpeakTab project you can change. Reading is available without opening the composer or editing anything. The complete package and GitHub Samples folder contain these small original pieces, which can be used, copied and changed freely under the accompanying sample licence.</w:t>
      </w:r>
    </w:p>
    <w:p>
      <w:pPr>
        <w:pStyle w:val="Heading3"/>
      </w:pPr>
      <w:r>
        <w:t>Step 1 Choose an instrument for reading or composing</w:t>
      </w:r>
    </w:p>
    <w:p>
      <w:pPr>
        <w:pStyle w:val="Heading4"/>
      </w:pPr>
      <w:r>
        <w:t>What to do</w:t>
      </w:r>
    </w:p>
    <w:p>
      <w:pPr>
        <w:spacing w:after="120"/>
      </w:pPr>
      <w:r>
        <w:t>In the reader press Ctrl+Shift+F to open lookup. Tab to Source guide – which is useful for what and press Space. Read its Instrument guide for the reader/composer comparison. The full manual and Guides/Instrument guide - reading and composing.txt carry the same comparison. Escape closes the reference and returns to lookup for Step 2.</w:t>
      </w:r>
    </w:p>
    <w:p>
      <w:pPr>
        <w:pStyle w:val="Heading4"/>
      </w:pPr>
      <w:r>
        <w:t>What to expect</w:t>
      </w:r>
    </w:p>
    <w:p>
      <w:pPr>
        <w:spacing w:after="120"/>
      </w:pPr>
      <w:r>
        <w:t>Piano, guitar, ukulele, solo voice, violin, viola, cello, harp, drum kit and timpani have composer choices, along with SATB, barbershop and string-quartet templates. The reader opens their supplied structured scores too. Each SATB or barbershop singer is a separate part; Solo voice uses one singer. Other instruments do not all have the same verified coverage.</w:t>
      </w:r>
    </w:p>
    <w:p>
      <w:pPr>
        <w:pStyle w:val="Heading4"/>
      </w:pPr>
      <w:r>
        <w:t>If something is wrong</w:t>
      </w:r>
    </w:p>
    <w:p>
      <w:pPr>
        <w:spacing w:after="120"/>
      </w:pPr>
      <w:r>
        <w:t>A website instrument search is not a guarantee of support. Prefer structured MusicXML/MuseScore for supplied notes. PDFs may require recognition. Other instruments and advanced techniques do not all have the same verification; read the guide and seek help with anything that seems wrong.</w:t>
      </w:r>
    </w:p>
    <w:p>
      <w:pPr>
        <w:pStyle w:val="Heading3"/>
      </w:pPr>
      <w:r>
        <w:t>Step 2 Read a sample as supplied</w:t>
      </w:r>
    </w:p>
    <w:p>
      <w:pPr>
        <w:pStyle w:val="Heading4"/>
      </w:pPr>
      <w:r>
        <w:t>What to do</w:t>
      </w:r>
    </w:p>
    <w:p>
      <w:pPr>
        <w:spacing w:after="120"/>
      </w:pPr>
      <w:r>
        <w:t>In lookup, Tab to Try included practice samples and press Space. If lookup was closed, Ctrl+Shift+F in the reader reopens it first. In the chooser select a .musicxml file from the package Samples folder and press Enter. Lookup closes and the example opens in the reader. Ctrl+O in the reader can open the same file directly; no Open project or Apply is needed.</w:t>
      </w:r>
    </w:p>
    <w:p>
      <w:pPr>
        <w:pStyle w:val="Heading4"/>
      </w:pPr>
      <w:r>
        <w:t>What to expect</w:t>
      </w:r>
    </w:p>
    <w:p>
      <w:pPr>
        <w:spacing w:after="120"/>
      </w:pPr>
      <w:r>
        <w:t>The unchanged example opens in the reader as supplied musical notes, without PDF recognition. The sixteen samples cover piano, guitar, solo voice, voice with piano, violin, harp, SATB, barbershop quartet, high-G and low-G ukulele, violin with harp, viola, cello, string quartet, drum kit and timpani.</w:t>
      </w:r>
    </w:p>
    <w:p>
      <w:pPr>
        <w:pStyle w:val="Heading4"/>
      </w:pPr>
      <w:r>
        <w:t>If something is wrong</w:t>
      </w:r>
    </w:p>
    <w:p>
      <w:pPr>
        <w:spacing w:after="120"/>
      </w:pPr>
      <w:r>
        <w:t>If the folder is missing, extract the complete Windows ZIP or download the sample bundle from the latest GitHub release. These are original practice exercises, not recordings or complete famous classical works.</w:t>
      </w:r>
    </w:p>
    <w:p>
      <w:pPr>
        <w:pStyle w:val="Heading3"/>
      </w:pPr>
      <w:r>
        <w:t>Step 3 Inspect each supplied part</w:t>
      </w:r>
    </w:p>
    <w:p>
      <w:pPr>
        <w:pStyle w:val="Heading4"/>
      </w:pPr>
      <w:r>
        <w:t>What to do</w:t>
      </w:r>
    </w:p>
    <w:p>
      <w:pPr>
        <w:spacing w:after="120"/>
      </w:pPr>
      <w:r>
        <w:t>Use Ctrl+T to choose a part, Ctrl+2 to reach the music and F3 to inspect a position. For vocal samples Alt+Shift+L gives the supplied lyrics.</w:t>
      </w:r>
    </w:p>
    <w:p>
      <w:pPr>
        <w:pStyle w:val="Heading4"/>
      </w:pPr>
      <w:r>
        <w:t>What to expect</w:t>
      </w:r>
    </w:p>
    <w:p>
      <w:pPr>
        <w:spacing w:after="120"/>
      </w:pPr>
      <w:r>
        <w:t>SATB and barbershop samples contain four separately named singers. Solo voice has one singer and no accompaniment. Harp and piano examples include upper and lower staves.</w:t>
      </w:r>
    </w:p>
    <w:p>
      <w:pPr>
        <w:pStyle w:val="Heading4"/>
      </w:pPr>
      <w:r>
        <w:t>If something is wrong</w:t>
      </w:r>
    </w:p>
    <w:p>
      <w:pPr>
        <w:spacing w:after="120"/>
      </w:pPr>
      <w:r>
        <w:t>Use your screen reader or Braille display to read the text. Ctrl+2 returns from an explanation to the selected musical position.</w:t>
      </w:r>
    </w:p>
    <w:p>
      <w:pPr>
        <w:pStyle w:val="Heading3"/>
      </w:pPr>
      <w:r>
        <w:t>Step 4 Edit the sample in the composer</w:t>
      </w:r>
    </w:p>
    <w:p>
      <w:pPr>
        <w:pStyle w:val="Heading4"/>
      </w:pPr>
      <w:r>
        <w:t>What to do</w:t>
      </w:r>
    </w:p>
    <w:p>
      <w:pPr>
        <w:spacing w:after="120"/>
      </w:pPr>
      <w:r>
        <w:t>Open the composer with Ctrl+Shift+N, choose Open project, browse to Samples and choose its matching .speaktabscore file. Use Save project as to keep a personal copy before experimenting. On Score, Tab to Open project and press Space; choose the .speaktabscore file in its chooser. Tab to Save project as and press Space to make a personal copy.</w:t>
      </w:r>
    </w:p>
    <w:p>
      <w:pPr>
        <w:pStyle w:val="Heading4"/>
      </w:pPr>
      <w:r>
        <w:t>What to expect</w:t>
      </w:r>
    </w:p>
    <w:p>
      <w:pPr>
        <w:spacing w:after="120"/>
      </w:pPr>
      <w:r>
        <w:t>The sample opens as a SpeakTab composition you can change. Edit notes, words, instruments or measures, review the proposal and Apply it. Export MusicXML makes a separate applied score.</w:t>
      </w:r>
    </w:p>
    <w:p>
      <w:pPr>
        <w:pStyle w:val="Heading4"/>
      </w:pPr>
      <w:r>
        <w:t>If something is wrong</w:t>
      </w:r>
    </w:p>
    <w:p>
      <w:pPr>
        <w:spacing w:after="120"/>
      </w:pPr>
      <w:r>
        <w:t>Open project edits compositions made in SpeakTab. Downloaded MusicXML, MuseScore and PDF scores open in the reader. Only a MusicXML export from SpeakTab with a matching embedded project can reopen for composing; the .speaktabscore file is the clearest starting point.</w:t>
      </w:r>
    </w:p>
    <w:p>
      <w:pPr>
        <w:pStyle w:val="Heading3"/>
      </w:pPr>
      <w:r>
        <w:t>Step 5 Understand the matching PDFs</w:t>
      </w:r>
    </w:p>
    <w:p>
      <w:pPr>
        <w:pStyle w:val="Heading4"/>
      </w:pPr>
      <w:r>
        <w:t>What to do</w:t>
      </w:r>
    </w:p>
    <w:p>
      <w:pPr>
        <w:spacing w:after="120"/>
      </w:pPr>
      <w:r>
        <w:t>Save your edited project, then Alt+Tab to the main SpeakTab reader. Ctrl+O opens a matching sample PDF or MusicXML file. Prefer MusicXML for direct supplied notes and rhythm. The PDF is a visual reference or an optional recognition experiment. Samples/README.md explains what to try and the sample-only licence.</w:t>
      </w:r>
    </w:p>
    <w:p>
      <w:pPr>
        <w:pStyle w:val="Heading4"/>
      </w:pPr>
      <w:r>
        <w:t>What to expect</w:t>
      </w:r>
    </w:p>
    <w:p>
      <w:pPr>
        <w:spacing w:after="120"/>
      </w:pPr>
      <w:r>
        <w:t>The PDFs were typeset outside the app from the same sample MusicXML. This does not add page engraving to SpeakTab. PDFs may require recognition and can be misread.</w:t>
      </w:r>
    </w:p>
    <w:p>
      <w:pPr>
        <w:pStyle w:val="Heading4"/>
      </w:pPr>
      <w:r>
        <w:t>If something is wrong</w:t>
      </w:r>
    </w:p>
    <w:p>
      <w:pPr>
        <w:spacing w:after="120"/>
      </w:pPr>
      <w:r>
        <w:t>Keep the XML or project as the reference when testing a PDF conversion. The accompanying sample licence explains permission to use, copy and change these original exercises.</w:t>
      </w:r>
    </w:p>
    <w:p>
      <w:pPr>
        <w:pStyle w:val="Heading1"/>
      </w:pPr>
      <w:r>
        <w:t>Writing music in the composer</w:t>
      </w:r>
    </w:p>
    <w:p>
      <w:pPr>
        <w:pStyle w:val="Heading2"/>
      </w:pPr>
      <w:r>
        <w:t>Before the composing lessons</w:t>
      </w:r>
    </w:p>
    <w:p>
      <w:pPr/>
      <w:r>
        <w:t>Use this introduction when you want to write music or change a SpeakTab composition. Tasks 15 through 22 then take you through entry, instruments, correction, saving and export. You can read an existing score in the main reader without using the composer.</w:t>
      </w:r>
    </w:p>
    <w:p>
      <w:pPr>
        <w:pStyle w:val="Heading3"/>
      </w:pPr>
      <w:r>
        <w:t>Open the composer and the note entry window</w:t>
      </w:r>
    </w:p>
    <w:p>
      <w:pPr/>
      <w:r>
        <w:t>Ctrl+Shift+N opens the separate composer. Its three tabs are Score, Enter music and Review changes. Score lists the notes, chords and rests already added to the composition and opens settings and editing tools. Enter music contains the description box, note-selection button and starting choices. Review changes describes music waiting for Apply. Ctrl+Tab cycles tabs and Ctrl+Shift+Tab cycles backward. From the initial description box, Ctrl+Shift+Tab once reaches Score and its Score settings button.</w:t>
      </w:r>
    </w:p>
    <w:p>
      <w:pPr/>
      <w:r>
        <w:t>From the main composer, Ctrl+E opens a separate Enter notes window. It contains selectors for Part, Staff, Measure, Beat, pitch or percussion sound, and Duration, plus optional chord and lyric fields. Use Tab and Shift+Tab to reach a field, Up and Down to choose a list value, and Space for a checkbox or focused button. Opening this window adds no notes. Task 15 explains how to prepare a note and enter it.</w:t>
      </w:r>
    </w:p>
    <w:p>
      <w:pPr>
        <w:pStyle w:val="Heading3"/>
      </w:pPr>
      <w:r>
        <w:t>Part and staff</w:t>
      </w:r>
    </w:p>
    <w:p>
      <w:pPr/>
      <w:r>
        <w:t>A part is one instrument line, such as Piano or Guitar. Piano contains upper and lower staves inside one part. Selecting a different staff chooses where notes belong; it does not create another instrument.</w:t>
      </w:r>
    </w:p>
    <w:p>
      <w:pPr>
        <w:pStyle w:val="Heading3"/>
      </w:pPr>
      <w:r>
        <w:t>Rhythm line normally 1</w:t>
      </w:r>
    </w:p>
    <w:p>
      <w:pPr/>
      <w:r>
        <w:t>Leave Rhythm line at 1 — normal entry for an ordinary melody or chord. Piano normally uses line 1 on each staff. Another line is needed only when different note lengths overlap on the SAME staff. Optional example: hold a whole-note C on line 1 while four moving quarter notes use line 2. The vocal instrument named Voice and app speech are separate from these rhythm-line numbers.</w:t>
      </w:r>
    </w:p>
    <w:p>
      <w:pPr>
        <w:pStyle w:val="Heading3"/>
      </w:pPr>
      <w:r>
        <w:t>One note a chord or a rest</w:t>
      </w:r>
    </w:p>
    <w:p>
      <w:pPr/>
      <w:r>
        <w:t>Some editing controls use the word event. It means one note, one chord or one rest beginning at one position with one duration. In selection entry, Enter adds one of these and advances when Advance is checked. Add this pitch to chord collects tones at the same position without advancing. A typed plus makes a chord; then or a plain pitch sequence makes successive notes.</w:t>
      </w:r>
    </w:p>
    <w:p>
      <w:pPr>
        <w:pStyle w:val="Heading3"/>
      </w:pPr>
      <w:r>
        <w:t>Where a note begins and how long it lasts</w:t>
      </w:r>
    </w:p>
    <w:p>
      <w:pPr/>
      <w:r>
        <w:t>Measure chooses which measure receives the beginning of a note. Beat chooses which beat within that measure it begins on. Measure 2, Beat 3 means the third beat in the second measure. Duration chooses how long the note lasts. In 4/4, a half note lasts two beats; in 6/8, a quarter note lasts two numbered eighth-note positions. With Advance checked, Enter moves by the chosen length and crosses to the next measure automatically.</w:t>
      </w:r>
    </w:p>
    <w:p>
      <w:pPr>
        <w:pStyle w:val="Heading3"/>
      </w:pPr>
      <w:r>
        <w:t>Pitch names and octaves</w:t>
      </w:r>
    </w:p>
    <w:p>
      <w:pPr/>
      <w:r>
        <w:t>C4 is middle C. C3 is the C an octave lower; C5 is the C an octave higher. Choose the letter, accidental and octave of the pitch that should be heard. Guitar staff notation is written an octave above its sound; for example, an open standard sixth string sounds E2 and is written E3. A key signature does not silently change an explicitly entered natural pitch.</w:t>
      </w:r>
    </w:p>
    <w:p>
      <w:pPr>
        <w:pStyle w:val="Heading3"/>
      </w:pPr>
      <w:r>
        <w:t>Preview and apply a proposed change</w:t>
      </w:r>
    </w:p>
    <w:p>
      <w:pPr/>
      <w:r>
        <w:t>A preview is a proposed change. Apply reviewed changes adds those changes to the working score. Discard proposal abandons it. Undo reverses a previously applied change. This review stage matters for settings, individual notes and large edits alike. Hearing proposed music also leaves the score unchanged. Save project keeps the applied score and unfinished workspace. Export MusicXML includes applied music only.</w:t>
      </w:r>
    </w:p>
    <w:p>
      <w:pPr>
        <w:pStyle w:val="Heading3"/>
      </w:pPr>
      <w:r>
        <w:t>Notes already added and notes waiting for review</w:t>
      </w:r>
    </w:p>
    <w:p>
      <w:pPr/>
      <w:r>
        <w:t>Score contains music already added with Apply reviewed changes. Selection entry can hold a group of notes waiting for review. Review changes shows what that group or a typed request would change. Apply adds the reviewed group to Score; Discard leaves Score unchanged. Save project can keep unfinished entry and a pending review without applying them.</w:t>
      </w:r>
    </w:p>
    <w:p>
      <w:pPr>
        <w:pStyle w:val="Heading3"/>
      </w:pPr>
      <w:r>
        <w:t>Read the review and composer status</w:t>
      </w:r>
    </w:p>
    <w:p>
      <w:pPr/>
      <w:r>
        <w:t>Review changes names additions and removals. BEFORE and AFTER compare an edited event. SCORE SETTINGS, ADD PART and CHANGE PART identify the kind of proposed change. An event description states part, measure, beat, staff, rhythm line, pitches and duration where relevant. Read the part, measure, beat and named staff before applying, particularly when the same pitches occur in several places.</w:t>
      </w:r>
    </w:p>
    <w:p>
      <w:pPr/>
      <w:r>
        <w:t>Composer status reports the last action or validation problem. A status such as proposed, not applied means Score is still unchanged. A clarification asks for a more precise instruction; it is not an applied guess. Read the status before correcting the named field or request.</w:t>
      </w:r>
    </w:p>
    <w:p>
      <w:pPr>
        <w:pStyle w:val="Heading3"/>
      </w:pPr>
      <w:r>
        <w:t>Project reading and export</w:t>
      </w:r>
    </w:p>
    <w:p>
      <w:pPr/>
      <w:r>
        <w:t>A .speaktabscore is an editable composer project. A reader saved arrangement retains a selected reading and practice state. MusicXML is a structured score exchange format; prose text, Markdown, HTML and textual BRF are accessible reading reports. These files serve different musical workflows.</w:t>
      </w:r>
    </w:p>
    <w:p>
      <w:pPr>
        <w:pStyle w:val="Heading2"/>
        <w:widowControl/>
      </w:pPr>
      <w:r>
        <w:t>15 Enter notes with selections</w:t>
      </w:r>
    </w:p>
    <w:p>
      <w:pPr>
        <w:widowControl/>
      </w:pPr>
      <w:r>
        <w:t>Choose pitched notes through named controls instead of typing a musical description. Enter adds one note or chord to the unfinished entry group. With Advance checked, it also moves the next position by the chosen duration. Review several measures together when ready. Named unpitched drum sounds are covered in the percussion lesson.</w:t>
      </w:r>
    </w:p>
    <w:p>
      <w:pPr>
        <w:pStyle w:val="Heading3"/>
        <w:widowControl/>
      </w:pPr>
      <w:r>
        <w:t>Step 1 Open note selection</w:t>
      </w:r>
    </w:p>
    <w:p>
      <w:pPr>
        <w:widowControl/>
      </w:pPr>
      <w:r>
        <w:t>What to do: In the reader press Ctrl+Shift+N to open the composer. To resume a saved project, use Ctrl+Tab until Score is selected, Tab to Open project, press Space and choose its .speaktabscore file. Then press Ctrl+E to open or resume Enter notes. If unfinished notes are restored, read Notes entered in this window and Next note position before adding more.</w:t>
      </w:r>
    </w:p>
    <w:p>
      <w:pPr>
        <w:widowControl/>
      </w:pPr>
      <w:r>
        <w:t>What to expect: Enter notes offers Part, Measure where the next note begins, Beat where the next note begins, Staff and Duration. These determine where the next note belongs and how long it lasts. Opening or resuming this window adds no music by itself.</w:t>
      </w:r>
    </w:p>
    <w:p>
      <w:pPr>
        <w:widowControl/>
      </w:pPr>
      <w:r>
        <w:t>If something is wrong: Opening the composer starts an empty Piano project. Use New score to choose another instrument combination. Opening the chooser does not add music.</w:t>
      </w:r>
    </w:p>
    <w:p>
      <w:pPr>
        <w:pStyle w:val="Heading3"/>
        <w:widowControl/>
      </w:pPr>
      <w:r>
        <w:t>Step 2 Choose where the first note belongs</w:t>
      </w:r>
    </w:p>
    <w:p>
      <w:pPr>
        <w:widowControl/>
      </w:pPr>
      <w:r>
        <w:t>What to do: In Enter notes, use Tab/Shift+Tab to reach the named fields. Up/Down changes a list choice; type numbers in Measure and Beat. Choose the instrument in Part and set the first measure and beat. Choose Upper piano staff or Lower piano staff for piano, or the named staff offered for another instrument. Tab to Advance after entering each note or chord and use Space to check it for successive notes. A restored project may have this unchecked.</w:t>
      </w:r>
    </w:p>
    <w:p>
      <w:pPr>
        <w:widowControl/>
      </w:pPr>
      <w:r>
        <w:t>What to expect: For example, Measure 2 and Beat 3 puts the beginning of the note on the third beat of the second measure. Upper piano staff is staff 1, usually right hand; Lower piano staff is staff 2, usually left hand.</w:t>
      </w:r>
    </w:p>
    <w:p>
      <w:pPr>
        <w:widowControl/>
      </w:pPr>
      <w:r>
        <w:t>If something is wrong: Measure and Beat specify where the note begins. They do not specify its length. Choose Duration separately.</w:t>
      </w:r>
    </w:p>
    <w:p>
      <w:pPr>
        <w:pStyle w:val="Heading3"/>
        <w:widowControl/>
      </w:pPr>
      <w:r>
        <w:t>Step 3 Choose a pitch and its length</w:t>
      </w:r>
    </w:p>
    <w:p>
      <w:pPr>
        <w:widowControl/>
      </w:pPr>
      <w:r>
        <w:t>What to do: In Enter notes, Tab to Duration and use Up/Down to choose its value. Tab to each pitch field and use Up/Down or type the octave.  In 4/4, quarter lasts one beat, half two beats and whole four beats. Choose Pitch letter, Pitch accidental and Pitch octave. For a single note, leave Chord notes empty.</w:t>
      </w:r>
    </w:p>
    <w:p>
      <w:pPr>
        <w:widowControl/>
      </w:pPr>
      <w:r>
        <w:t>What to expect: The chosen pitch is ready to enter. Optional example: C, natural, octave 4 is middle C; half duration holds it for two beats in 4/4. No tuplet is needed.</w:t>
      </w:r>
    </w:p>
    <w:p>
      <w:pPr>
        <w:widowControl/>
      </w:pPr>
      <w:r>
        <w:t>If something is wrong: The pitch controls choose one note. They do not enter it until Enter or Add note and continue is activated. Do not use the chord button for an ordinary single note.</w:t>
      </w:r>
    </w:p>
    <w:p>
      <w:pPr>
        <w:pStyle w:val="Heading3"/>
        <w:widowControl/>
      </w:pPr>
      <w:r>
        <w:t>Step 4 Enter the note and continue</w:t>
      </w:r>
    </w:p>
    <w:p>
      <w:pPr>
        <w:widowControl/>
      </w:pPr>
      <w:r>
        <w:t>What to do: With the pitch controls selected, press Enter, or activate Add note and continue. Read Next note position. Press Tab to reach the pitch controls for the following note, choose its pitch and press Enter again.</w:t>
      </w:r>
    </w:p>
    <w:p>
      <w:pPr>
        <w:widowControl/>
      </w:pPr>
      <w:r>
        <w:t>What to expect: The note appears in Notes entered in this window. The position message names the next measure, beat, staff and rhythm line. Quarter notes in 4/4 advance through beats 1, 2, 3, 4, then measure 2 beat 1.</w:t>
      </w:r>
    </w:p>
    <w:p>
      <w:pPr>
        <w:widowControl/>
      </w:pPr>
      <w:r>
        <w:t>If something is wrong: Tab moves between controls; it does not enter a note. The position message receives focus after entry. Enter on that message returns to the pitch controls without entering an extra note.</w:t>
      </w:r>
    </w:p>
    <w:p>
      <w:pPr>
        <w:pStyle w:val="Heading3"/>
        <w:widowControl/>
      </w:pPr>
      <w:r>
        <w:t>Step 5 Keep or change the entry position</w:t>
      </w:r>
    </w:p>
    <w:p>
      <w:pPr>
        <w:widowControl/>
      </w:pPr>
      <w:r>
        <w:t>What to do: In Enter notes, Tab to Advance after entering each note or chord; Space checks or clears it.  Leave Advance after entering each note or chord checked for a melody. Uncheck it when you need to keep the current position. You can also change Measure, Beat, Staff or Part directly.</w:t>
      </w:r>
    </w:p>
    <w:p>
      <w:pPr>
        <w:widowControl/>
      </w:pPr>
      <w:r>
        <w:t>What to expect: Advance uses the complete chosen duration, including a note that crosses a measure boundary. If music needs more measures, the proposed score includes the added measures.</w:t>
      </w:r>
    </w:p>
    <w:p>
      <w:pPr>
        <w:widowControl/>
      </w:pPr>
      <w:r>
        <w:t>If something is wrong: Two separate notes in the same rhythm line cannot occupy the same time. Build a chord for notes sharing one length, or choose another rhythm line when their lengths overlap differently.</w:t>
      </w:r>
    </w:p>
    <w:p>
      <w:pPr>
        <w:pStyle w:val="Heading3"/>
        <w:widowControl/>
      </w:pPr>
      <w:r>
        <w:t>Step 6 Review a group of notes</w:t>
      </w:r>
    </w:p>
    <w:p>
      <w:pPr>
        <w:widowControl/>
      </w:pPr>
      <w:r>
        <w:t>What to do: Continue entering as many measures as needed. In Enter notes, Tab to Preview change and press Space. The main composer shows Review changes for the complete group. Read that review; for an optional audio preview, Tab to Hear proposed score and press Space. Ctrl+Shift+Enter applies the valid reviewed group to the score.</w:t>
      </w:r>
    </w:p>
    <w:p>
      <w:pPr>
        <w:widowControl/>
      </w:pPr>
      <w:r>
        <w:t>What to expect: Review is for the group, not one compulsory review per note. The Score list changes only after Apply.</w:t>
      </w:r>
    </w:p>
    <w:p>
      <w:pPr>
        <w:widowControl/>
      </w:pPr>
      <w:r>
        <w:t>If something is wrong: Remove last entered note corrects the most recent entry before review. Close entry keeps unfinished notes. Discard proposal leaves the score unchanged; Ctrl+E resumes the retained entry for correction.</w:t>
      </w:r>
    </w:p>
    <w:p>
      <w:pPr>
        <w:pStyle w:val="Heading3"/>
        <w:widowControl/>
      </w:pPr>
      <w:r>
        <w:t>Step 7 Save and return later</w:t>
      </w:r>
    </w:p>
    <w:p>
      <w:pPr>
        <w:widowControl/>
      </w:pPr>
      <w:r>
        <w:t>What to do: Press Ctrl+S in the entry window, or Save project in the composer. Later choose Open project and select that .speaktabscore file. Press Ctrl+E to continue unfinished selection entry.</w:t>
      </w:r>
    </w:p>
    <w:p>
      <w:pPr>
        <w:widowControl/>
      </w:pPr>
      <w:r>
        <w:t>What to expect: The project keeps applied music, notes awaiting review, current position and choices, and any unfinished typed description. Saving does not apply unreviewed notes.</w:t>
      </w:r>
    </w:p>
    <w:p>
      <w:pPr>
        <w:widowControl/>
      </w:pPr>
      <w:r>
        <w:t>If something is wrong: A project is the working file. To make an XML score for another program, first review and apply the intended notes, then choose Export MusicXML.</w:t>
      </w:r>
    </w:p>
    <w:p>
      <w:pPr>
        <w:pStyle w:val="Heading2"/>
        <w:widowControl/>
      </w:pPr>
      <w:r>
        <w:t>16 Choose positions  note lengths and chords</w:t>
      </w:r>
    </w:p>
    <w:p>
      <w:pPr>
        <w:widowControl/>
      </w:pPr>
      <w:r>
        <w:t>Position, length and pitches are separate choices. A note can begin at beat 3 and last two beats. A chord has several pitches beginning together with the same length.</w:t>
      </w:r>
    </w:p>
    <w:p>
      <w:pPr>
        <w:pStyle w:val="Heading3"/>
        <w:widowControl/>
      </w:pPr>
      <w:r>
        <w:t>Step 1 Choose the measure and beat</w:t>
      </w:r>
    </w:p>
    <w:p>
      <w:pPr>
        <w:widowControl/>
      </w:pPr>
      <w:r>
        <w:t>What to do: In Enter notes (Ctrl+E from the composer), Tab to Measure and type the receiving measure number. Tab to Beat and type the beat within that measure where the note begins. Change these directly when starting at a particular place.</w:t>
      </w:r>
    </w:p>
    <w:p>
      <w:pPr>
        <w:widowControl/>
      </w:pPr>
      <w:r>
        <w:t>What to expect: Measure 1, Beat 1 is the beginning of the piece. Measure 2, Beat 1 is the beginning of the second measure.</w:t>
      </w:r>
    </w:p>
    <w:p>
      <w:pPr>
        <w:widowControl/>
      </w:pPr>
      <w:r>
        <w:t>If something is wrong: The entry window advances automatically after Enter when Advance is checked. You do not have to close and reopen it for every note or measure.</w:t>
      </w:r>
    </w:p>
    <w:p>
      <w:pPr>
        <w:pStyle w:val="Heading3"/>
        <w:widowControl/>
      </w:pPr>
      <w:r>
        <w:t>Step 2 Choose the length</w:t>
      </w:r>
    </w:p>
    <w:p>
      <w:pPr>
        <w:widowControl/>
      </w:pPr>
      <w:r>
        <w:t>What to do: In Enter notes, Tab to Duration and use Up/Down to choose how long the note or rest lasts. In 4/4, quarter lasts one beat, half two, dotted half three and whole four.</w:t>
      </w:r>
    </w:p>
    <w:p>
      <w:pPr>
        <w:widowControl/>
      </w:pPr>
      <w:r>
        <w:t>What to expect: A half note beginning on beat 2 lasts through beats 2 and 3; the following note begins on beat 4. In 6/8 the numbered positions are eighth notes.</w:t>
      </w:r>
    </w:p>
    <w:p>
      <w:pPr>
        <w:widowControl/>
      </w:pPr>
      <w:r>
        <w:t>If something is wrong: Leave Use a tuplet unchecked for ordinary note values. Tuplet ratios are an additional option, not a required part of note entry.</w:t>
      </w:r>
    </w:p>
    <w:p>
      <w:pPr>
        <w:pStyle w:val="Heading3"/>
        <w:widowControl/>
      </w:pPr>
      <w:r>
        <w:t>Step 3 Build notes that sound together</w:t>
      </w:r>
    </w:p>
    <w:p>
      <w:pPr>
        <w:widowControl/>
      </w:pPr>
      <w:r>
        <w:t>What to do: For a chord, choose a pitch and activate Add this pitch to chord. Repeat for each chord tone. Read Chord notes: every listed pitch belongs to the same chord. Choose one Duration and press Enter once for that complete chord. Tab to Add this pitch to chord and press Space for each tone. Enter records the complete chord when ready.</w:t>
      </w:r>
    </w:p>
    <w:p>
      <w:pPr>
        <w:widowControl/>
      </w:pPr>
      <w:r>
        <w:t>What to expect: Adding chord tones keeps the measure and beat unchanged. Optional example: C4, E4 and G4 in the chord box form a C-major chord.</w:t>
      </w:r>
    </w:p>
    <w:p>
      <w:pPr>
        <w:widowControl/>
      </w:pPr>
      <w:r>
        <w:t>If something is wrong: Chord notes is editable if you prefer typing one simultaneous pitch per line. Remove an unwanted line before Enter. Successive melody notes belong in separate Enter actions, not as lines in this box.</w:t>
      </w:r>
    </w:p>
    <w:p>
      <w:pPr>
        <w:pStyle w:val="Heading3"/>
        <w:widowControl/>
      </w:pPr>
      <w:r>
        <w:t>Step 4 Write a chord name</w:t>
      </w:r>
    </w:p>
    <w:p>
      <w:pPr>
        <w:widowControl/>
      </w:pPr>
      <w:r>
        <w:t>What to do: In Enter notes, Tab to Chord symbol and type a label such as C, Am or G7. Enter the actual played note, chord or rest at that position separately; the symbol does not supply its pitches.</w:t>
      </w:r>
    </w:p>
    <w:p>
      <w:pPr>
        <w:widowControl/>
      </w:pPr>
      <w:r>
        <w:t>What to expect: The symbol is written above that position. It does not automatically choose piano pitches, a guitar voicing or a strumming pattern.</w:t>
      </w:r>
    </w:p>
    <w:p>
      <w:pPr>
        <w:widowControl/>
      </w:pPr>
      <w:r>
        <w:t>If something is wrong: Leave the symbol empty when no label is wanted. The chord-tone box and chord-symbol box have different jobs.</w:t>
      </w:r>
    </w:p>
    <w:p>
      <w:pPr>
        <w:pStyle w:val="Heading3"/>
        <w:widowControl/>
      </w:pPr>
      <w:r>
        <w:t>Step 5 Choose the piano staff</w:t>
      </w:r>
    </w:p>
    <w:p>
      <w:pPr>
        <w:widowControl/>
      </w:pPr>
      <w:r>
        <w:t>What to do: In Enter notes, Tab to Staff. Use Up/Down for Upper piano staff or Lower piano staff; guitar and vocal parts use Single staff.</w:t>
      </w:r>
    </w:p>
    <w:p>
      <w:pPr>
        <w:widowControl/>
      </w:pPr>
      <w:r>
        <w:t>What to expect: Upper is staff 1, normally treble/right hand. Lower is staff 2, normally bass/left hand. The actual clef can be changed in Part settings.</w:t>
      </w:r>
    </w:p>
    <w:p>
      <w:pPr>
        <w:widowControl/>
      </w:pPr>
      <w:r>
        <w:t>If something is wrong: The staff choice places the notation. It does not change pitch: C4 remains middle C on either staff.</w:t>
      </w:r>
    </w:p>
    <w:p>
      <w:pPr>
        <w:pStyle w:val="Heading3"/>
        <w:widowControl/>
      </w:pPr>
      <w:r>
        <w:t>Step 6 Leave the rhythm line at normal entry</w:t>
      </w:r>
    </w:p>
    <w:p>
      <w:pPr>
        <w:widowControl/>
      </w:pPr>
      <w:r>
        <w:t>What to do: Leave Rhythm line at 1 for ordinary entry. Piano normally uses line 1 on the upper staff and line 1 on the lower staff. If overlapping rhythms on one staff require another line, Tab to Show additional note options and press Space to show its fields; Tab to Rhythm line and choose a number with Up/Down.</w:t>
      </w:r>
    </w:p>
    <w:p>
      <w:pPr>
        <w:widowControl/>
      </w:pPr>
      <w:r>
        <w:t>What to expect: Another rhythm line allows different note lengths to overlap on the SAME staff. It is not another instrument and does not choose a speaking voice.</w:t>
      </w:r>
    </w:p>
    <w:p>
      <w:pPr>
        <w:widowControl/>
      </w:pPr>
      <w:r>
        <w:t>If something is wrong: Optional example: on one staff, a whole-note C can use line 1 while four moving quarter notes use line 2. Changing staff alone already separates normal right-hand and left-hand music.</w:t>
      </w:r>
    </w:p>
    <w:p>
      <w:pPr>
        <w:pStyle w:val="Heading3"/>
        <w:widowControl/>
      </w:pPr>
      <w:r>
        <w:t>Step 7 Use tuplets only when needed</w:t>
      </w:r>
    </w:p>
    <w:p>
      <w:pPr>
        <w:widowControl/>
      </w:pPr>
      <w:r>
        <w:t>What to do: For ordinary notes, leave Use a tuplet unchecked. To enter a triplet in Enter notes, Tab to Show additional note options and press Space if those fields are hidden. Tab to Use a tuplet and press Space to check it. Choose the intended Duration and set Actual notes to 3 and Normal notes to 2. Clearing Use a tuplet turns tuplets off.</w:t>
      </w:r>
    </w:p>
    <w:p>
      <w:pPr>
        <w:widowControl/>
      </w:pPr>
      <w:r>
        <w:t>What to expect: Three of those notes fit the time normally occupied by two. With tuplets off the stored ratio is 1 to 1, meaning ordinary note lengths.</w:t>
      </w:r>
    </w:p>
    <w:p>
      <w:pPr>
        <w:widowControl/>
      </w:pPr>
      <w:r>
        <w:t>If something is wrong: Turning tuplets on does not insert a group automatically. Enter each note of the intended group; Enter advances by its tuplet length.</w:t>
      </w:r>
    </w:p>
    <w:p>
      <w:pPr>
        <w:pStyle w:val="Heading2"/>
        <w:widowControl/>
      </w:pPr>
      <w:r>
        <w:t>17 Write piano music on upper and lower staves</w:t>
      </w:r>
    </w:p>
    <w:p>
      <w:pPr>
        <w:widowControl/>
      </w:pPr>
      <w:r>
        <w:t>A Piano part contains two staves. Steps 2 and 3 enter each hand using selectors. Step 4 is an optional typed alternative: skip it if you used selectors. Step 5 reviews and applies the chosen method; both staves can be reviewed together.</w:t>
      </w:r>
    </w:p>
    <w:p>
      <w:pPr>
        <w:pStyle w:val="Heading3"/>
        <w:widowControl/>
      </w:pPr>
      <w:r>
        <w:t>Step 1 Choose the piece length and meter</w:t>
      </w:r>
    </w:p>
    <w:p>
      <w:pPr>
        <w:widowControl/>
      </w:pPr>
      <w:r>
        <w:t>What to do: From the reader press Ctrl+Shift+N to open the composer; its empty starting project is Piano. To use your saved Piano project, Ctrl+Tab to Score, Tab to Open project and press Space. On Score, Score settings changes time signature, key, tempo or measure count when needed: Tab to that button and press Space. Tab through its fields, then Preview change with Space and Ctrl+Shift+Enter in the composer to apply the review.</w:t>
      </w:r>
    </w:p>
    <w:p>
      <w:pPr>
        <w:widowControl/>
      </w:pPr>
      <w:r>
        <w:t>What to expect: Settings change the piece, rather than adding notes. The default new piano project has four measures in 4/4.</w:t>
      </w:r>
    </w:p>
    <w:p>
      <w:pPr>
        <w:widowControl/>
      </w:pPr>
      <w:r>
        <w:t>If something is wrong: Changing settings is optional. Selection entry can extend the proposed piece when new notes go beyond its ending.</w:t>
      </w:r>
    </w:p>
    <w:p>
      <w:pPr>
        <w:pStyle w:val="Heading3"/>
        <w:widowControl/>
      </w:pPr>
      <w:r>
        <w:t>Step 2 Enter the upper staff</w:t>
      </w:r>
    </w:p>
    <w:p>
      <w:pPr>
        <w:widowControl/>
      </w:pPr>
      <w:r>
        <w:t>What to do: Press Ctrl+E. In Enter notes choose Piano in Part and Upper piano staff in Staff. Set the first Measure, Beat, pitch and Duration. Check Advance after entering each note or chord for successive notes. Press Enter for each ready note and read Next note position.</w:t>
      </w:r>
    </w:p>
    <w:p>
      <w:pPr>
        <w:widowControl/>
      </w:pPr>
      <w:r>
        <w:t>What to expect: Notes go on the upper written staff. Advance follows each note length and moves to the next measure as needed.</w:t>
      </w:r>
    </w:p>
    <w:p>
      <w:pPr>
        <w:widowControl/>
      </w:pPr>
      <w:r>
        <w:t>If something is wrong: Keep Rhythm line at 1 for an ordinary line or chord. Use Remove last entered note if the last pitch or length was wrong.</w:t>
      </w:r>
    </w:p>
    <w:p>
      <w:pPr>
        <w:pStyle w:val="Heading3"/>
        <w:widowControl/>
      </w:pPr>
      <w:r>
        <w:t>Step 3 Enter the lower staff</w:t>
      </w:r>
    </w:p>
    <w:p>
      <w:pPr>
        <w:widowControl/>
      </w:pPr>
      <w:r>
        <w:t>What to do: In the same Enter notes window, Tab to Staff and use Up/Down to select Lower piano staff. Tab to Measure and Beat and set where the lower line begins, then enter its successive pitches with Enter.</w:t>
      </w:r>
    </w:p>
    <w:p>
      <w:pPr>
        <w:widowControl/>
      </w:pPr>
      <w:r>
        <w:t>What to expect: The lower line can begin at the same measure and beat as upper-staff notes. Both are part of Piano; no second Piano part is required.</w:t>
      </w:r>
    </w:p>
    <w:p>
      <w:pPr>
        <w:widowControl/>
      </w:pPr>
      <w:r>
        <w:t>If something is wrong: Staff choice does not lower a pitch by an octave. Choose the intended octave explicitly.</w:t>
      </w:r>
    </w:p>
    <w:p>
      <w:pPr>
        <w:pStyle w:val="Heading3"/>
        <w:widowControl/>
      </w:pPr>
      <w:r>
        <w:t>Step 4 Use a typed passage if preferred</w:t>
      </w:r>
    </w:p>
    <w:p>
      <w:pPr>
        <w:widowControl/>
      </w:pPr>
      <w:r>
        <w:t>What to do: If you entered notes with selectors in Steps 2 and 3, skip to Step 5. To use typed entry instead, Close entry returns to the main composer and retains any unfinished selector notes; it does not apply them. Choose an empty range for this alternative. Ctrl+Tab to Enter music, then Tab to Describe music to add or change. Type your passage, separating instructions with semicolons. Optional example: measure 1 beat 1 right hand C4 D4 E4 G4 quarter notes; beat 1 left hand C3 plus G3 whole notes. Continue to Step 5 to preview it.</w:t>
      </w:r>
    </w:p>
    <w:p>
      <w:pPr>
        <w:widowControl/>
      </w:pPr>
      <w:r>
        <w:t>What to expect: For that optional example, the proposed upper staff will have four successive quarter notes and the lower staff one two-note chord lasting four beats. Naming a measure keeps that measure in effect until another is named. Typing alone changes no score.</w:t>
      </w:r>
    </w:p>
    <w:p>
      <w:pPr>
        <w:widowControl/>
      </w:pPr>
      <w:r>
        <w:t>If something is wrong: Use the notes and positions of your own piece. Plus joins simultaneous pitches. A plain pitch sequence or then creates successive notes. In a new typed instruction, give its beat or check the visible default.</w:t>
      </w:r>
    </w:p>
    <w:p>
      <w:pPr>
        <w:pStyle w:val="Heading3"/>
        <w:widowControl/>
      </w:pPr>
      <w:r>
        <w:t>Step 5 Review both staves and continue</w:t>
      </w:r>
    </w:p>
    <w:p>
      <w:pPr>
        <w:widowControl/>
      </w:pPr>
      <w:r>
        <w:t>What to do: For a typed passage, Ctrl+Enter opens Review changes. For notes waiting in Enter notes, Tab to Preview change and press Space; the entry window closes and Review changes opens in the main composer. Read the upper and lower notes. Tab to Hear proposed score and press Space for an optional audition. Ctrl+Shift+Enter applies a valid review and returns to Score. Ctrl+S saves the project. Do not preview again merely because Apply has finished.</w:t>
      </w:r>
    </w:p>
    <w:p>
      <w:pPr>
        <w:widowControl/>
      </w:pPr>
      <w:r>
        <w:t>What to expect: Several measures and both staves can be reviewed and applied as one group. Applied typed wording clears so the description box is ready for the next passage.</w:t>
      </w:r>
    </w:p>
    <w:p>
      <w:pPr>
        <w:widowControl/>
      </w:pPr>
      <w:r>
        <w:t>If something is wrong: An unfinished description is kept when saving before Apply. Reopening the project restores it. Export MusicXML includes applied music only.</w:t>
      </w:r>
    </w:p>
    <w:p>
      <w:pPr>
        <w:pStyle w:val="Heading2"/>
        <w:widowControl/>
      </w:pPr>
      <w:r>
        <w:t>18 Write guitar notes and chords</w:t>
      </w:r>
    </w:p>
    <w:p>
      <w:pPr>
        <w:widowControl/>
      </w:pPr>
      <w:r>
        <w:t>Enter a Guitar part through actual string and fret selectors, then review and apply the passage. Tuning and capo determine its sounding pitches. An optional pattern can fill separate empty measures afterwards. Typed fingerings are a separate alternative described in the manual, not an extra required step here.</w:t>
      </w:r>
    </w:p>
    <w:p>
      <w:pPr>
        <w:pStyle w:val="Heading3"/>
        <w:widowControl/>
      </w:pPr>
      <w:r>
        <w:t>Step 1 Choose guitar settings</w:t>
      </w:r>
    </w:p>
    <w:p>
      <w:pPr>
        <w:widowControl/>
      </w:pPr>
      <w:r>
        <w:t>What to do: From the reader Ctrl+Shift+N opens the composer. Within it, Ctrl+Shift+N opens New score templates; choose Guitar in Parts, then Tab to Create score and press Space. For a saved Guitar project instead, use Open project on Score. Ctrl+Tab to Enter music, Tab to Entry part and choose Guitar. Ctrl+Tab to Score, Tab to Part settings and press Space. Read or change tuning, capo and notation choices. Preview change with Space, then Ctrl+Shift+Enter in the main composer applies that review.</w:t>
      </w:r>
    </w:p>
    <w:p>
      <w:pPr>
        <w:widowControl/>
      </w:pPr>
      <w:r>
        <w:t>What to expect: Standard tuning uses E4 B3 G3 D3 A2 E2 in string order 1 through 6, with capo 0. Use the tuning required by the piece.</w:t>
      </w:r>
    </w:p>
    <w:p>
      <w:pPr>
        <w:widowControl/>
      </w:pPr>
      <w:r>
        <w:t>If something is wrong: Tablature requires a string and fret for each played pitch. A chord name alone does not specify a fingering.</w:t>
      </w:r>
    </w:p>
    <w:p>
      <w:pPr>
        <w:pStyle w:val="Heading3"/>
        <w:widowControl/>
      </w:pPr>
      <w:r>
        <w:t>Step 2 Enter a single string</w:t>
      </w:r>
    </w:p>
    <w:p>
      <w:pPr>
        <w:widowControl/>
      </w:pPr>
      <w:r>
        <w:t>What to do: Press Ctrl+E. Choose Guitar in Part and Single staff in Staff. Set the intended Measure and Beat. In Choose notes by select Guitar string and fret. Choose the string, fret and Duration. Check Advance after entering each note or chord for a successive passage, then press Enter.</w:t>
      </w:r>
    </w:p>
    <w:p>
      <w:pPr>
        <w:widowControl/>
      </w:pPr>
      <w:r>
        <w:t>What to expect: The chosen fingering is entered and the next position is reported. Fret 0 means the open string; fret numbers count from the capo.</w:t>
      </w:r>
    </w:p>
    <w:p>
      <w:pPr>
        <w:widowControl/>
      </w:pPr>
      <w:r>
        <w:t>If something is wrong: If pitch-letter entry is selected, Enter uses the pitch controls instead. Check Choose notes by before entering.</w:t>
      </w:r>
    </w:p>
    <w:p>
      <w:pPr>
        <w:pStyle w:val="Heading3"/>
        <w:widowControl/>
      </w:pPr>
      <w:r>
        <w:t>Step 3 Build a guitar chord</w:t>
      </w:r>
    </w:p>
    <w:p>
      <w:pPr>
        <w:widowControl/>
      </w:pPr>
      <w:r>
        <w:t>What to do: At one position, use Add chosen string and fret for each string that should sound together. Read the chord-note box, choose one duration and Enter once for the chord. In Enter notes, Tab to Add chosen string and fret and press Space for each string; press Enter once to record the complete chord.</w:t>
      </w:r>
    </w:p>
    <w:p>
      <w:pPr>
        <w:widowControl/>
      </w:pPr>
      <w:r>
        <w:t>What to expect: All listed strings belong to one simultaneous chord. Adding strings to that chord does not advance the position.</w:t>
      </w:r>
    </w:p>
    <w:p>
      <w:pPr>
        <w:widowControl/>
      </w:pPr>
      <w:r>
        <w:t>If something is wrong: Do not list two played frets on the same string in one chord. The chord symbol is an optional written label, separate from the played strings.</w:t>
      </w:r>
    </w:p>
    <w:p>
      <w:pPr>
        <w:pStyle w:val="Heading3"/>
        <w:widowControl/>
      </w:pPr>
      <w:r>
        <w:t>Step 4 Review and apply the guitar passage</w:t>
      </w:r>
    </w:p>
    <w:p>
      <w:pPr>
        <w:widowControl/>
      </w:pPr>
      <w:r>
        <w:t>What to do: Continue with the notes and chords you want, then Tab to Preview change and press Space. Enter notes closes and the main composer opens Review changes. Read the proposed music; Tab to Hear proposed score and press Space for an optional audition. Ctrl+Shift+Enter applies a valid review and returns to Score. Ctrl+S saves the project.</w:t>
      </w:r>
    </w:p>
    <w:p>
      <w:pPr>
        <w:widowControl/>
      </w:pPr>
      <w:r>
        <w:t>What to expect: The reviewed strings, frets and durations become applied events on Score. The entry window is closed, so the Score pattern controls are now available.</w:t>
      </w:r>
    </w:p>
    <w:p>
      <w:pPr>
        <w:widowControl/>
      </w:pPr>
      <w:r>
        <w:t>If something is wrong: Discard proposal leaves applied music unchanged and retains unfinished entry; Ctrl+E resumes it. For typed fingerings instead of selectors, use the manual section Guitar and ukulele words. Do not enter both methods over the same occupied time.</w:t>
      </w:r>
    </w:p>
    <w:p>
      <w:pPr>
        <w:pStyle w:val="Heading3"/>
        <w:widowControl/>
      </w:pPr>
      <w:r>
        <w:t>Step 5 Use a pattern when appropriate</w:t>
      </w:r>
    </w:p>
    <w:p>
      <w:pPr>
        <w:widowControl/>
      </w:pPr>
      <w:r>
        <w:t>What to do: This step is optional. Choose empty target measures for a pattern; do not reuse measures already filled in Steps 2 and 3. If needed, Score &gt; Measure tools can insert measures after a separate preview and Apply. On Score, Tab to Guitar or ukulele pattern and press Space. Choose the guitar part, empty first and last measures, Length of each pattern step, Played strings and frets, and Pattern for one complete measure. Supply your voicing and complete-bar pattern. Tab to Preview change and press Space; Ctrl+Shift+Enter in the main composer applies a valid review.</w:t>
      </w:r>
    </w:p>
    <w:p>
      <w:pPr>
        <w:widowControl/>
      </w:pPr>
      <w:r>
        <w:t>What to expect: The proposal lists the notes that pattern would add. It is optional; ordinary note entry does not need a pattern.</w:t>
      </w:r>
    </w:p>
    <w:p>
      <w:pPr>
        <w:widowControl/>
      </w:pPr>
      <w:r>
        <w:t>If something is wrong: Review the entire passage before Apply. A pattern does not silently replace already occupied music.</w:t>
      </w:r>
    </w:p>
    <w:p>
      <w:pPr>
        <w:pStyle w:val="Heading2"/>
        <w:widowControl/>
      </w:pPr>
      <w:r>
        <w:t>19 Write vocal notes and lyrics</w:t>
      </w:r>
    </w:p>
    <w:p>
      <w:pPr>
        <w:widowControl/>
      </w:pPr>
      <w:r>
        <w:t>A vocal part is named Voice. This instrument name is separate from the numbered rhythm lines on a staff. Vocal playback is wordless; written lyrics remain in the score.</w:t>
      </w:r>
    </w:p>
    <w:p>
      <w:pPr>
        <w:pStyle w:val="Heading3"/>
        <w:widowControl/>
      </w:pPr>
      <w:r>
        <w:t>Step 1 Choose a vocal part</w:t>
      </w:r>
    </w:p>
    <w:p>
      <w:pPr>
        <w:widowControl/>
      </w:pPr>
      <w:r>
        <w:t>What to do: From the reader, Ctrl+Shift+N opens the composer. Within the composer, Ctrl+Shift+N opens New score templates. Tab to Parts and choose Solo voice for one singer or a voice-and-accompaniment template with Up/Down. Tab to Create score and press Space. Ctrl+E opens Enter notes; Tab to Part and choose the singer, then Staff and choose Single staff.</w:t>
      </w:r>
    </w:p>
    <w:p>
      <w:pPr>
        <w:widowControl/>
      </w:pPr>
      <w:r>
        <w:t>What to expect: Ordinary vocal notes use Rhythm line 1 — normal entry.</w:t>
      </w:r>
    </w:p>
    <w:p>
      <w:pPr>
        <w:widowControl/>
      </w:pPr>
      <w:r>
        <w:t>If something is wrong: Do not change rhythm-line numbers to select the vocal instrument. Use Part instead.</w:t>
      </w:r>
    </w:p>
    <w:p>
      <w:pPr>
        <w:pStyle w:val="Heading3"/>
        <w:widowControl/>
      </w:pPr>
      <w:r>
        <w:t>Step 2 Enter the melody</w:t>
      </w:r>
    </w:p>
    <w:p>
      <w:pPr>
        <w:widowControl/>
      </w:pPr>
      <w:r>
        <w:t>What to do: In Enter notes choose the starting Measure and Beat, pitch and Duration. Check Advance after entering each note or chord for successive notes and press Enter for each ready note. When the melody is ready, Tab to Preview change and press Space. Enter notes closes and the main composer opens Review changes. Read the proposed music; Tab to Hear proposed score and press Space for an optional audition. Ctrl+Shift+Enter applies a valid review and returns to Score.</w:t>
      </w:r>
    </w:p>
    <w:p>
      <w:pPr>
        <w:widowControl/>
      </w:pPr>
      <w:r>
        <w:t>What to expect: The applied notes appear in Score, with their measure, beat and length.</w:t>
      </w:r>
    </w:p>
    <w:p>
      <w:pPr>
        <w:widowControl/>
      </w:pPr>
      <w:r>
        <w:t>If something is wrong: Choose your own melody. Any supplied sample is optional and can be replaced with the pitches and rhythm of the piece.</w:t>
      </w:r>
    </w:p>
    <w:p>
      <w:pPr>
        <w:pStyle w:val="Heading3"/>
        <w:widowControl/>
      </w:pPr>
      <w:r>
        <w:t>Step 3 Attach words to a note</w:t>
      </w:r>
    </w:p>
    <w:p>
      <w:pPr>
        <w:widowControl/>
      </w:pPr>
      <w:r>
        <w:t>What to do: After applying the notes, Ctrl+Tab to Score. Tab to Authored music in measure order and use Up/Down to select the note that receives a word. Press Ctrl+L to open Lyrics at selected note. Tab to Verse, Word or syllable, and Syllable within word: single is a complete word; begin, middle and end divide a word across notes. Tab to Preview change and press Space; Ctrl+Shift+Enter in the composer applies the reviewed word.</w:t>
      </w:r>
    </w:p>
    <w:p>
      <w:pPr>
        <w:widowControl/>
      </w:pPr>
      <w:r>
        <w:t>What to expect: The lyric belongs to that selected note and verse. Other verses are retained.</w:t>
      </w:r>
    </w:p>
    <w:p>
      <w:pPr>
        <w:widowControl/>
      </w:pPr>
      <w:r>
        <w:t>If something is wrong: Empty lyric text removes that verse at this note. Check the selected note before confirming.</w:t>
      </w:r>
    </w:p>
    <w:p>
      <w:pPr>
        <w:pStyle w:val="Heading3"/>
        <w:widowControl/>
      </w:pPr>
      <w:r>
        <w:t>Step 4 Keep and export the work</w:t>
      </w:r>
    </w:p>
    <w:p>
      <w:pPr>
        <w:widowControl/>
      </w:pPr>
      <w:r>
        <w:t>What to do: Save project to keep editing later. For a shareable XML score, Apply the reviewed music, choose Export MusicXML and select a filename. In the main composer, Ctrl+Shift+Enter applies a valid reviewed proposal. Ctrl+S in the composer saves the project, including unfinished entry. For export, use Ctrl+Tab to select Score, Tab to Export MusicXML and press Space.</w:t>
      </w:r>
    </w:p>
    <w:p>
      <w:pPr>
        <w:widowControl/>
      </w:pPr>
      <w:r>
        <w:t>What to expect: The MusicXML file contains applied notes and their written lyrics. Playback does not sing the words.</w:t>
      </w:r>
    </w:p>
    <w:p>
      <w:pPr>
        <w:widowControl/>
      </w:pPr>
      <w:r>
        <w:t>If something is wrong: Unreviewed selection notes and unfinished typed wording are kept by Save project, not included in MusicXML.</w:t>
      </w:r>
    </w:p>
    <w:p>
      <w:pPr>
        <w:pStyle w:val="Heading2"/>
        <w:widowControl/>
      </w:pPr>
      <w:r>
        <w:t>20 Write several instrument parts</w:t>
      </w:r>
    </w:p>
    <w:p>
      <w:pPr>
        <w:widowControl/>
      </w:pPr>
      <w:r>
        <w:t>A part is an instrument line. Piano contains upper and lower staves within one part. All parts share the same measure numbers.</w:t>
      </w:r>
    </w:p>
    <w:p>
      <w:pPr>
        <w:pStyle w:val="Heading3"/>
        <w:widowControl/>
      </w:pPr>
      <w:r>
        <w:t>Step 1 Choose or add parts</w:t>
      </w:r>
    </w:p>
    <w:p>
      <w:pPr>
        <w:widowControl/>
      </w:pPr>
      <w:r>
        <w:t>What to do: In the composer, Ctrl+Shift+N opens New score templates. Tab to Parts and choose a combined template with Up/Down, then Tab to Create score and press Space. To add to an existing project instead, Ctrl+Tab to Score, Tab to Add part and press Space. Choose its instrument and a distinct part name, then Tab to Preview change and press Space. Ctrl+Shift+Enter in the composer applies that part review.</w:t>
      </w:r>
    </w:p>
    <w:p>
      <w:pPr>
        <w:widowControl/>
      </w:pPr>
      <w:r>
        <w:t>What to expect: Part lists now offer those instrument names.</w:t>
      </w:r>
    </w:p>
    <w:p>
      <w:pPr>
        <w:widowControl/>
      </w:pPr>
      <w:r>
        <w:t>If something is wrong: Use the appropriate part for each line; a rhythm-line number does not create an instrument.</w:t>
      </w:r>
    </w:p>
    <w:p>
      <w:pPr>
        <w:pStyle w:val="Heading3"/>
        <w:widowControl/>
      </w:pPr>
      <w:r>
        <w:t>Step 2 Enter one instrument line</w:t>
      </w:r>
    </w:p>
    <w:p>
      <w:pPr>
        <w:widowControl/>
      </w:pPr>
      <w:r>
        <w:t>What to do: Ctrl+E in the composer opens Enter notes. Use Tab for its named fields and Up/Down for list choices.  Choose Part in the selection window and enter that instrument's notes. Choose its intended staff and starting measure and beat.</w:t>
      </w:r>
    </w:p>
    <w:p>
      <w:pPr>
        <w:widowControl/>
      </w:pPr>
      <w:r>
        <w:t>What to expect: Enter advances within that line and reports its part, staff, measure and beat.</w:t>
      </w:r>
    </w:p>
    <w:p>
      <w:pPr>
        <w:widowControl/>
      </w:pPr>
      <w:r>
        <w:t>If something is wrong: The next-position message is for the selected line. It is not an instruction to start another instrument at that later time.</w:t>
      </w:r>
    </w:p>
    <w:p>
      <w:pPr>
        <w:pStyle w:val="Heading3"/>
        <w:widowControl/>
      </w:pPr>
      <w:r>
        <w:t>Step 3 Return to the start for another part</w:t>
      </w:r>
    </w:p>
    <w:p>
      <w:pPr>
        <w:widowControl/>
      </w:pPr>
      <w:r>
        <w:t>What to do: In Enter notes, Tab to Part and use Up/Down to choose the other instrument line. Tab to Measure and Beat and set where its music begins, then enter that line's notes.</w:t>
      </w:r>
    </w:p>
    <w:p>
      <w:pPr>
        <w:widowControl/>
      </w:pPr>
      <w:r>
        <w:t>What to expect: Notes in different parts can begin at the same time. A piano part can also contain both staves.</w:t>
      </w:r>
    </w:p>
    <w:p>
      <w:pPr>
        <w:widowControl/>
      </w:pPr>
      <w:r>
        <w:t>If something is wrong: Check Part and Staff before entering. Adding another part does not copy the first part's notes.</w:t>
      </w:r>
    </w:p>
    <w:p>
      <w:pPr>
        <w:pStyle w:val="Heading3"/>
        <w:widowControl/>
      </w:pPr>
      <w:r>
        <w:t>Step 4 Review or hear the ensemble</w:t>
      </w:r>
    </w:p>
    <w:p>
      <w:pPr>
        <w:widowControl/>
      </w:pPr>
      <w:r>
        <w:t>What to do: In Enter notes, Tab to Preview change and press Space to review the complete group. In the composer, read Review changes and press Ctrl+Shift+Enter to Apply. On Score, Tab to Playback part and use Up/Down for All parts or a named part. Set First playback measure and Last playback measure to limit the heard range. Ctrl+P plays that applied range. In the composer, Escape stops active playback; the named Stop button does the same. Ctrl+Shift+P is the main reader’s Stop shortcut, not the composer’s.</w:t>
      </w:r>
    </w:p>
    <w:p>
      <w:pPr>
        <w:widowControl/>
      </w:pPr>
      <w:r>
        <w:t>What to expect: Export MusicXML includes all applied parts even if playback was set to one instrument.</w:t>
      </w:r>
    </w:p>
    <w:p>
      <w:pPr>
        <w:widowControl/>
      </w:pPr>
      <w:r>
        <w:t>If something is wrong: Save project keeps the work and unfinished entry. Use the Score list and Edit selected event to correct applied notes.</w:t>
      </w:r>
    </w:p>
    <w:p>
      <w:pPr>
        <w:pStyle w:val="Heading2"/>
        <w:widowControl/>
      </w:pPr>
      <w:r>
        <w:t>21 Correct music  save work and export MusicXML</w:t>
      </w:r>
    </w:p>
    <w:p>
      <w:pPr>
        <w:widowControl/>
      </w:pPr>
      <w:r>
        <w:t>Choose the correction case that fits: Step 1 changes unfinished selector entry; Step 2 changes notes already applied to Score. These are alternatives, not two compulsory corrections. Save project preserves editable and unfinished work. Export MusicXML produces applied music for reading or another notation program.</w:t>
      </w:r>
    </w:p>
    <w:p>
      <w:pPr>
        <w:pStyle w:val="Heading3"/>
        <w:widowControl/>
      </w:pPr>
      <w:r>
        <w:t>Step 1 Correct notes waiting for review</w:t>
      </w:r>
    </w:p>
    <w:p>
      <w:pPr>
        <w:widowControl/>
      </w:pPr>
      <w:r>
        <w:t>What to do: In the main composer Ctrl+E opens or resumes Enter notes. Read its waiting list. Tab to Remove last entered note and press Space to remove the newest queued note or chord; its position becomes current again. Choose the corrected pitch or Duration and press Enter. This changes the unfinished group. It does not undo an already-applied score event.</w:t>
      </w:r>
    </w:p>
    <w:p>
      <w:pPr>
        <w:widowControl/>
      </w:pPr>
      <w:r>
        <w:t>What to expect: The correction remains in the entry window until the group is reviewed and applied.</w:t>
      </w:r>
    </w:p>
    <w:p>
      <w:pPr>
        <w:widowControl/>
      </w:pPr>
      <w:r>
        <w:t>If something is wrong: Close entry keeps unfinished notes so Ctrl+E can reopen them. It does not add them to the score.</w:t>
      </w:r>
    </w:p>
    <w:p>
      <w:pPr>
        <w:pStyle w:val="Heading3"/>
        <w:widowControl/>
      </w:pPr>
      <w:r>
        <w:t>Step 2 Correct applied music</w:t>
      </w:r>
    </w:p>
    <w:p>
      <w:pPr>
        <w:widowControl/>
      </w:pPr>
      <w:r>
        <w:t>What to do: For music already applied, first leave Enter notes with Close entry if it is open; unfinished notes are retained. In the main composer Ctrl+Tab to Score. Tab to Authored music in measure order and use Up/Down to select the intended note, chord or rest. Tab to Edit selected event and press Space, change its fields, then Preview change with Space. Ctrl+Shift+Enter applies a valid review. Delete selected event is the separate removal action, also reviewed before Apply. Ctrl+Z/Ctrl+Y outside text fields undo/redo applied score changes.</w:t>
      </w:r>
    </w:p>
    <w:p>
      <w:pPr>
        <w:widowControl/>
      </w:pPr>
      <w:r>
        <w:t>What to expect: The review compares the old and new music. A replacement changes that item rather than adding a duplicate over it.</w:t>
      </w:r>
    </w:p>
    <w:p>
      <w:pPr>
        <w:widowControl/>
      </w:pPr>
      <w:r>
        <w:t>If something is wrong: Undo reverses an applied change. Discard proposal abandons a change that has not been applied.</w:t>
      </w:r>
    </w:p>
    <w:p>
      <w:pPr>
        <w:pStyle w:val="Heading3"/>
        <w:widowControl/>
      </w:pPr>
      <w:r>
        <w:t>Step 3 Save work at any stage</w:t>
      </w:r>
    </w:p>
    <w:p>
      <w:pPr>
        <w:widowControl/>
      </w:pPr>
      <w:r>
        <w:t>What to do: Use Save project or Ctrl+S. In selection entry Ctrl+S also saves its unfinished notes and current choices. Type a project filename when first saving.</w:t>
      </w:r>
    </w:p>
    <w:p>
      <w:pPr>
        <w:widowControl/>
      </w:pPr>
      <w:r>
        <w:t>What to expect: The .speaktabscore file keeps applied music, current entry position, unfinished typed text, queued selection notes and a pending review.</w:t>
      </w:r>
    </w:p>
    <w:p>
      <w:pPr>
        <w:widowControl/>
      </w:pPr>
      <w:r>
        <w:t>If something is wrong: Saving does not apply the pending music. Keep a project copy when another program will edit an exported score.</w:t>
      </w:r>
    </w:p>
    <w:p>
      <w:pPr>
        <w:pStyle w:val="Heading3"/>
        <w:widowControl/>
      </w:pPr>
      <w:r>
        <w:t>Step 4 Return to the project</w:t>
      </w:r>
    </w:p>
    <w:p>
      <w:pPr>
        <w:widowControl/>
      </w:pPr>
      <w:r>
        <w:t>What to do: In the composer, Ctrl+Tab to Score, Tab to Open project and press Space. Choose the saved .speaktabscore file in its chooser. The Enter music tab restores its description; Ctrl+E restores unfinished selection entry. A saved pending review is available on Review changes.</w:t>
      </w:r>
    </w:p>
    <w:p>
      <w:pPr>
        <w:widowControl/>
      </w:pPr>
      <w:r>
        <w:t>What to expect: Continue from the saved position and choices. Older composer projects are also supported.</w:t>
      </w:r>
    </w:p>
    <w:p>
      <w:pPr>
        <w:widowControl/>
      </w:pPr>
      <w:r>
        <w:t>If something is wrong: Opening an arbitrary imported MusicXML score for editing is not supported. Use the reader for outside scores, or the original project for composing.</w:t>
      </w:r>
    </w:p>
    <w:p>
      <w:pPr>
        <w:pStyle w:val="Heading3"/>
        <w:widowControl/>
      </w:pPr>
      <w:r>
        <w:t>Step 5 Export an XML score</w:t>
      </w:r>
    </w:p>
    <w:p>
      <w:pPr>
        <w:widowControl/>
      </w:pPr>
      <w:r>
        <w:t>What to do: Review and Apply all music intended for the exported score. Choose Export MusicXML. In the file dialog choose the folder and name, then Save. In the main composer, Ctrl+Shift+Enter applies a valid reviewed proposal. For export, use Ctrl+Tab to select Score, Tab to Export MusicXML and press Space.</w:t>
      </w:r>
    </w:p>
    <w:p>
      <w:pPr>
        <w:widowControl/>
      </w:pPr>
      <w:r>
        <w:t>What to expect: The .musicxml file is an XML score with the applied parts, notes, rhythm, lyrics and supported notation.</w:t>
      </w:r>
    </w:p>
    <w:p>
      <w:pPr>
        <w:widowControl/>
      </w:pPr>
      <w:r>
        <w:t>If something is wrong: If unfinished entry exists, the app asks whether to export already-applied music only. Choose No to finish reviewing it first. Save project is still the working file for returning later.</w:t>
      </w:r>
    </w:p>
    <w:p>
      <w:pPr>
        <w:pStyle w:val="Heading3"/>
        <w:widowControl/>
      </w:pPr>
      <w:r>
        <w:t>Step 6 Inspect a score copy</w:t>
      </w:r>
    </w:p>
    <w:p>
      <w:pPr>
        <w:widowControl/>
      </w:pPr>
      <w:r>
        <w:t>What to do: Read score in SpeakTab opens the applied music in a separate reader. Ctrl+T chooses a part, Ctrl+2 focuses its notes and F3 gives full details. On Score, Tab to Read score in SpeakTab and press Space for the separate reader preview.</w:t>
      </w:r>
    </w:p>
    <w:p>
      <w:pPr>
        <w:widowControl/>
      </w:pPr>
      <w:r>
        <w:t>What to expect: The composing project remains open while the score is inspected.</w:t>
      </w:r>
    </w:p>
    <w:p>
      <w:pPr>
        <w:widowControl/>
      </w:pPr>
      <w:r>
        <w:t>If something is wrong: Close that reader preview to return. Correct the music in the composer and export again when needed.</w:t>
      </w:r>
    </w:p>
    <w:p>
      <w:pPr>
        <w:pStyle w:val="Heading2"/>
        <w:widowControl/>
      </w:pPr>
      <w:r>
        <w:t>22 Use rhythm and expression options</w:t>
      </w:r>
    </w:p>
    <w:p>
      <w:pPr>
        <w:widowControl/>
      </w:pPr>
      <w:r>
        <w:t>These are separate optional tools: choose only the step your music needs. They are not one passage to enter in order. Ordinary entry uses rhythm line 1 and no tuplet. Use your own pitches and positions; the suggested examples are optional and need unoccupied time.</w:t>
      </w:r>
    </w:p>
    <w:p>
      <w:pPr>
        <w:pStyle w:val="Heading3"/>
        <w:widowControl/>
      </w:pPr>
      <w:r>
        <w:t>Step 1 Write two rhythms on one staff</w:t>
      </w:r>
    </w:p>
    <w:p>
      <w:pPr>
        <w:widowControl/>
      </w:pPr>
      <w:r>
        <w:t>What to do: In the main composer Ctrl+E opens Enter notes. Use extra rhythm lines only when notes on one staff need different overlapping lengths. Tab to Show additional note options and press Space; Tab to Rhythm line and choose its number with Up/Down. Enter one line using 1. Then choose 2 and reset Measure and Beat to the second line’s intended start.</w:t>
      </w:r>
    </w:p>
    <w:p>
      <w:pPr>
        <w:widowControl/>
      </w:pPr>
      <w:r>
        <w:t>What to expect: Optional example in 4/4: whole-note C4 on line 1 at measure 1 beat 1, with quarter-note E4 F4 G4 A4 on line 2 starting at the same place.</w:t>
      </w:r>
    </w:p>
    <w:p>
      <w:pPr>
        <w:widowControl/>
      </w:pPr>
      <w:r>
        <w:t>If something is wrong: Upper and lower piano staves already separate normal two-hand writing. Use line 1 on both unless one staff itself needs overlapping rhythms.</w:t>
      </w:r>
    </w:p>
    <w:p>
      <w:pPr>
        <w:pStyle w:val="Heading3"/>
        <w:widowControl/>
      </w:pPr>
      <w:r>
        <w:t>Step 2 Use or turn off tuplets</w:t>
      </w:r>
    </w:p>
    <w:p>
      <w:pPr>
        <w:widowControl/>
      </w:pPr>
      <w:r>
        <w:t>What to do: In Enter notes, leave Use a tuplet unchecked for ordinary notes. For a triplet, Tab to Show additional note options and press Space if those fields are hidden. Tab to Use a tuplet and press Space to check it, set Actual notes to 3 and Normal notes to 2, and choose the desired written Duration.</w:t>
      </w:r>
    </w:p>
    <w:p>
      <w:pPr>
        <w:widowControl/>
      </w:pPr>
      <w:r>
        <w:t>What to expect: Three notes of that value fit the time normally taken by two. Enter each note; its position advances by the adjusted length.</w:t>
      </w:r>
    </w:p>
    <w:p>
      <w:pPr>
        <w:widowControl/>
      </w:pPr>
      <w:r>
        <w:t>If something is wrong: Uncheck Use a tuplet to return to ordinary lengths. The stored ordinary ratio is 1 to 1.</w:t>
      </w:r>
    </w:p>
    <w:p>
      <w:pPr>
        <w:pStyle w:val="Heading3"/>
        <w:widowControl/>
      </w:pPr>
      <w:r>
        <w:t>Step 3 Continue one pitch with a tie</w:t>
      </w:r>
    </w:p>
    <w:p>
      <w:pPr>
        <w:widowControl/>
      </w:pPr>
      <w:r>
        <w:t>What to do: In Enter notes, Tab to Chord notes to type each simultaneous pitch on its own line; add tie after the intended pitch, then press Enter when the event is ready.  A tie holds the same spelled pitch into the following note in the same staff and rhythm line. In the chord-note box a pitch can be followed by tie, and the next note must continue that same pitch.</w:t>
      </w:r>
    </w:p>
    <w:p>
      <w:pPr>
        <w:widowControl/>
      </w:pPr>
      <w:r>
        <w:t>What to expect: A held note can cross a barline. The reviewed MusicXML retains its supported duration and ties.</w:t>
      </w:r>
    </w:p>
    <w:p>
      <w:pPr>
        <w:widowControl/>
      </w:pPr>
      <w:r>
        <w:t>If something is wrong: An unfinished tie can be saved as unfinished entry. Review requires its matching following note. A slur instead connects different note beginnings.</w:t>
      </w:r>
    </w:p>
    <w:p>
      <w:pPr>
        <w:pStyle w:val="Heading3"/>
        <w:widowControl/>
      </w:pPr>
      <w:r>
        <w:t>Step 4 Change expression through a passage</w:t>
      </w:r>
    </w:p>
    <w:p>
      <w:pPr>
        <w:widowControl/>
      </w:pPr>
      <w:r>
        <w:t>What to do: This separate option works on applied music. If Enter notes is open, use Preview change and Apply to finish the intended notes, or Close entry to retain unfinished entry. In the main composer Ctrl+Tab to Score, Tab to Expression over passage and press Space. Choose Expression, Part and first/last measure and beat. Tab to Preview change and press Space; Ctrl+Shift+Enter applies a valid review.</w:t>
      </w:r>
    </w:p>
    <w:p>
      <w:pPr>
        <w:widowControl/>
      </w:pPr>
      <w:r>
        <w:t>What to expect: A crescendo changes loudness over the notes. Pedal sustains piano notes. A slur connects an intended line.</w:t>
      </w:r>
    </w:p>
    <w:p>
      <w:pPr>
        <w:widowControl/>
      </w:pPr>
      <w:r>
        <w:t>If something is wrong: Use the full control reference for each effect's required fields. Playback is a practice approximation, not a promise of a performer's interpretation.</w:t>
      </w:r>
    </w:p>
    <w:p>
      <w:pPr>
        <w:pStyle w:val="Heading3"/>
        <w:widowControl/>
      </w:pPr>
      <w:r>
        <w:t>Step 5 Arrange measures</w:t>
      </w:r>
    </w:p>
    <w:p>
      <w:pPr>
        <w:widowControl/>
      </w:pPr>
      <w:r>
        <w:t>What to do: In the composer, Ctrl+Tab to Score, Tab to Measure tools and press Space. Tab to Operation and use Up/Down to choose Copy measures, Insert measures, Delete measures, Transpose passage, or Set measure directions or signature. Fill only the fields shown for that operation. Tab to Preview change and press Space; Ctrl+Shift+Enter in the main composer applies a valid review.</w:t>
      </w:r>
    </w:p>
    <w:p>
      <w:pPr>
        <w:widowControl/>
      </w:pPr>
      <w:r>
        <w:t>What to expect: Insert and Delete affect the shared measures of all parts. Copy and Transpose can target a particular part.</w:t>
      </w:r>
    </w:p>
    <w:p>
      <w:pPr>
        <w:widowControl/>
      </w:pPr>
      <w:r>
        <w:t>If something is wrong: Read the complete proposed changes before Apply. Undo restores the previous applied arrangement.</w:t>
      </w:r>
    </w:p>
    <w:p>
      <w:pPr>
        <w:pStyle w:val="Heading2"/>
      </w:pPr>
      <w:r>
        <w:t>Guided task 31 Enter and edit composer lyrics</w:t>
      </w:r>
    </w:p>
    <w:p>
      <w:pPr>
        <w:spacing w:after="120"/>
      </w:pPr>
      <w:r>
        <w:t>Lyrics attach words to exact notes or chords. They are separate from a written direction, chord symbol and any companion lyric sheet. Local playback is wordless.</w:t>
      </w:r>
    </w:p>
    <w:p>
      <w:pPr>
        <w:pStyle w:val="Heading3"/>
      </w:pPr>
      <w:r>
        <w:t>Step 1 Enter a word with its note</w:t>
      </w:r>
    </w:p>
    <w:p>
      <w:pPr>
        <w:pStyle w:val="Heading4"/>
      </w:pPr>
      <w:r>
        <w:t>What to do</w:t>
      </w:r>
    </w:p>
    <w:p>
      <w:pPr>
        <w:spacing w:after="120"/>
      </w:pPr>
      <w:r>
        <w:t>Open or create a composer project and press Ctrl+E. Choose the note and duration. Type its word in Lyric word or syllable — optional. Leave Lyric verse at 1 and Word or syllable type at single — complete word for an ordinary word. Press Enter from a note-entry control. In Enter notes, Tab to Lyric word or syllable — optional to type the text. Tab reaches Lyric verse and Word or syllable type; use Up/Down for their choices.</w:t>
      </w:r>
    </w:p>
    <w:p>
      <w:pPr>
        <w:pStyle w:val="Heading4"/>
      </w:pPr>
      <w:r>
        <w:t>What to expect</w:t>
      </w:r>
    </w:p>
    <w:p>
      <w:pPr>
        <w:spacing w:after="120"/>
      </w:pPr>
      <w:r>
        <w:t>The note and word join the waiting list together. Advance moves the next position by the note duration, and the lyric text clears ready for the following word. The word attaches once to a chord, rather than once to every pitch.</w:t>
      </w:r>
    </w:p>
    <w:p>
      <w:pPr>
        <w:pStyle w:val="Heading4"/>
      </w:pPr>
      <w:r>
        <w:t>If something is wrong</w:t>
      </w:r>
    </w:p>
    <w:p>
      <w:pPr>
        <w:spacing w:after="120"/>
      </w:pPr>
      <w:r>
        <w:t>Leave the lyric box empty for an instrumental note. A rest cannot carry a lyric. If a word was entered on a rest, choose a note or clear that word before entering it.</w:t>
      </w:r>
    </w:p>
    <w:p>
      <w:pPr>
        <w:pStyle w:val="Heading3"/>
      </w:pPr>
      <w:r>
        <w:t>Step 2 Split a word across notes</w:t>
      </w:r>
    </w:p>
    <w:p>
      <w:pPr>
        <w:pStyle w:val="Heading4"/>
      </w:pPr>
      <w:r>
        <w:t>What to do</w:t>
      </w:r>
    </w:p>
    <w:p>
      <w:pPr>
        <w:spacing w:after="120"/>
      </w:pPr>
      <w:r>
        <w:t>In Enter notes (Ctrl+E from the composer), Tab to Word or syllable type and use Up/Down to choose its value.  Put each syllable on the note where it begins. Choose begin — first syllable, middle — interior syllable, or end — last syllable as appropriate. Optional example: Hel with begin on one note, then lo with end on the next.</w:t>
      </w:r>
    </w:p>
    <w:p>
      <w:pPr>
        <w:pStyle w:val="Heading4"/>
      </w:pPr>
      <w:r>
        <w:t>What to expect</w:t>
      </w:r>
    </w:p>
    <w:p>
      <w:pPr>
        <w:spacing w:after="120"/>
      </w:pPr>
      <w:r>
        <w:t>MusicXML retains syllable positions so a notation program can join the word. Commas and other ordinary punctuation can remain in the text.</w:t>
      </w:r>
    </w:p>
    <w:p>
      <w:pPr>
        <w:pStyle w:val="Heading4"/>
      </w:pPr>
      <w:r>
        <w:t>If something is wrong</w:t>
      </w:r>
    </w:p>
    <w:p>
      <w:pPr>
        <w:spacing w:after="120"/>
      </w:pPr>
      <w:r>
        <w:t>Changing syllable type does not enter a note. Press Enter only when its pitch, position, duration and lyric are ready.</w:t>
      </w:r>
    </w:p>
    <w:p>
      <w:pPr>
        <w:pStyle w:val="Heading3"/>
      </w:pPr>
      <w:r>
        <w:t>Step 3 Hold one syllable over later notes</w:t>
      </w:r>
    </w:p>
    <w:p>
      <w:pPr>
        <w:pStyle w:val="Heading4"/>
      </w:pPr>
      <w:r>
        <w:t>What to do</w:t>
      </w:r>
    </w:p>
    <w:p>
      <w:pPr>
        <w:spacing w:after="120"/>
      </w:pPr>
      <w:r>
        <w:t>On the first note of the held syllable, check This lyric continues over following notes. Enter subsequent notes with their lyric boxes blank. Tab to This lyric continues over following notes and press Space to check or clear it.</w:t>
      </w:r>
    </w:p>
    <w:p>
      <w:pPr>
        <w:pStyle w:val="Heading4"/>
      </w:pPr>
      <w:r>
        <w:t>What to expect</w:t>
      </w:r>
    </w:p>
    <w:p>
      <w:pPr>
        <w:spacing w:after="120"/>
      </w:pPr>
      <w:r>
        <w:t>The first lyric receives an extender mark. It does not add later pitches or change their rhythm. The extender checkbox clears after entering the note.</w:t>
      </w:r>
    </w:p>
    <w:p>
      <w:pPr>
        <w:pStyle w:val="Heading4"/>
      </w:pPr>
      <w:r>
        <w:t>If something is wrong</w:t>
      </w:r>
    </w:p>
    <w:p>
      <w:pPr>
        <w:spacing w:after="120"/>
      </w:pPr>
      <w:r>
        <w:t>A tie and a lyric extender have different jobs: a tie joins the same pitch; an extender carries the sung syllable. Enter the intended notes and any tie explicitly.</w:t>
      </w:r>
    </w:p>
    <w:p>
      <w:pPr>
        <w:pStyle w:val="Heading3"/>
      </w:pPr>
      <w:r>
        <w:t>Step 4 Add another verse or correct applied words</w:t>
      </w:r>
    </w:p>
    <w:p>
      <w:pPr>
        <w:pStyle w:val="Heading4"/>
      </w:pPr>
      <w:r>
        <w:t>What to do</w:t>
      </w:r>
    </w:p>
    <w:p>
      <w:pPr>
        <w:spacing w:after="120"/>
      </w:pPr>
      <w:r>
        <w:t>First finish the entry group: in Enter notes, Tab to Preview change and press Space. That window closes; read Review changes in the main composer and press Ctrl+Shift+Enter to apply a valid review. Ctrl+Tab to Score, Tab to Authored music in measure order and use Up/Down to select the intended note. Ctrl+L opens Lyrics at selected note. Choose Verse, word or syllable, type and optional extender. Tab to Preview change and press Space, then Ctrl+Shift+Enter in the main composer applies that lyric review.</w:t>
      </w:r>
    </w:p>
    <w:p>
      <w:pPr>
        <w:pStyle w:val="Heading4"/>
      </w:pPr>
      <w:r>
        <w:t>What to expect</w:t>
      </w:r>
    </w:p>
    <w:p>
      <w:pPr>
        <w:spacing w:after="120"/>
      </w:pPr>
      <w:r>
        <w:t>The chosen verse changes at that exact note. Other verses and all pitches stay intact. Verse 1 is ordinary entry; verse 2 or later adds another lyric line, not another musical rhythm line.</w:t>
      </w:r>
    </w:p>
    <w:p>
      <w:pPr>
        <w:pStyle w:val="Heading4"/>
      </w:pPr>
      <w:r>
        <w:t>If something is wrong</w:t>
      </w:r>
    </w:p>
    <w:p>
      <w:pPr>
        <w:spacing w:after="120"/>
      </w:pPr>
      <w:r>
        <w:t>Empty text removes only that verse at the selected note. Discard proposal cancels the edit; Undo restores a change after Apply. Select another note on Score to edit its word.</w:t>
      </w:r>
    </w:p>
    <w:p>
      <w:pPr>
        <w:pStyle w:val="Heading3"/>
      </w:pPr>
      <w:r>
        <w:t>Step 5 Save unfinished lyrics and export</w:t>
      </w:r>
    </w:p>
    <w:p>
      <w:pPr>
        <w:pStyle w:val="Heading4"/>
      </w:pPr>
      <w:r>
        <w:t>What to do</w:t>
      </w:r>
    </w:p>
    <w:p>
      <w:pPr>
        <w:spacing w:after="120"/>
      </w:pPr>
      <w:r>
        <w:t>Ctrl+S from the composer or Enter notes saves the project, including unfinished lyric text, verse and syllable choices and queued notes. To return later, open the .speaktabscore file with Open project on Score; Ctrl+E restores unfinished selector entry. For sharing, review and apply intended music first, then Ctrl+Tab to Score, Tab to Export MusicXML and press Space.</w:t>
      </w:r>
    </w:p>
    <w:p>
      <w:pPr>
        <w:pStyle w:val="Heading4"/>
      </w:pPr>
      <w:r>
        <w:t>What to expect</w:t>
      </w:r>
    </w:p>
    <w:p>
      <w:pPr>
        <w:spacing w:after="120"/>
      </w:pPr>
      <w:r>
        <w:t>The project retains unfinished work. Exported XML includes applied lyric verses and syllable information. Reader preview can show the supplied words while playback uses a wordless sound.</w:t>
      </w:r>
    </w:p>
    <w:p>
      <w:pPr>
        <w:pStyle w:val="Heading4"/>
      </w:pPr>
      <w:r>
        <w:t>If something is wrong</w:t>
      </w:r>
    </w:p>
    <w:p>
      <w:pPr>
        <w:spacing w:after="120"/>
      </w:pPr>
      <w:r>
        <w:t>Export warns when unfinished work would be omitted. Save the editable .speaktabscore project as well as the exported musical score.</w:t>
      </w:r>
    </w:p>
    <w:p>
      <w:pPr>
        <w:pStyle w:val="Heading2"/>
      </w:pPr>
      <w:r>
        <w:t>Guided task 32 Compose for violin and harp</w:t>
      </w:r>
    </w:p>
    <w:p>
      <w:pPr>
        <w:spacing w:after="120"/>
      </w:pPr>
      <w:r>
        <w:t>Create violin, harp or both, then enter and apply notes before adding written markings. Step 3 is for violin and Step 4 is for pedal harp: skip whichever instrument is absent. These tools do not establish fingering or pedal feasibility.</w:t>
      </w:r>
    </w:p>
    <w:p>
      <w:pPr>
        <w:pStyle w:val="Heading3"/>
      </w:pPr>
      <w:r>
        <w:t>Step 1 Create the parts</w:t>
      </w:r>
    </w:p>
    <w:p>
      <w:pPr>
        <w:pStyle w:val="Heading4"/>
      </w:pPr>
      <w:r>
        <w:t>What to do</w:t>
      </w:r>
    </w:p>
    <w:p>
      <w:pPr>
        <w:spacing w:after="120"/>
      </w:pPr>
      <w:r>
        <w:t>Press Ctrl+Shift+N in the reader. In the composer choose New score and select Violin, Harp, Violin and piano, Violin and harp, Voice and harp or Violin, harp and piano. Alternatively Score &gt; Add part adds Violin or Harp to an existing project. Ctrl+Shift+N in the reader opens the composer; Ctrl+Shift+N within the composer opens New score templates. Use Up/Down in Parts, then Tab to Create score and press Space. Add part is reached on Score with Tab and Space.</w:t>
      </w:r>
    </w:p>
    <w:p>
      <w:pPr>
        <w:pStyle w:val="Heading4"/>
      </w:pPr>
      <w:r>
        <w:t>What to expect</w:t>
      </w:r>
    </w:p>
    <w:p>
      <w:pPr>
        <w:spacing w:after="120"/>
      </w:pPr>
      <w:r>
        <w:t>Violin uses one staff and its instrument sound. Harp uses Upper harp staff and Lower harp staff, with treble and bass clefs and harp sound. A score may contain several named parts.</w:t>
      </w:r>
    </w:p>
    <w:p>
      <w:pPr>
        <w:pStyle w:val="Heading4"/>
      </w:pPr>
      <w:r>
        <w:t>If something is wrong</w:t>
      </w:r>
    </w:p>
    <w:p>
      <w:pPr>
        <w:spacing w:after="120"/>
      </w:pPr>
      <w:r>
        <w:t>New score asks before discarding unsaved work. Use unique part names when writing more than one violin or harp line.</w:t>
      </w:r>
    </w:p>
    <w:p>
      <w:pPr>
        <w:pStyle w:val="Heading3"/>
      </w:pPr>
      <w:r>
        <w:t>Step 2 Write violin notes or both harp staves</w:t>
      </w:r>
    </w:p>
    <w:p>
      <w:pPr>
        <w:pStyle w:val="Heading4"/>
      </w:pPr>
      <w:r>
        <w:t>What to do</w:t>
      </w:r>
    </w:p>
    <w:p>
      <w:pPr>
        <w:spacing w:after="120"/>
      </w:pPr>
      <w:r>
        <w:t>Press Ctrl+E. Choose Part and Staff, starting Measure and Beat, pitch and Duration. Check Advance after entering each note or chord for successive notes and press Enter for each ready event. For a lower harp line, choose Lower harp staff and reset Measure and Beat to its intended start. When the passage is ready, Tab to Preview change and press Space. Enter notes closes and the main composer opens Review changes. Read the proposed music; Tab to Hear proposed score and press Space for an optional audition. Ctrl+Shift+Enter applies a valid review and returns to Score.</w:t>
      </w:r>
    </w:p>
    <w:p>
      <w:pPr>
        <w:pStyle w:val="Heading4"/>
      </w:pPr>
      <w:r>
        <w:t>What to expect</w:t>
      </w:r>
    </w:p>
    <w:p>
      <w:pPr>
        <w:spacing w:after="120"/>
      </w:pPr>
      <w:r>
        <w:t>Notes advance by duration. Upper and Lower are staff identifiers, not enforced hand assignments. Rhythm line 1 is ordinary entry on each staff. Chord tones can be collected with Add this pitch to chord.</w:t>
      </w:r>
    </w:p>
    <w:p>
      <w:pPr>
        <w:pStyle w:val="Heading4"/>
      </w:pPr>
      <w:r>
        <w:t>If something is wrong</w:t>
      </w:r>
    </w:p>
    <w:p>
      <w:pPr>
        <w:spacing w:after="120"/>
      </w:pPr>
      <w:r>
        <w:t>Enter sounding pitches with octaves; C4 is middle C. The app does not invent violin positions or harp tuning from a pitch name. Review and apply a passage before editing its markings.</w:t>
      </w:r>
    </w:p>
    <w:p>
      <w:pPr>
        <w:pStyle w:val="Heading3"/>
      </w:pPr>
      <w:r>
        <w:t>Step 3 Add violin bowing and fingering</w:t>
      </w:r>
    </w:p>
    <w:p>
      <w:pPr>
        <w:pStyle w:val="Heading4"/>
      </w:pPr>
      <w:r>
        <w:t>What to do</w:t>
      </w:r>
    </w:p>
    <w:p>
      <w:pPr>
        <w:spacing w:after="120"/>
      </w:pPr>
      <w:r>
        <w:t>After applying the violin notes, Ctrl+Tab to Score. Tab to Authored music in measure order and use Up/Down to select an event. Tab to String or harp markings and press Space. Tab to Bow direction and choose Down bow, Up bow or No bow mark with Up/Down. For a double stop or chord, select each pitch in Pitch to mark in this note or chord before choosing its finger and string. Tab to Preview change and press Space; Ctrl+Shift+Enter in the composer applies the review.</w:t>
      </w:r>
    </w:p>
    <w:p>
      <w:pPr>
        <w:pStyle w:val="Heading4"/>
      </w:pPr>
      <w:r>
        <w:t>What to expect</w:t>
      </w:r>
    </w:p>
    <w:p>
      <w:pPr>
        <w:spacing w:after="120"/>
      </w:pPr>
      <w:r>
        <w:t>Finger 0 means open string; 1 through 4 are fingers. String 1 is E, 2 A, 3 D, 4 G. Unspecified writes no fingering or string. The bow mark appears once on the event; each pitch keeps its own fingering.</w:t>
      </w:r>
    </w:p>
    <w:p>
      <w:pPr>
        <w:pStyle w:val="Heading4"/>
      </w:pPr>
      <w:r>
        <w:t>If something is wrong</w:t>
      </w:r>
    </w:p>
    <w:p>
      <w:pPr>
        <w:spacing w:after="120"/>
      </w:pPr>
      <w:r>
        <w:t>These are written instructions. SpeakTab does not choose a violin position, validate that a fingering is playable or synthesize a bow change.</w:t>
      </w:r>
    </w:p>
    <w:p>
      <w:pPr>
        <w:pStyle w:val="Heading3"/>
      </w:pPr>
      <w:r>
        <w:t>Step 4 Write harp pedal settings</w:t>
      </w:r>
    </w:p>
    <w:p>
      <w:pPr>
        <w:pStyle w:val="Heading4"/>
      </w:pPr>
      <w:r>
        <w:t>What to do</w:t>
      </w:r>
    </w:p>
    <w:p>
      <w:pPr>
        <w:spacing w:after="120"/>
      </w:pPr>
      <w:r>
        <w:t>After applying the harp notes, Ctrl+Tab to Score. Tab to Authored music in measure order and use Up/Down to select an event. Tab to String or harp markings and press Space. Tab to Write a seven-pedal setting at this position and press Space to check it. Tab through the D C B E F G A pedal fields, setting -1 for flat, 0 natural or 1 sharp. Tab to Preview change and press Space; Ctrl+Shift+Enter in the composer applies the written setting.</w:t>
      </w:r>
    </w:p>
    <w:p>
      <w:pPr>
        <w:pStyle w:val="Heading4"/>
      </w:pPr>
      <w:r>
        <w:t>What to expect</w:t>
      </w:r>
    </w:p>
    <w:p>
      <w:pPr>
        <w:spacing w:after="120"/>
      </w:pPr>
      <w:r>
        <w:t>A seven-pedal diagram is written at that event and exported as harp notation. It does not retune entered notes. D C B are left-foot pedals; E F G A are right-foot pedals.</w:t>
      </w:r>
    </w:p>
    <w:p>
      <w:pPr>
        <w:pStyle w:val="Heading4"/>
      </w:pPr>
      <w:r>
        <w:t>If something is wrong</w:t>
      </w:r>
    </w:p>
    <w:p>
      <w:pPr>
        <w:spacing w:after="120"/>
      </w:pPr>
      <w:r>
        <w:t>Keep the checkbox off when no diagram is wanted. This is for pedal harp. For lever harp use Written direction. Piano sustain pedal in Expression over passage has a different meaning and applies only to piano.</w:t>
      </w:r>
    </w:p>
    <w:p>
      <w:pPr>
        <w:pStyle w:val="Heading3"/>
      </w:pPr>
      <w:r>
        <w:t>Step 5 Add playing directions and expression</w:t>
      </w:r>
    </w:p>
    <w:p>
      <w:pPr>
        <w:pStyle w:val="Heading4"/>
      </w:pPr>
      <w:r>
        <w:t>What to do</w:t>
      </w:r>
    </w:p>
    <w:p>
      <w:pPr>
        <w:spacing w:after="120"/>
      </w:pPr>
      <w:r>
        <w:t>After applying the preceding marking review, select an applied event in Authored music in measure order on Score. Tab to String or harp markings and press Space to reopen it. Tab to Optional written playing direction and choose a preset with Up/Down, or keep the current direction. A chosen preset replaces Written direction at this event; Tab to that text field to edit or combine words. Tab to Preview change and press Space, then Ctrl+Shift+Enter in the composer applies the review. For dynamics or articulation use Edit selected event on Score; for slur or crescendo use Expression over passage.</w:t>
      </w:r>
    </w:p>
    <w:p>
      <w:pPr>
        <w:pStyle w:val="Heading4"/>
      </w:pPr>
      <w:r>
        <w:t>What to expect</w:t>
      </w:r>
    </w:p>
    <w:p>
      <w:pPr>
        <w:spacing w:after="120"/>
      </w:pPr>
      <w:r>
        <w:t>Bowing, fingering, strings and pedal diagrams export as structured markings; written techniques export as words. Ordinary pitches, durations, dynamics and slur timing use the existing practice preview.</w:t>
      </w:r>
    </w:p>
    <w:p>
      <w:pPr>
        <w:pStyle w:val="Heading4"/>
      </w:pPr>
      <w:r>
        <w:t>If something is wrong</w:t>
      </w:r>
    </w:p>
    <w:p>
      <w:pPr>
        <w:spacing w:after="120"/>
      </w:pPr>
      <w:r>
        <w:t>Technique words do not synthesize pizzicato, harmonics, glissando, tremolo, muting or harp damping. Enter every intended glissando pitch yourself. A slur is not a tie. These practice tools do not provide page engraving.</w:t>
      </w:r>
    </w:p>
    <w:p>
      <w:pPr>
        <w:pStyle w:val="Heading3"/>
      </w:pPr>
      <w:r>
        <w:t>Step 6 Save and inspect the instrument score</w:t>
      </w:r>
    </w:p>
    <w:p>
      <w:pPr>
        <w:pStyle w:val="Heading4"/>
      </w:pPr>
      <w:r>
        <w:t>What to do</w:t>
      </w:r>
    </w:p>
    <w:p>
      <w:pPr>
        <w:spacing w:after="120"/>
      </w:pPr>
      <w:r>
        <w:t>Save project retains the editable composition and drafts. Export MusicXML produces an applied score with the instrument names, staves, lyric lines and supplied markings. Read score in SpeakTab opens a reader preview; Ctrl+T selects its instrument. Ctrl+S in the composer saves the project, including unfinished entry. For export, use Ctrl+Tab to select Score, Tab to Export MusicXML and press Space. On Score, Tab to Read score in SpeakTab and press Space for the separate reader preview.</w:t>
      </w:r>
    </w:p>
    <w:p>
      <w:pPr>
        <w:pStyle w:val="Heading4"/>
      </w:pPr>
      <w:r>
        <w:t>What to expect</w:t>
      </w:r>
    </w:p>
    <w:p>
      <w:pPr>
        <w:spacing w:after="120"/>
      </w:pPr>
      <w:r>
        <w:t>The violin uses its General MIDI violin sound; harp uses its harp sound. Written harp pedals and bowing do not change the entered pitches.</w:t>
      </w:r>
    </w:p>
    <w:p>
      <w:pPr>
        <w:pStyle w:val="Heading4"/>
      </w:pPr>
      <w:r>
        <w:t>If something is wrong</w:t>
      </w:r>
    </w:p>
    <w:p>
      <w:pPr>
        <w:spacing w:after="120"/>
      </w:pPr>
      <w:r>
        <w:t>Keep the editable project. Physical listening, screen-reader announcements and engraving in another notation program still need hands-on review.</w:t>
      </w:r>
    </w:p>
    <w:p>
      <w:pPr>
        <w:pStyle w:val="Heading2"/>
      </w:pPr>
      <w:r>
        <w:t>Guided task 33 Write SATB or barbershop vocal parts</w:t>
      </w:r>
    </w:p>
    <w:p>
      <w:pPr>
        <w:spacing w:after="120"/>
      </w:pPr>
      <w:r>
        <w:t>Give each singer a named part, its own notes and its own lyrics. Four-part writing does not require assigning a different rhythm-line number to every singer.</w:t>
      </w:r>
    </w:p>
    <w:p>
      <w:pPr>
        <w:pStyle w:val="Heading3"/>
      </w:pPr>
      <w:r>
        <w:t>Step 1 Choose the vocal template</w:t>
      </w:r>
    </w:p>
    <w:p>
      <w:pPr>
        <w:pStyle w:val="Heading4"/>
      </w:pPr>
      <w:r>
        <w:t>What to do</w:t>
      </w:r>
    </w:p>
    <w:p>
      <w:pPr>
        <w:spacing w:after="120"/>
      </w:pPr>
      <w:r>
        <w:t>From the reader Ctrl+Shift+N opens the composer. Within the composer, Ctrl+Shift+N opens New score templates. Tab to Parts and use Up/Down to choose SATB choir or Barbershop quartet; accompanied variants add a separate piano. Tab to Create score and press Space.</w:t>
      </w:r>
    </w:p>
    <w:p>
      <w:pPr>
        <w:pStyle w:val="Heading4"/>
      </w:pPr>
      <w:r>
        <w:t>What to expect</w:t>
      </w:r>
    </w:p>
    <w:p>
      <w:pPr>
        <w:spacing w:after="120"/>
      </w:pPr>
      <w:r>
        <w:t>SATB creates Soprano, Alto, Tenor and Bass. Barbershop creates Tenor, Lead, Baritone and Bass. Each is a separate Voice part, initially on normal rhythm line 1.</w:t>
      </w:r>
    </w:p>
    <w:p>
      <w:pPr>
        <w:pStyle w:val="Heading4"/>
      </w:pPr>
      <w:r>
        <w:t>If something is wrong</w:t>
      </w:r>
    </w:p>
    <w:p>
      <w:pPr>
        <w:spacing w:after="120"/>
      </w:pPr>
      <w:r>
        <w:t>These are separate parts and staves. The composer does not automatically condense four parts onto two shared choral staves or compose harmonies.</w:t>
      </w:r>
    </w:p>
    <w:p>
      <w:pPr>
        <w:pStyle w:val="Heading3"/>
      </w:pPr>
      <w:r>
        <w:t>Step 2 Enter each singer at the intended octave</w:t>
      </w:r>
    </w:p>
    <w:p>
      <w:pPr>
        <w:pStyle w:val="Heading4"/>
      </w:pPr>
      <w:r>
        <w:t>What to do</w:t>
      </w:r>
    </w:p>
    <w:p>
      <w:pPr>
        <w:spacing w:after="120"/>
      </w:pPr>
      <w:r>
        <w:t>Press Ctrl+E and select the singer in Part. Enter the notes, position and duration for that line. Choose the next singer and set Measure and Beat back to its starting point.</w:t>
      </w:r>
    </w:p>
    <w:p>
      <w:pPr>
        <w:pStyle w:val="Heading4"/>
      </w:pPr>
      <w:r>
        <w:t>What to expect</w:t>
      </w:r>
    </w:p>
    <w:p>
      <w:pPr>
        <w:spacing w:after="120"/>
      </w:pPr>
      <w:r>
        <w:t>The singers can have independent notes and rhythms. Enter actual sounding octaves; C4 is middle C. SATB uses treble clefs for soprano/alto and bass clefs for tenor/bass. Barbershop uses plain treble for tenor/lead and bass for baritone/bass.</w:t>
      </w:r>
    </w:p>
    <w:p>
      <w:pPr>
        <w:pStyle w:val="Heading4"/>
      </w:pPr>
      <w:r>
        <w:t>If something is wrong</w:t>
      </w:r>
    </w:p>
    <w:p>
      <w:pPr>
        <w:spacing w:after="120"/>
      </w:pPr>
      <w:r>
        <w:t>The templates do not use octave-transposing vocal clefs. Part settings can change treble or bass clef without changing pitches. Do not raise a note an octave just because a different score writes it that way.</w:t>
      </w:r>
    </w:p>
    <w:p>
      <w:pPr>
        <w:pStyle w:val="Heading3"/>
      </w:pPr>
      <w:r>
        <w:t>Step 3 Enter common or independent words</w:t>
      </w:r>
    </w:p>
    <w:p>
      <w:pPr>
        <w:pStyle w:val="Heading4"/>
      </w:pPr>
      <w:r>
        <w:t>What to do</w:t>
      </w:r>
    </w:p>
    <w:p>
      <w:pPr>
        <w:spacing w:after="120"/>
      </w:pPr>
      <w:r>
        <w:t>In Enter notes, type each word in Lyric word or syllable – optional before entering its note. Leave Lyric verse at 1 for the ordinary line. When all singers’ notes and words are ready, Tab to Preview change and press Space. Enter notes closes and the main composer opens Review changes. Read the proposed music; Tab to Hear proposed score and press Space for an optional audition. Ctrl+Shift+Enter applies a valid review and returns to Score. To edit an applied word afterwards, select its event in Authored music in measure order on Score, then Ctrl+L.</w:t>
      </w:r>
    </w:p>
    <w:p>
      <w:pPr>
        <w:pStyle w:val="Heading4"/>
      </w:pPr>
      <w:r>
        <w:t>What to expect</w:t>
      </w:r>
    </w:p>
    <w:p>
      <w:pPr>
        <w:spacing w:after="120"/>
      </w:pPr>
      <w:r>
        <w:t>Each singer can have the same text or different text and syllable timing. Instrumental accompaniment has no lyric unless entered deliberately.</w:t>
      </w:r>
    </w:p>
    <w:p>
      <w:pPr>
        <w:pStyle w:val="Heading4"/>
      </w:pPr>
      <w:r>
        <w:t>If something is wrong</w:t>
      </w:r>
    </w:p>
    <w:p>
      <w:pPr>
        <w:spacing w:after="120"/>
      </w:pPr>
      <w:r>
        <w:t>The four singers are separate parts; verse numbers distinguish multiple lyric lines on the same part. They are not the voice-part selector.</w:t>
      </w:r>
    </w:p>
    <w:p>
      <w:pPr>
        <w:pStyle w:val="Heading3"/>
      </w:pPr>
      <w:r>
        <w:t>Step 4 Optionally copy words to aligned notes</w:t>
      </w:r>
    </w:p>
    <w:p>
      <w:pPr>
        <w:pStyle w:val="Heading4"/>
      </w:pPr>
      <w:r>
        <w:t>What to do</w:t>
      </w:r>
    </w:p>
    <w:p>
      <w:pPr>
        <w:spacing w:after="120"/>
      </w:pPr>
      <w:r>
        <w:t>Apply the source words and destination notes first. Ctrl+Tab to Score, Tab to Copy lyrics to aligned voices and press Space. In that dialog, Tab to Copy lyrics from voice and choose the source with Up/Down. Choose a destination or All other vocal parts, then the verse. Leave Replace existing words unchecked unless replacement is intended. Tab to Preview change and press Space; Ctrl+Shift+Enter in the main composer applies the reviewed copy.</w:t>
      </w:r>
    </w:p>
    <w:p>
      <w:pPr>
        <w:pStyle w:val="Heading4"/>
      </w:pPr>
      <w:r>
        <w:t>What to expect</w:t>
      </w:r>
    </w:p>
    <w:p>
      <w:pPr>
        <w:spacing w:after="120"/>
      </w:pPr>
      <w:r>
        <w:t>Only existing non-rest notes on normal rhythm line 1 with matching measure, beat and duration receive the word and syllable marks. Existing words are protected by default. Review changes names every proposed destination and reports skipped destinations; Apply confirms it.</w:t>
      </w:r>
    </w:p>
    <w:p>
      <w:pPr>
        <w:pStyle w:val="Heading4"/>
      </w:pPr>
      <w:r>
        <w:t>If something is wrong</w:t>
      </w:r>
    </w:p>
    <w:p>
      <w:pPr>
        <w:spacing w:after="120"/>
      </w:pPr>
      <w:r>
        <w:t>This does not create harmony or align different rhythms. Different durations, missing notes and rests are skipped. Enter words individually where timing differs, and review syllable extenders across following notes. Discard or Undo corrects the copy.</w:t>
      </w:r>
    </w:p>
    <w:p>
      <w:pPr>
        <w:pStyle w:val="Heading3"/>
      </w:pPr>
      <w:r>
        <w:t>Step 5 Save the vocal arrangement</w:t>
      </w:r>
    </w:p>
    <w:p>
      <w:pPr>
        <w:pStyle w:val="Heading4"/>
      </w:pPr>
      <w:r>
        <w:t>What to do</w:t>
      </w:r>
    </w:p>
    <w:p>
      <w:pPr>
        <w:spacing w:after="120"/>
      </w:pPr>
      <w:r>
        <w:t>Save project keeps all named parts, lyric verses and unfinished note-entry text. Export MusicXML writes the applied four-part arrangement. Read score in SpeakTab previews it; Ctrl+T selects a singer. Ctrl+S in the composer saves the project, including unfinished entry. For export, use Ctrl+Tab to select Score, Tab to Export MusicXML and press Space. On Score, Tab to Read score in SpeakTab and press Space for the separate reader preview.</w:t>
      </w:r>
    </w:p>
    <w:p>
      <w:pPr>
        <w:pStyle w:val="Heading4"/>
      </w:pPr>
      <w:r>
        <w:t>What to expect</w:t>
      </w:r>
    </w:p>
    <w:p>
      <w:pPr>
        <w:spacing w:after="120"/>
      </w:pPr>
      <w:r>
        <w:t>MusicXML preserves the separately named voices and their words. The local preview plays voice sounds without singing intelligible words.</w:t>
      </w:r>
    </w:p>
    <w:p>
      <w:pPr>
        <w:pStyle w:val="Heading4"/>
      </w:pPr>
      <w:r>
        <w:t>If something is wrong</w:t>
      </w:r>
    </w:p>
    <w:p>
      <w:pPr>
        <w:spacing w:after="120"/>
      </w:pPr>
      <w:r>
        <w:t>Retain the editable project. Inspect every part before sharing and use a notation program if a condensed or engraved page is needed.</w:t>
      </w:r>
    </w:p>
    <w:p>
      <w:pPr>
        <w:pStyle w:val="Heading2"/>
      </w:pPr>
      <w:r>
        <w:t>Guided task 34 Compose for four string ukulele</w:t>
      </w:r>
    </w:p>
    <w:p>
      <w:pPr>
        <w:spacing w:after="120"/>
      </w:pPr>
      <w:r>
        <w:t>Write a ukulele part with four explicit strings, or use staff pitches. High-G and low-G tuning are different choices; neither is inferred from an instrument name.</w:t>
      </w:r>
    </w:p>
    <w:p>
      <w:pPr>
        <w:pStyle w:val="Heading3"/>
      </w:pPr>
      <w:r>
        <w:t>Step 1 Choose the ukulele template</w:t>
      </w:r>
    </w:p>
    <w:p>
      <w:pPr>
        <w:pStyle w:val="Heading4"/>
      </w:pPr>
      <w:r>
        <w:t>What to do</w:t>
      </w:r>
    </w:p>
    <w:p>
      <w:pPr>
        <w:spacing w:after="120"/>
      </w:pPr>
      <w:r>
        <w:t>From the reader Ctrl+Shift+N opens the composer. Within the composer, Ctrl+Shift+N opens New score templates. Tab to Parts and use Up/Down to choose Ukulele, Voice and ukulele, or Ukulele and piano. A separate Solo voice template is available for one unaccompanied singer. Tab to Create score and press Space.</w:t>
      </w:r>
    </w:p>
    <w:p>
      <w:pPr>
        <w:pStyle w:val="Heading4"/>
      </w:pPr>
      <w:r>
        <w:t>What to expect</w:t>
      </w:r>
    </w:p>
    <w:p>
      <w:pPr>
        <w:spacing w:after="120"/>
      </w:pPr>
      <w:r>
        <w:t>Ukulele starts as its own part with four strings. The default high-G tuning, string 1 first, is A4 E4 C4 G4.</w:t>
      </w:r>
    </w:p>
    <w:p>
      <w:pPr>
        <w:pStyle w:val="Heading4"/>
      </w:pPr>
      <w:r>
        <w:t>If something is wrong</w:t>
      </w:r>
    </w:p>
    <w:p>
      <w:pPr>
        <w:spacing w:after="120"/>
      </w:pPr>
      <w:r>
        <w:t>Creating a new score asks before abandoning unsaved work. Add part can also add Ukulele to an existing project.</w:t>
      </w:r>
    </w:p>
    <w:p>
      <w:pPr>
        <w:pStyle w:val="Heading3"/>
      </w:pPr>
      <w:r>
        <w:t>Step 2 Choose high G or low G explicitly</w:t>
      </w:r>
    </w:p>
    <w:p>
      <w:pPr>
        <w:pStyle w:val="Heading4"/>
      </w:pPr>
      <w:r>
        <w:t>What to do</w:t>
      </w:r>
    </w:p>
    <w:p>
      <w:pPr>
        <w:spacing w:after="120"/>
      </w:pPr>
      <w:r>
        <w:t>First select Enter music with Ctrl+Tab; Tab to Entry part and use Up/Down to choose the ukulele part. Then Ctrl+Tab to Score, Tab to Part settings and press Space. In Ukulele tuning preset choose High G, Low G or keep your own four open pitches with Up/Down. Tab reaches the tuning text and Write fretted instrument as tablature checkbox; Space changes its check state. Tab to Preview change and press Space, then Ctrl+Shift+Enter in the composer to apply the review.</w:t>
      </w:r>
    </w:p>
    <w:p>
      <w:pPr>
        <w:pStyle w:val="Heading4"/>
      </w:pPr>
      <w:r>
        <w:t>What to expect</w:t>
      </w:r>
    </w:p>
    <w:p>
      <w:pPr>
        <w:spacing w:after="120"/>
      </w:pPr>
      <w:r>
        <w:t>String 1 is A4, 2 E4, 3 C4, and 4 is G4 for high G or G3 for low G. In high-G tuning, string numbers do not follow descending pitch: string 4 sounds higher than string 3.</w:t>
      </w:r>
    </w:p>
    <w:p>
      <w:pPr>
        <w:pStyle w:val="Heading4"/>
      </w:pPr>
      <w:r>
        <w:t>If something is wrong</w:t>
      </w:r>
    </w:p>
    <w:p>
      <w:pPr>
        <w:spacing w:after="120"/>
      </w:pPr>
      <w:r>
        <w:t>Changing Instrument resets its tuning defaults. Read the four pitches before applying. Existing supplied frets must still agree with the new tuning; no silent retuning of entered notes occurs.</w:t>
      </w:r>
    </w:p>
    <w:p>
      <w:pPr>
        <w:pStyle w:val="Heading3"/>
      </w:pPr>
      <w:r>
        <w:t>Step 3 Enter pitches or actual strings and frets</w:t>
      </w:r>
    </w:p>
    <w:p>
      <w:pPr>
        <w:pStyle w:val="Heading4"/>
      </w:pPr>
      <w:r>
        <w:t>What to do</w:t>
      </w:r>
    </w:p>
    <w:p>
      <w:pPr>
        <w:spacing w:after="120"/>
      </w:pPr>
      <w:r>
        <w:t>Press Ctrl+E. Choose the ukulele in Part, starting Measure and Beat, and Choose notes by: Pitch letter and octave for pitches, or Ukulele string and fret for a fingering. The string selector offers 1 through 4. Choose fret and Duration. Optionally type a word in Lyric word or syllable – optional. Check Advance for successive notes and press Enter for each ready event. For simultaneous strings use Add chosen ukulele string and fret to notes sounding together before Enter once. When the passage is ready, Tab to Preview change and press Space. Enter notes closes and the main composer opens Review changes. Read the proposed music; Tab to Hear proposed score and press Space for an optional audition. Ctrl+Shift+Enter applies a valid review and returns to Score.</w:t>
      </w:r>
    </w:p>
    <w:p>
      <w:pPr>
        <w:pStyle w:val="Heading4"/>
      </w:pPr>
      <w:r>
        <w:t>What to expect</w:t>
      </w:r>
    </w:p>
    <w:p>
      <w:pPr>
        <w:spacing w:after="120"/>
      </w:pPr>
      <w:r>
        <w:t>The note uses the selected tuning and capo. Enter advances by duration if Advance is checked. Chord tones can be gathered before Enter using Add chosen string and fret.</w:t>
      </w:r>
    </w:p>
    <w:p>
      <w:pPr>
        <w:pStyle w:val="Heading4"/>
      </w:pPr>
      <w:r>
        <w:t>If something is wrong</w:t>
      </w:r>
    </w:p>
    <w:p>
      <w:pPr>
        <w:spacing w:after="120"/>
      </w:pPr>
      <w:r>
        <w:t>TAB needs an explicit string and fret for every pitch. A normal F voicing may contain the same A4 on two different strings; those explicit string notes remain separate. A tie stays with its supplied string.</w:t>
      </w:r>
    </w:p>
    <w:p>
      <w:pPr>
        <w:pStyle w:val="Heading3"/>
      </w:pPr>
      <w:r>
        <w:t>Step 4 Optionally fill empty measures with a pattern</w:t>
      </w:r>
    </w:p>
    <w:p>
      <w:pPr>
        <w:pStyle w:val="Heading4"/>
      </w:pPr>
      <w:r>
        <w:t>What to do</w:t>
      </w:r>
    </w:p>
    <w:p>
      <w:pPr>
        <w:spacing w:after="120"/>
      </w:pPr>
      <w:r>
        <w:t>Skip this step if ordinary note entry is sufficient. Choose empty measures; a pattern cannot replace the occupied notes from Step 3. Insert measures with Score &gt; Measure tools first if needed, reviewing and applying that separate change. On Score, Tab to Guitar or ukulele pattern and press Space. Choose the ukulele part, empty target range and only strings 1 through 4. An optional eighth-note picking bar in 4/4 is 4 3 2 1 4 3 2 1. Tab to Preview change and press Space; Ctrl+Shift+Enter in the main composer applies a valid review.</w:t>
      </w:r>
    </w:p>
    <w:p>
      <w:pPr>
        <w:pStyle w:val="Heading4"/>
      </w:pPr>
      <w:r>
        <w:t>What to expect</w:t>
      </w:r>
    </w:p>
    <w:p>
      <w:pPr>
        <w:spacing w:after="120"/>
      </w:pPr>
      <w:r>
        <w:t>The review lists the actual played notes before applying. Occupied time is rejected. Lyrics are entered with notes or through Lyrics at selected note, not in the pattern window.</w:t>
      </w:r>
    </w:p>
    <w:p>
      <w:pPr>
        <w:pStyle w:val="Heading4"/>
      </w:pPr>
      <w:r>
        <w:t>If something is wrong</w:t>
      </w:r>
    </w:p>
    <w:p>
      <w:pPr>
        <w:spacing w:after="120"/>
      </w:pPr>
      <w:r>
        <w:t>Choose your own pattern if preferred. Pattern tools do not transcribe an original performance or establish a playable fingering. Review before Apply and save the project.</w:t>
      </w:r>
    </w:p>
    <w:p>
      <w:pPr>
        <w:pStyle w:val="Heading3"/>
      </w:pPr>
      <w:r>
        <w:t>Step 5 Save and export the ukulele score</w:t>
      </w:r>
    </w:p>
    <w:p>
      <w:pPr>
        <w:pStyle w:val="Heading4"/>
      </w:pPr>
      <w:r>
        <w:t>What to do</w:t>
      </w:r>
    </w:p>
    <w:p>
      <w:pPr>
        <w:spacing w:after="120"/>
      </w:pPr>
      <w:r>
        <w:t>Ctrl+S in the composer saves applied music and unfinished entry. Ctrl+Tab to Score, Tab to Export MusicXML and press Space for an applied score copy. To read a supplied high-G or low-G sample instead, save your project and Alt+Tab to the main SpeakTab reader; Ctrl+O opens its .musicxml file from Samples. To edit a sample, use Open project on Score and choose its matching .speaktabscore file, then Save project as for a personal copy.</w:t>
      </w:r>
    </w:p>
    <w:p>
      <w:pPr>
        <w:pStyle w:val="Heading4"/>
      </w:pPr>
      <w:r>
        <w:t>What to expect</w:t>
      </w:r>
    </w:p>
    <w:p>
      <w:pPr>
        <w:spacing w:after="120"/>
      </w:pPr>
      <w:r>
        <w:t>Ukulele pitches retain their actual sounding octaves; they do not receive the guitar octave transposition. The preview uses a plucked-string practice sound.</w:t>
      </w:r>
    </w:p>
    <w:p>
      <w:pPr>
        <w:pStyle w:val="Heading4"/>
      </w:pPr>
      <w:r>
        <w:t>If something is wrong</w:t>
      </w:r>
    </w:p>
    <w:p>
      <w:pPr>
        <w:spacing w:after="120"/>
      </w:pPr>
      <w:r>
        <w:t>Keep the editable project and check the exported score in the reader or another notation program. Check the exported notes, rhythm, tuning and written markings against your project before sharing it.</w:t>
      </w:r>
    </w:p>
    <w:p>
      <w:pPr>
        <w:pStyle w:val="Heading2"/>
      </w:pPr>
      <w:r>
        <w:t>Guided task 36 Compose for viola cello or string quartet</w:t>
      </w:r>
    </w:p>
    <w:p>
      <w:pPr>
        <w:spacing w:after="120"/>
      </w:pPr>
      <w:r>
        <w:t>Viola and cello are distinct parts with their own clefs and sounds. The reader opens existing structured parts; the composer writes or edits SpeakTab projects.</w:t>
      </w:r>
    </w:p>
    <w:p>
      <w:pPr>
        <w:pStyle w:val="Heading3"/>
      </w:pPr>
      <w:r>
        <w:t>Step 1 Choose a part or quartet</w:t>
      </w:r>
    </w:p>
    <w:p>
      <w:pPr>
        <w:pStyle w:val="Heading4"/>
      </w:pPr>
      <w:r>
        <w:t>What to do</w:t>
      </w:r>
    </w:p>
    <w:p>
      <w:pPr>
        <w:spacing w:after="120"/>
      </w:pPr>
      <w:r>
        <w:t>Ctrl+Shift+N in the reader opens the composer. Within the composer, Ctrl+Shift+N opens New score templates. Tab to Parts and use Up/Down to choose Viola, Cello or String quartet. Tab to Create score and press Space. To add either instrument to an existing project, Ctrl+Tab to Score, Tab to Add part and press Space; choose its instrument and preview and apply that part review.</w:t>
      </w:r>
    </w:p>
    <w:p>
      <w:pPr>
        <w:pStyle w:val="Heading4"/>
      </w:pPr>
      <w:r>
        <w:t>What to expect</w:t>
      </w:r>
    </w:p>
    <w:p>
      <w:pPr>
        <w:spacing w:after="120"/>
      </w:pPr>
      <w:r>
        <w:t>Viola starts in alto clef. Cello starts in bass clef. String quartet has Violin 1, Violin 2, Viola and Cello, each with its own part.</w:t>
      </w:r>
    </w:p>
    <w:p>
      <w:pPr>
        <w:pStyle w:val="Heading4"/>
      </w:pPr>
      <w:r>
        <w:t>If something is wrong</w:t>
      </w:r>
    </w:p>
    <w:p>
      <w:pPr>
        <w:spacing w:after="120"/>
      </w:pPr>
      <w:r>
        <w:t>New score asks before abandoning unsaved work. A quartet template supplies empty parts, not finished harmony.</w:t>
      </w:r>
    </w:p>
    <w:p>
      <w:pPr>
        <w:pStyle w:val="Heading3"/>
      </w:pPr>
      <w:r>
        <w:t>Step 2 Enter sounding notes and choose clefs</w:t>
      </w:r>
    </w:p>
    <w:p>
      <w:pPr>
        <w:pStyle w:val="Heading4"/>
      </w:pPr>
      <w:r>
        <w:t>What to do</w:t>
      </w:r>
    </w:p>
    <w:p>
      <w:pPr>
        <w:spacing w:after="120"/>
      </w:pPr>
      <w:r>
        <w:t>Set an optional part clef before entry: in the main composer Ctrl+Tab to Enter music, Tab to Entry part and choose the instrument. Ctrl+Tab to Score, Tab to Part settings and press Space. Choose Alto, Tenor, Treble or Bass as needed, then Preview change and Ctrl+Shift+Enter to apply. Skip that change to keep the template clef. Ctrl+E opens Enter notes; choose Part, starting Measure and Beat, pitch and Duration. Check Advance for successive notes. Enter records each ready note. When the passage is ready, Tab to Preview change and press Space. Enter notes closes and the main composer opens Review changes. Read the proposed music; Tab to Hear proposed score and press Space for an optional audition. Ctrl+Shift+Enter applies a valid review and returns to Score.</w:t>
      </w:r>
    </w:p>
    <w:p>
      <w:pPr>
        <w:pStyle w:val="Heading4"/>
      </w:pPr>
      <w:r>
        <w:t>What to expect</w:t>
      </w:r>
    </w:p>
    <w:p>
      <w:pPr>
        <w:spacing w:after="120"/>
      </w:pPr>
      <w:r>
        <w:t>C4 remains sounding middle C. Changing clef changes how pitches are written, without octave transposition. Viola normally uses alto; cello normally bass and may use tenor for a high passage in other editors. SpeakTab sets a part clef, not a clef change in the middle of a measure.</w:t>
      </w:r>
    </w:p>
    <w:p>
      <w:pPr>
        <w:pStyle w:val="Heading4"/>
      </w:pPr>
      <w:r>
        <w:t>If something is wrong</w:t>
      </w:r>
    </w:p>
    <w:p>
      <w:pPr>
        <w:spacing w:after="120"/>
      </w:pPr>
      <w:r>
        <w:t>A clef does not change the entered octave. Check the named part and next-position feedback. Use another rhythm line only for overlapping rhythms on the same staff.</w:t>
      </w:r>
    </w:p>
    <w:p>
      <w:pPr>
        <w:pStyle w:val="Heading3"/>
      </w:pPr>
      <w:r>
        <w:t>Step 3 Write bow finger or string markings</w:t>
      </w:r>
    </w:p>
    <w:p>
      <w:pPr>
        <w:pStyle w:val="Heading4"/>
      </w:pPr>
      <w:r>
        <w:t>What to do</w:t>
      </w:r>
    </w:p>
    <w:p>
      <w:pPr>
        <w:spacing w:after="120"/>
      </w:pPr>
      <w:r>
        <w:t>Apply the notes first. Ctrl+Tab to Score, Tab to Authored music in measure order and use Up/Down to select the event. Tab to String or harp markings and press Space. Tab to Bow direction and choose its mark. For a double stop or chord, select each pitch in Pitch to mark in this note or chord before setting Finger for this pitch and String for this pitch. Tab to Preview change and press Space; Ctrl+Shift+Enter in the composer applies the reviewed markings.</w:t>
      </w:r>
    </w:p>
    <w:p>
      <w:pPr>
        <w:pStyle w:val="Heading4"/>
      </w:pPr>
      <w:r>
        <w:t>What to expect</w:t>
      </w:r>
    </w:p>
    <w:p>
      <w:pPr>
        <w:spacing w:after="120"/>
      </w:pPr>
      <w:r>
        <w:t>Finger 0 marks an open string; Unspecified omits the mark. Viola strings 1–4 are A4 D4 G3 C3; cello strings 1–4 are A3 D3 G2 C2, highest string first. The numbers in the string selector are string numbers, not octaves.</w:t>
      </w:r>
    </w:p>
    <w:p>
      <w:pPr>
        <w:pStyle w:val="Heading4"/>
      </w:pPr>
      <w:r>
        <w:t>If something is wrong</w:t>
      </w:r>
    </w:p>
    <w:p>
      <w:pPr>
        <w:spacing w:after="120"/>
      </w:pPr>
      <w:r>
        <w:t>These are your written choices. The app does not calculate positions or certify playability. Presets such as arco and pizzicato write directions without synthesizing those techniques.</w:t>
      </w:r>
    </w:p>
    <w:p>
      <w:pPr>
        <w:pStyle w:val="Heading3"/>
      </w:pPr>
      <w:r>
        <w:t>Step 4 Use expression and save a working project</w:t>
      </w:r>
    </w:p>
    <w:p>
      <w:pPr>
        <w:pStyle w:val="Heading4"/>
      </w:pPr>
      <w:r>
        <w:t>What to do</w:t>
      </w:r>
    </w:p>
    <w:p>
      <w:pPr>
        <w:spacing w:after="120"/>
      </w:pPr>
      <w:r>
        <w:t>On Score, Tab to Expression over passage and press Space to add a supported slur, crescendo or diminuendo. Tab through its named fields and use Up/Down for choices. Tab to Preview change and press Space; Ctrl+Shift+Enter applies the valid review. Ctrl+S keeps the composition and unfinished entry. For sharing the applied score, Ctrl+Tab to Score, Tab to Export MusicXML and press Space.</w:t>
      </w:r>
    </w:p>
    <w:p>
      <w:pPr>
        <w:pStyle w:val="Heading4"/>
      </w:pPr>
      <w:r>
        <w:t>What to expect</w:t>
      </w:r>
    </w:p>
    <w:p>
      <w:pPr>
        <w:spacing w:after="120"/>
      </w:pPr>
      <w:r>
        <w:t>Viola and cello have separate local practice sounds. The XML retains their clefs, entered pitches and supported written markings.</w:t>
      </w:r>
    </w:p>
    <w:p>
      <w:pPr>
        <w:pStyle w:val="Heading4"/>
      </w:pPr>
      <w:r>
        <w:t>If something is wrong</w:t>
      </w:r>
    </w:p>
    <w:p>
      <w:pPr>
        <w:spacing w:after="120"/>
      </w:pPr>
      <w:r>
        <w:t>Vibrato, ornaments, grace-note authoring and advanced string techniques are not synthesized or automatically composed. Discard cancels a proposal; Undo reverses an applied change.</w:t>
      </w:r>
    </w:p>
    <w:p>
      <w:pPr>
        <w:pStyle w:val="Heading3"/>
      </w:pPr>
      <w:r>
        <w:t>Step 5 Read or edit the supplied examples</w:t>
      </w:r>
    </w:p>
    <w:p>
      <w:pPr>
        <w:pStyle w:val="Heading4"/>
      </w:pPr>
      <w:r>
        <w:t>What to do</w:t>
      </w:r>
    </w:p>
    <w:p>
      <w:pPr>
        <w:spacing w:after="120"/>
      </w:pPr>
      <w:r>
        <w:t>Save the project, then Alt+Tab to the main SpeakTab reader. Ctrl+O opens 12-Viola.musicxml, 13-Cello.musicxml or 14-String-quartet.musicxml from Samples. Ctrl+T selects a supplied part. To edit an example instead, return to the composer and use Open project on Score for its matching .speaktabscore file, then Save project as to keep a personal copy.</w:t>
      </w:r>
    </w:p>
    <w:p>
      <w:pPr>
        <w:pStyle w:val="Heading4"/>
      </w:pPr>
      <w:r>
        <w:t>What to expect</w:t>
      </w:r>
    </w:p>
    <w:p>
      <w:pPr>
        <w:spacing w:after="120"/>
      </w:pPr>
      <w:r>
        <w:t>The MusicXML opens directly in the reader. The project opens in the composer; use Save project as for your own copy. The same pieces also have notation PDFs.</w:t>
      </w:r>
    </w:p>
    <w:p>
      <w:pPr>
        <w:pStyle w:val="Heading4"/>
      </w:pPr>
      <w:r>
        <w:t>If something is wrong</w:t>
      </w:r>
    </w:p>
    <w:p>
      <w:pPr>
        <w:spacing w:after="120"/>
      </w:pPr>
      <w:r>
        <w:t>Downloaded cello or viola scores open in the reader; they do not become composer projects. PDF recognition can misread notation. Prefer the supplied XML to read these examples directly.</w:t>
      </w:r>
    </w:p>
    <w:p>
      <w:pPr>
        <w:pStyle w:val="Heading2"/>
      </w:pPr>
      <w:r>
        <w:t>Guided task 37 Compose drum kit unpitched percussion or timpani</w:t>
      </w:r>
    </w:p>
    <w:p>
      <w:pPr>
        <w:spacing w:after="120"/>
      </w:pPr>
      <w:r>
        <w:t>Unpitched drums use named sounds; timpani uses ordinary pitches. Steps 2 and 3 are for unpitched percussion. For Timpani, use the pitch-entry instructions in Step 2 and skip the simultaneous kit-hit example. Step 4 reviews and applies your chosen method. All can use rhythm and rests; preview is a practice approximation.</w:t>
      </w:r>
    </w:p>
    <w:p>
      <w:pPr>
        <w:pStyle w:val="Heading3"/>
      </w:pPr>
      <w:r>
        <w:t>Step 1 Choose drum kit or timpani</w:t>
      </w:r>
    </w:p>
    <w:p>
      <w:pPr>
        <w:pStyle w:val="Heading4"/>
      </w:pPr>
      <w:r>
        <w:t>What to do</w:t>
      </w:r>
    </w:p>
    <w:p>
      <w:pPr>
        <w:spacing w:after="120"/>
      </w:pPr>
      <w:r>
        <w:t>Ctrl+Shift+N in the reader opens the composer. Within the composer, Ctrl+Shift+N opens New score templates. Tab to Parts and use Up/Down to choose Drum kit or unpitched percussion, Piano and drum kit, or Timpani. Tab to Create score and press Space. On Score, Add part also offers Percussion for unpitched sounds and Timpani for pitched notes; reach that button with Tab and Space.</w:t>
      </w:r>
    </w:p>
    <w:p>
      <w:pPr>
        <w:pStyle w:val="Heading4"/>
      </w:pPr>
      <w:r>
        <w:t>What to expect</w:t>
      </w:r>
    </w:p>
    <w:p>
      <w:pPr>
        <w:spacing w:after="120"/>
      </w:pPr>
      <w:r>
        <w:t>Unpitched percussion uses a percussion clef and named sounds. Timpani uses bass clef, ordinary pitches and its own practice sound.</w:t>
      </w:r>
    </w:p>
    <w:p>
      <w:pPr>
        <w:pStyle w:val="Heading4"/>
      </w:pPr>
      <w:r>
        <w:t>If something is wrong</w:t>
      </w:r>
    </w:p>
    <w:p>
      <w:pPr>
        <w:spacing w:after="120"/>
      </w:pPr>
      <w:r>
        <w:t>Changing Instrument checks existing events rather than silently converting drum sounds to pitches or pitches to drums. Keep separate parts when combining the two.</w:t>
      </w:r>
    </w:p>
    <w:p>
      <w:pPr>
        <w:pStyle w:val="Heading3"/>
      </w:pPr>
      <w:r>
        <w:t>Step 2 Choose the part and enter its sound or pitch</w:t>
      </w:r>
    </w:p>
    <w:p>
      <w:pPr>
        <w:pStyle w:val="Heading4"/>
      </w:pPr>
      <w:r>
        <w:t>What to do</w:t>
      </w:r>
    </w:p>
    <w:p>
      <w:pPr>
        <w:spacing w:after="120"/>
      </w:pPr>
      <w:r>
        <w:t>Press Ctrl+E. In Enter notes, Tab to Part and choose Drum kit or the named Percussion part for unpitched hits. Piano and drum kit starts with Piano selected, so change Part first. Set Measure, Beat and Duration; check Advance for successive events. For Percussion choose Percussion sound, such as Acoustic Snare or Bass Drum 1, then Enter. For Timpani choose that part and use Pitch letter, accidental and octave instead, such as D2 or A2, then Enter.</w:t>
      </w:r>
    </w:p>
    <w:p>
      <w:pPr>
        <w:pStyle w:val="Heading4"/>
      </w:pPr>
      <w:r>
        <w:t>What to expect</w:t>
      </w:r>
    </w:p>
    <w:p>
      <w:pPr>
        <w:spacing w:after="120"/>
      </w:pPr>
      <w:r>
        <w:t>The hit or pitched note joins the waiting list. Next note position advances by duration when Advance is checked. Pitch-letter controls are hidden only for unpitched percussion. Named hits follow General MIDI assignments.</w:t>
      </w:r>
    </w:p>
    <w:p>
      <w:pPr>
        <w:pStyle w:val="Heading4"/>
      </w:pPr>
      <w:r>
        <w:t>If something is wrong</w:t>
      </w:r>
    </w:p>
    <w:p>
      <w:pPr>
        <w:spacing w:after="120"/>
      </w:pPr>
      <w:r>
        <w:t>A written duration sets the rhythm; it does not automatically make a roll or repeated strikes. Choose a rest with This is a rest. Leave unsupported sounds for a written direction rather than inventing a pitch.</w:t>
      </w:r>
    </w:p>
    <w:p>
      <w:pPr>
        <w:pStyle w:val="Heading3"/>
      </w:pPr>
      <w:r>
        <w:t>Step 3 Gather simultaneous kit hits</w:t>
      </w:r>
    </w:p>
    <w:p>
      <w:pPr>
        <w:pStyle w:val="Heading4"/>
      </w:pPr>
      <w:r>
        <w:t>What to do</w:t>
      </w:r>
    </w:p>
    <w:p>
      <w:pPr>
        <w:spacing w:after="120"/>
      </w:pPr>
      <w:r>
        <w:t>Choose a sound and activate Add this percussion sound to simultaneous hits. Repeat for each sound that starts at that same position, then Enter once. In Edit selected event, the notes box lists one named sound per line. In Enter notes, Tab to Add this percussion sound to simultaneous hits and press Space for each sound; Enter records the complete group.</w:t>
      </w:r>
    </w:p>
    <w:p>
      <w:pPr>
        <w:pStyle w:val="Heading4"/>
      </w:pPr>
      <w:r>
        <w:t>What to expect</w:t>
      </w:r>
    </w:p>
    <w:p>
      <w:pPr>
        <w:spacing w:after="120"/>
      </w:pPr>
      <w:r>
        <w:t>For an optional example, Bass Drum 1 and Closed Hi-Hat together produce two simultaneous hits. The position advances only when Enter records the group.</w:t>
      </w:r>
    </w:p>
    <w:p>
      <w:pPr>
        <w:pStyle w:val="Heading4"/>
      </w:pPr>
      <w:r>
        <w:t>If something is wrong</w:t>
      </w:r>
    </w:p>
    <w:p>
      <w:pPr>
        <w:spacing w:after="120"/>
      </w:pPr>
      <w:r>
        <w:t>Adding the same sound twice is rejected. Use another rhythm line only when hits overlap with different written lengths. Edit or clear the waiting list before preview if the group is wrong.</w:t>
      </w:r>
    </w:p>
    <w:p>
      <w:pPr>
        <w:pStyle w:val="Heading3"/>
      </w:pPr>
      <w:r>
        <w:t>Step 4 Review and apply the entered passage</w:t>
      </w:r>
    </w:p>
    <w:p>
      <w:pPr>
        <w:pStyle w:val="Heading4"/>
      </w:pPr>
      <w:r>
        <w:t>What to do</w:t>
      </w:r>
    </w:p>
    <w:p>
      <w:pPr>
        <w:spacing w:after="120"/>
      </w:pPr>
      <w:r>
        <w:t>After entering your notes, rests or simultaneous hit groups, Tab to Preview change and press Space. Enter notes closes and the main composer opens Review changes. Read the proposed music; Tab to Hear proposed score and press Space for an optional audition. Ctrl+Shift+Enter applies a valid review and returns to Score. Typed percussion phrases are a separate alternative in the manual’s percussion language reference; do not enter the same passage again over occupied time.</w:t>
      </w:r>
    </w:p>
    <w:p>
      <w:pPr>
        <w:pStyle w:val="Heading4"/>
      </w:pPr>
      <w:r>
        <w:t>What to expect</w:t>
      </w:r>
    </w:p>
    <w:p>
      <w:pPr>
        <w:spacing w:after="120"/>
      </w:pPr>
      <w:r>
        <w:t>Unpitched sounds keep their named sound assignments; timpani stays pitched. The applied events are available on Score for editing, saving or export.</w:t>
      </w:r>
    </w:p>
    <w:p>
      <w:pPr>
        <w:pStyle w:val="Heading4"/>
      </w:pPr>
      <w:r>
        <w:t>If something is wrong</w:t>
      </w:r>
    </w:p>
    <w:p>
      <w:pPr>
        <w:spacing w:after="120"/>
      </w:pPr>
      <w:r>
        <w:t>Discard proposal retains the applied score and unfinished entry; Ctrl+E resumes entry. Rolls, flams, rudiments, specialized sticking and timpani pedal changes are not automatically expanded or synthesized.</w:t>
      </w:r>
    </w:p>
    <w:p>
      <w:pPr>
        <w:pStyle w:val="Heading3"/>
      </w:pPr>
      <w:r>
        <w:t>Step 5 Save review and export</w:t>
      </w:r>
    </w:p>
    <w:p>
      <w:pPr>
        <w:pStyle w:val="Heading4"/>
      </w:pPr>
      <w:r>
        <w:t>What to do</w:t>
      </w:r>
    </w:p>
    <w:p>
      <w:pPr>
        <w:spacing w:after="120"/>
      </w:pPr>
      <w:r>
        <w:t>After Step 4 has applied the intended passage, Ctrl+S saves the project and any remaining unfinished choices. Ctrl+Tab to Score, Tab to Export MusicXML and press Space. The export includes applied unpitched notes with sound assignments, or pitched timpani notes. It does not apply unfinished entry for you.</w:t>
      </w:r>
    </w:p>
    <w:p>
      <w:pPr>
        <w:pStyle w:val="Heading4"/>
      </w:pPr>
      <w:r>
        <w:t>What to expect</w:t>
      </w:r>
    </w:p>
    <w:p>
      <w:pPr>
        <w:spacing w:after="120"/>
      </w:pPr>
      <w:r>
        <w:t>The reader retains the drum names and supplied rhythm. It does not announce a snare as a falsely pitched note. Each sound has its own export assignment; timpani remains pitched.</w:t>
      </w:r>
    </w:p>
    <w:p>
      <w:pPr>
        <w:pStyle w:val="Heading4"/>
      </w:pPr>
      <w:r>
        <w:t>If something is wrong</w:t>
      </w:r>
    </w:p>
    <w:p>
      <w:pPr>
        <w:spacing w:after="120"/>
      </w:pPr>
      <w:r>
        <w:t>Check the named drum sounds or timpani pitches and their written rhythm in the reader. Play a short passage to check your chosen sounds, then save the project alongside the exported score.</w:t>
      </w:r>
    </w:p>
    <w:p>
      <w:pPr>
        <w:pStyle w:val="Heading3"/>
      </w:pPr>
      <w:r>
        <w:t>Step 6 Read an example or edit a copy</w:t>
      </w:r>
    </w:p>
    <w:p>
      <w:pPr>
        <w:pStyle w:val="Heading4"/>
      </w:pPr>
      <w:r>
        <w:t>What to do</w:t>
      </w:r>
    </w:p>
    <w:p>
      <w:pPr>
        <w:spacing w:after="120"/>
      </w:pPr>
      <w:r>
        <w:t>Save your project, then Alt+Tab to the main SpeakTab reader. Ctrl+O opens Samples/15-Drum-kit.musicxml or 16-Timpani.musicxml without editing. To edit a sample instead, use Open project on Score in the composer for the matching .speaktabscore file, then Save project as for a personal copy.</w:t>
      </w:r>
    </w:p>
    <w:p>
      <w:pPr>
        <w:pStyle w:val="Heading4"/>
      </w:pPr>
      <w:r>
        <w:t>What to expect</w:t>
      </w:r>
    </w:p>
    <w:p>
      <w:pPr>
        <w:spacing w:after="120"/>
      </w:pPr>
      <w:r>
        <w:t>MusicXML gives direct supplied notes or hits. The project can be changed and saved as a personal copy. Matching PDFs are printed references and optional recognition experiments.</w:t>
      </w:r>
    </w:p>
    <w:p>
      <w:pPr>
        <w:pStyle w:val="Heading4"/>
      </w:pPr>
      <w:r>
        <w:t>If something is wrong</w:t>
      </w:r>
    </w:p>
    <w:p>
      <w:pPr>
        <w:spacing w:after="120"/>
      </w:pPr>
      <w:r>
        <w:t>No composing or Apply step is required to read the original example. PDF recognition may lose drum mapping or rhythm. You can reopen the matching MusicXML for its accessible notes, or seek help with anything that seems wrong.</w:t>
      </w:r>
    </w:p>
    <w:p>
      <w:pPr>
        <w:pStyle w:val="Heading1"/>
      </w:pPr>
      <w:r>
        <w:t>Reader and general control reference</w:t>
      </w:r>
    </w:p>
    <w:p>
      <w:pPr>
        <w:widowControl/>
      </w:pPr>
      <w:r>
        <w:t>Use this section when you encounter a field or button during a task. Purpose explains why it is there. How to use it names the relevant action or entry. Choices explains the musical meaning. Result explains the next screen or state. Recovery explains cancellation or correction. Related fields with identical musical scope share one entry; their exact labels appear in the entry.</w:t>
      </w:r>
    </w:p>
    <w:p>
      <w:pPr>
        <w:pStyle w:val="Heading2"/>
        <w:widowControl/>
      </w:pPr>
      <w:r>
        <w:t>Main music reader</w:t>
      </w:r>
    </w:p>
    <w:p>
      <w:pPr>
        <w:pStyle w:val="Heading3"/>
        <w:widowControl/>
      </w:pPr>
      <w:r>
        <w:t>Notes and chords</w:t>
      </w:r>
    </w:p>
    <w:p>
      <w:pPr>
        <w:widowControl/>
      </w:pPr>
      <w:r>
        <w:t>Control labels: Notes and chords.</w:t>
      </w:r>
    </w:p>
    <w:p>
      <w:pPr>
        <w:widowControl/>
      </w:pPr>
      <w:r>
        <w:t>Purpose: The main reader's list of musical positions. Use it to find out what is written at the current moment in the selected part.</w:t>
      </w:r>
    </w:p>
    <w:p>
      <w:pPr>
        <w:widowControl/>
      </w:pPr>
      <w:r>
        <w:t>How to use it: Press Ctrl+2. Left/Right moves through musical time. Up/Down inspects simultaneous notes, strings or lyric rows. F3 opens the complete detail for that position.</w:t>
      </w:r>
    </w:p>
    <w:p>
      <w:pPr>
        <w:widowControl/>
      </w:pPr>
      <w:r>
        <w:t>What the choices mean: A position can contain several notes sounding together. Its measure and beat describe where it occurs. A label or inferred chord is not a substitute for the supplied notes.</w:t>
      </w:r>
    </w:p>
    <w:p>
      <w:pPr>
        <w:widowControl/>
      </w:pPr>
      <w:r>
        <w:t>What happens next: Navigation changes the selected reading position. It does not edit the original score or automatically start playback.</w:t>
      </w:r>
    </w:p>
    <w:p>
      <w:pPr>
        <w:widowControl/>
      </w:pPr>
      <w:r>
        <w:t>Correct or cancel: Ctrl+2 returns here after other reader controls. Ctrl+Home returns to the first available note group; Ctrl+G jumps to a supplied measure.</w:t>
      </w:r>
    </w:p>
    <w:p>
      <w:pPr>
        <w:pStyle w:val="Heading3"/>
        <w:widowControl/>
      </w:pPr>
      <w:r>
        <w:t>Music source or score summary</w:t>
      </w:r>
    </w:p>
    <w:p>
      <w:pPr>
        <w:widowControl/>
      </w:pPr>
      <w:r>
        <w:t>Control labels: Music source or score summary.</w:t>
      </w:r>
    </w:p>
    <w:p>
      <w:pPr>
        <w:widowControl/>
      </w:pPr>
      <w:r>
        <w:t>Purpose: Shows retained source text or information about the imported score. Use it to compare the accessible reading with what was supplied.</w:t>
      </w:r>
    </w:p>
    <w:p>
      <w:pPr>
        <w:widowControl/>
      </w:pPr>
      <w:r>
        <w:t>How to use it: Press Ctrl+1 to reveal and focus it. Read using normal text or Braille navigation. Ctrl+2 returns to the music list.</w:t>
      </w:r>
    </w:p>
    <w:p>
      <w:pPr>
        <w:widowControl/>
      </w:pPr>
      <w:r>
        <w:t>What the choices mean: Imported structured summaries can be read-only. An editable text-tab source can be pasted or revised and explicitly read with the reader's text-import action. This box is different from the composer's description field.</w:t>
      </w:r>
    </w:p>
    <w:p>
      <w:pPr>
        <w:widowControl/>
      </w:pPr>
      <w:r>
        <w:t>What happens next: Reading source information does not rewrite the original. Import warnings explain what the reader could recover.</w:t>
      </w:r>
    </w:p>
    <w:p>
      <w:pPr>
        <w:widowControl/>
      </w:pPr>
      <w:r>
        <w:t>Correct or cancel: Return to the score with Ctrl+2. Keep the original whenever recognition or AI recovery is uncertain.</w:t>
      </w:r>
    </w:p>
    <w:p>
      <w:pPr>
        <w:pStyle w:val="Heading3"/>
        <w:widowControl/>
      </w:pPr>
      <w:r>
        <w:t>Full description of current beat</w:t>
      </w:r>
    </w:p>
    <w:p>
      <w:pPr>
        <w:widowControl/>
      </w:pPr>
      <w:r>
        <w:t>Control labels: Full description of current beat; Compact string-fret explanation; Concise explanation of current notes.</w:t>
      </w:r>
    </w:p>
    <w:p>
      <w:pPr>
        <w:widowControl/>
      </w:pPr>
      <w:r>
        <w:t>Purpose: Collects details of the selected reading position in text you can inspect at your own pace.</w:t>
      </w:r>
    </w:p>
    <w:p>
      <w:pPr>
        <w:widowControl/>
      </w:pPr>
      <w:r>
        <w:t>How to use it: In the reader, select the musical position to inspect and press F3. Focus moves to the beginning of the read-only Full description text area. Read with screen-reader text commands or Braille. Ctrl+2 or Escape returns to the same score position.</w:t>
      </w:r>
    </w:p>
    <w:p>
      <w:pPr>
        <w:widowControl/>
      </w:pPr>
      <w:r>
        <w:t>What the choices mean: The text collects supplied notes, durations, guitar strings and frets where present, rests, lyrics and written markings. With known written timing it includes notes still sounding from earlier beats. F3 supplies full detail even in concise or compact mode without changing that preference.</w:t>
      </w:r>
    </w:p>
    <w:p>
      <w:pPr>
        <w:widowControl/>
      </w:pPr>
      <w:r>
        <w:t>What happens next: The selected measure and beat stay unchanged. F3 does not start playback, edit notes or request AI. Ordinary arrows here read the text rather than moving through music.</w:t>
      </w:r>
    </w:p>
    <w:p>
      <w:pPr>
        <w:widowControl/>
      </w:pPr>
      <w:r>
        <w:t>Correct or cancel: Press Ctrl+2 to focus the notes before using Left/Right to move to another musical position. Ctrl+3 instead uses the current reading style. Missing details cannot be reconstructed by F3.</w:t>
      </w:r>
    </w:p>
    <w:p>
      <w:pPr>
        <w:pStyle w:val="Heading3"/>
        <w:widowControl/>
      </w:pPr>
      <w:r>
        <w:t>Measure selector</w:t>
      </w:r>
    </w:p>
    <w:p>
      <w:pPr>
        <w:widowControl/>
      </w:pPr>
      <w:r>
        <w:t>Control labels: Measure selector; Bar or measure number.</w:t>
      </w:r>
    </w:p>
    <w:p>
      <w:pPr>
        <w:widowControl/>
      </w:pPr>
      <w:r>
        <w:t>Purpose: Chooses a supplied source measure to inspect in the reader. This is navigation, not adding measures to a composition.</w:t>
      </w:r>
    </w:p>
    <w:p>
      <w:pPr>
        <w:widowControl/>
      </w:pPr>
      <w:r>
        <w:t>How to use it: Ctrl+M focuses the measure selector. Ctrl+G focuses the jump field; enter an existing measure number and activate Jump.</w:t>
      </w:r>
    </w:p>
    <w:p>
      <w:pPr>
        <w:widowControl/>
      </w:pPr>
      <w:r>
        <w:t>What the choices mean: Source measure numbers are retained. Empty measures can be skipped during ordinary navigation without renumbering the source.</w:t>
      </w:r>
    </w:p>
    <w:p>
      <w:pPr>
        <w:widowControl/>
      </w:pPr>
      <w:r>
        <w:t>What happens next: The reader moves to the requested measure when it exists. Missing or unsupported numbers are reported instead of creating music.</w:t>
      </w:r>
    </w:p>
    <w:p>
      <w:pPr>
        <w:widowControl/>
      </w:pPr>
      <w:r>
        <w:t>Correct or cancel: Choose another measure or Ctrl+2 to return to the score. A composer's Score settings is the separate control for changing a new piece's length.</w:t>
      </w:r>
    </w:p>
    <w:p>
      <w:pPr>
        <w:pStyle w:val="Heading3"/>
        <w:widowControl/>
      </w:pPr>
      <w:r>
        <w:t>Reader status</w:t>
      </w:r>
    </w:p>
    <w:p>
      <w:pPr>
        <w:widowControl/>
      </w:pPr>
      <w:r>
        <w:t>Control labels: Reader status.</w:t>
      </w:r>
    </w:p>
    <w:p>
      <w:pPr>
        <w:widowControl/>
      </w:pPr>
      <w:r>
        <w:t>Purpose: Reports the result of the last reader action or an important problem.</w:t>
      </w:r>
    </w:p>
    <w:p>
      <w:pPr>
        <w:widowControl/>
      </w:pPr>
      <w:r>
        <w:t>How to use it: Choose Navigate &gt; Reader status when you need to read the full message. For a failed import, note the file, part and reported reason.</w:t>
      </w:r>
    </w:p>
    <w:p>
      <w:pPr>
        <w:widowControl/>
      </w:pPr>
      <w:r>
        <w:t>What the choices mean: Status can report a selected loop, restored position, source warning, completed save or connection state. A successful import does not prove all notes are accurate.</w:t>
      </w:r>
    </w:p>
    <w:p>
      <w:pPr>
        <w:widowControl/>
      </w:pPr>
      <w:r>
        <w:t>What happens next: Reading this box performs no musical or connected action.</w:t>
      </w:r>
    </w:p>
    <w:p>
      <w:pPr>
        <w:widowControl/>
      </w:pPr>
      <w:r>
        <w:t>Correct or cancel: Ctrl+2 returns to the score. Correct the reported issue or keep the original and choose a different supported route.</w:t>
      </w:r>
    </w:p>
    <w:p>
      <w:pPr>
        <w:pStyle w:val="Heading2"/>
        <w:widowControl/>
      </w:pPr>
      <w:r>
        <w:t>Guided tutorial window</w:t>
      </w:r>
    </w:p>
    <w:p>
      <w:pPr>
        <w:pStyle w:val="Heading3"/>
        <w:widowControl/>
      </w:pPr>
      <w:r>
        <w:t>Tutorial topics</w:t>
      </w:r>
    </w:p>
    <w:p>
      <w:pPr>
        <w:widowControl/>
      </w:pPr>
      <w:r>
        <w:t>Control labels: Tutorial topics.</w:t>
      </w:r>
    </w:p>
    <w:p>
      <w:pPr>
        <w:widowControl/>
      </w:pPr>
      <w:r>
        <w:t>Purpose: Lists the learning tasks. Selecting one displays its first step without changing your music.</w:t>
      </w:r>
    </w:p>
    <w:p>
      <w:pPr>
        <w:widowControl/>
      </w:pPr>
      <w:r>
        <w:t>How to use it: Use Up/Down Arrow to choose a topic, then Tab to the displayed instruction. Start with the first reading lesson or the first composing lesson if those tasks are new to you.</w:t>
      </w:r>
    </w:p>
    <w:p>
      <w:pPr>
        <w:widowControl/>
      </w:pPr>
      <w:r>
        <w:t>What the choices mean: Next step moves within the selected task. Next lesson changes to another topic. Show whole lesson provides the complete reference text.</w:t>
      </w:r>
    </w:p>
    <w:p>
      <w:pPr>
        <w:widowControl/>
      </w:pPr>
      <w:r>
        <w:t>What happens next: The tutorial stays open while you switch back to the reader or composer with Alt+Tab. Completion is not detected automatically.</w:t>
      </w:r>
    </w:p>
    <w:p>
      <w:pPr>
        <w:widowControl/>
      </w:pPr>
      <w:r>
        <w:t>Correct or cancel: Choose another topic, or Escape to close tutorials and return to your work.</w:t>
      </w:r>
    </w:p>
    <w:p>
      <w:pPr>
        <w:pStyle w:val="Heading3"/>
        <w:widowControl/>
      </w:pPr>
      <w:r>
        <w:t>Tutorial steps</w:t>
      </w:r>
    </w:p>
    <w:p>
      <w:pPr>
        <w:widowControl/>
      </w:pPr>
      <w:r>
        <w:t>Control labels: Tutorial steps.</w:t>
      </w:r>
    </w:p>
    <w:p>
      <w:pPr>
        <w:widowControl/>
      </w:pPr>
      <w:r>
        <w:t>Purpose: Shows the instruction for the selected lesson and step. It is read-only reference text, not a place to type music.</w:t>
      </w:r>
    </w:p>
    <w:p>
      <w:pPr>
        <w:widowControl/>
      </w:pPr>
      <w:r>
        <w:t>How to use it: Read the action and its expected result. Use Alt+Tab to reach the reader or composer before performing that action, then return here when ready for the next step.</w:t>
      </w:r>
    </w:p>
    <w:p>
      <w:pPr>
        <w:widowControl/>
      </w:pPr>
      <w:r>
        <w:t>What the choices mean: Show whole lesson displays every step at once. Read displayed text is optional local Windows speech.</w:t>
      </w:r>
    </w:p>
    <w:p>
      <w:pPr>
        <w:widowControl/>
      </w:pPr>
      <w:r>
        <w:t>What happens next: Reading instructions does not operate the app or alter your score.</w:t>
      </w:r>
    </w:p>
    <w:p>
      <w:pPr>
        <w:widowControl/>
      </w:pPr>
      <w:r>
        <w:t>Correct or cancel: Previous step repeats an earlier instruction. Escape closes the reference window.</w:t>
      </w:r>
    </w:p>
    <w:p>
      <w:pPr>
        <w:pStyle w:val="Heading3"/>
        <w:widowControl/>
      </w:pPr>
      <w:r>
        <w:t>Next step</w:t>
      </w:r>
    </w:p>
    <w:p>
      <w:pPr>
        <w:widowControl/>
      </w:pPr>
      <w:r>
        <w:t>Control labels: Next step; Previous step.</w:t>
      </w:r>
    </w:p>
    <w:p>
      <w:pPr>
        <w:widowControl/>
      </w:pPr>
      <w:r>
        <w:t>Purpose: Moves forward or backward within the current tutorial task.</w:t>
      </w:r>
    </w:p>
    <w:p>
      <w:pPr>
        <w:widowControl/>
      </w:pPr>
      <w:r>
        <w:t>How to use it: Activate Next step only when ready to read the following instruction. Previous step lets you review the earlier one.</w:t>
      </w:r>
    </w:p>
    <w:p>
      <w:pPr>
        <w:widowControl/>
      </w:pPr>
      <w:r>
        <w:t>What the choices mean: Previous step returns to the earlier instruction. Next step is unavailable at the last step of a lesson.</w:t>
      </w:r>
    </w:p>
    <w:p>
      <w:pPr>
        <w:widowControl/>
      </w:pPr>
      <w:r>
        <w:t>What happens next: The instruction text changes and focus moves to its beginning. Any local tutorial audio stops before the step changes.</w:t>
      </w:r>
    </w:p>
    <w:p>
      <w:pPr>
        <w:widowControl/>
      </w:pPr>
      <w:r>
        <w:t>Correct or cancel: Go back with Previous step. Use Next lesson or the topic list when you want a different subject.</w:t>
      </w:r>
    </w:p>
    <w:p>
      <w:pPr>
        <w:pStyle w:val="Heading3"/>
        <w:widowControl/>
      </w:pPr>
      <w:r>
        <w:t>Show whole lesson</w:t>
      </w:r>
    </w:p>
    <w:p>
      <w:pPr>
        <w:widowControl/>
      </w:pPr>
      <w:r>
        <w:t>Control labels: Show whole lesson.</w:t>
      </w:r>
    </w:p>
    <w:p>
      <w:pPr>
        <w:widowControl/>
      </w:pPr>
      <w:r>
        <w:t>Purpose: Switches between one-step guidance and the complete lesson text.</w:t>
      </w:r>
    </w:p>
    <w:p>
      <w:pPr>
        <w:widowControl/>
      </w:pPr>
      <w:r>
        <w:t>How to use it: Press Space to check or uncheck the box. Leave it unchecked for one instruction at a time; check it when you want the whole explanation for reference or copying an example.</w:t>
      </w:r>
    </w:p>
    <w:p>
      <w:pPr>
        <w:widowControl/>
      </w:pPr>
      <w:r>
        <w:t>What the choices mean: Step buttons are used in one-step view. Lesson selection and optional read-aloud remain separate.</w:t>
      </w:r>
    </w:p>
    <w:p>
      <w:pPr>
        <w:widowControl/>
      </w:pPr>
      <w:r>
        <w:t>What happens next: The displayed reference text changes. No notes are entered and no microphone starts.</w:t>
      </w:r>
    </w:p>
    <w:p>
      <w:pPr>
        <w:widowControl/>
      </w:pPr>
      <w:r>
        <w:t>Correct or cancel: Uncheck it to return to your current step. Closing tutorials leaves your music alone.</w:t>
      </w:r>
    </w:p>
    <w:p>
      <w:pPr>
        <w:pStyle w:val="Heading3"/>
        <w:widowControl/>
      </w:pPr>
      <w:r>
        <w:t>Read displayed text</w:t>
      </w:r>
    </w:p>
    <w:p>
      <w:pPr>
        <w:widowControl/>
      </w:pPr>
      <w:r>
        <w:t>Control labels: Read displayed text.</w:t>
      </w:r>
    </w:p>
    <w:p>
      <w:pPr>
        <w:widowControl/>
      </w:pPr>
      <w:r>
        <w:t>Purpose: Reads the text currently displayed in this reference window with local Windows speech.</w:t>
      </w:r>
    </w:p>
    <w:p>
      <w:pPr>
        <w:widowControl/>
      </w:pPr>
      <w:r>
        <w:t>How to use it: Activate it if you want spoken tutorial instructions in addition to your screen reader or Braille display. Use Stop audio to interrupt.</w:t>
      </w:r>
    </w:p>
    <w:p>
      <w:pPr>
        <w:widowControl/>
      </w:pPr>
      <w:r>
        <w:t>What the choices mean: In one-step view it reads that step. In whole-lesson view it reads the full lesson. It does not use connected AI or record your voice.</w:t>
      </w:r>
    </w:p>
    <w:p>
      <w:pPr>
        <w:widowControl/>
      </w:pPr>
      <w:r>
        <w:t>What happens next: Audio starts only when requested. Changing step, changing lesson or closing this window stops its audio.</w:t>
      </w:r>
    </w:p>
    <w:p>
      <w:pPr>
        <w:widowControl/>
      </w:pPr>
      <w:r>
        <w:t>Correct or cancel: Use Stop audio. The written instructions remain available after audio ends.</w:t>
      </w:r>
    </w:p>
    <w:p>
      <w:pPr>
        <w:pStyle w:val="Heading3"/>
        <w:widowControl/>
      </w:pPr>
      <w:r>
        <w:t>Next tutorial</w:t>
      </w:r>
    </w:p>
    <w:p>
      <w:pPr>
        <w:widowControl/>
      </w:pPr>
      <w:r>
        <w:t>Control labels: Next tutorial; Previous tutorial; Next lesson; Previous lesson.</w:t>
      </w:r>
    </w:p>
    <w:p>
      <w:pPr>
        <w:widowControl/>
      </w:pPr>
      <w:r>
        <w:t>Purpose: Chooses the following or preceding tutorial topic, starting at its first step.</w:t>
      </w:r>
    </w:p>
    <w:p>
      <w:pPr>
        <w:widowControl/>
      </w:pPr>
      <w:r>
        <w:t>How to use it: Use these when you have finished a task or want another subject. Use Next step for the next instruction within the current task.</w:t>
      </w:r>
    </w:p>
    <w:p>
      <w:pPr>
        <w:widowControl/>
      </w:pPr>
      <w:r>
        <w:t>What the choices mean: The lesson title identifies the task. The step counter identifies your place inside it.</w:t>
      </w:r>
    </w:p>
    <w:p>
      <w:pPr>
        <w:widowControl/>
      </w:pPr>
      <w:r>
        <w:t>What happens next: The selected topic and displayed instructions change; music is not opened, edited or played.</w:t>
      </w:r>
    </w:p>
    <w:p>
      <w:pPr>
        <w:widowControl/>
      </w:pPr>
      <w:r>
        <w:t>Correct or cancel: Select the previous lesson or choose a topic directly from the list.</w:t>
      </w:r>
    </w:p>
    <w:p>
      <w:pPr>
        <w:pStyle w:val="Heading2"/>
        <w:widowControl/>
      </w:pPr>
      <w:r>
        <w:t>Reader playback settings</w:t>
      </w:r>
    </w:p>
    <w:p>
      <w:pPr>
        <w:pStyle w:val="Heading3"/>
        <w:widowControl/>
      </w:pPr>
      <w:r>
        <w:t>Instrument sound for this reading</w:t>
      </w:r>
    </w:p>
    <w:p>
      <w:pPr>
        <w:widowControl/>
      </w:pPr>
      <w:r>
        <w:t>Control labels: Instrument sound for this reading.</w:t>
      </w:r>
    </w:p>
    <w:p>
      <w:pPr>
        <w:widowControl/>
      </w:pPr>
      <w:r>
        <w:t>Purpose: Chooses the local timbre used to preview this reading.</w:t>
      </w:r>
    </w:p>
    <w:p>
      <w:pPr>
        <w:widowControl/>
      </w:pPr>
      <w:r>
        <w:t>How to use it: Select Automatic to use the source instrument, or a named sound to override it.</w:t>
      </w:r>
    </w:p>
    <w:p>
      <w:pPr>
        <w:widowControl/>
      </w:pPr>
      <w:r>
        <w:t>What the choices mean: The choice affects sound rather than written notation, pitches, fingerings or the existence of notes.</w:t>
      </w:r>
    </w:p>
    <w:p>
      <w:pPr>
        <w:widowControl/>
      </w:pPr>
      <w:r>
        <w:t>What happens next: After Apply the next playback uses this choice. A rest-only part remains silent.</w:t>
      </w:r>
    </w:p>
    <w:p>
      <w:pPr>
        <w:widowControl/>
      </w:pPr>
      <w:r>
        <w:t>Correct or cancel: Apply confirms these playback settings. Cancel leaves the earlier values. Save the reader arrangement with Ctrl+S if you want to retain its practice setup.</w:t>
      </w:r>
    </w:p>
    <w:p>
      <w:pPr>
        <w:pStyle w:val="Heading3"/>
        <w:widowControl/>
      </w:pPr>
      <w:r>
        <w:t>Playback speed percent</w:t>
      </w:r>
    </w:p>
    <w:p>
      <w:pPr>
        <w:widowControl/>
      </w:pPr>
      <w:r>
        <w:t>Control labels: Playback speed percent.</w:t>
      </w:r>
    </w:p>
    <w:p>
      <w:pPr>
        <w:widowControl/>
      </w:pPr>
      <w:r>
        <w:t>Purpose: Scales playback relative to the current score or practice tempo.</w:t>
      </w:r>
    </w:p>
    <w:p>
      <w:pPr>
        <w:widowControl/>
      </w:pPr>
      <w:r>
        <w:t>How to use it: Use 100 for normal, 50 for half-speed, or another offered percentage from 25 to 200.</w:t>
      </w:r>
    </w:p>
    <w:p>
      <w:pPr>
        <w:widowControl/>
      </w:pPr>
      <w:r>
        <w:t>What the choices mean: This changes performance speed, not written durations. It is separate from speech speed.</w:t>
      </w:r>
    </w:p>
    <w:p>
      <w:pPr>
        <w:widowControl/>
      </w:pPr>
      <w:r>
        <w:t>What happens next: The read-only tempo summary shows the resulting effective tempo before you confirm.</w:t>
      </w:r>
    </w:p>
    <w:p>
      <w:pPr>
        <w:widowControl/>
      </w:pPr>
      <w:r>
        <w:t>Correct or cancel: Apply confirms these playback settings. Cancel leaves the earlier values. Save the reader arrangement with Ctrl+S if you want to retain its practice setup.</w:t>
      </w:r>
    </w:p>
    <w:p>
      <w:pPr>
        <w:pStyle w:val="Heading3"/>
        <w:widowControl/>
      </w:pPr>
      <w:r>
        <w:t>Practice beats per minute</w:t>
      </w:r>
    </w:p>
    <w:p>
      <w:pPr>
        <w:widowControl/>
      </w:pPr>
      <w:r>
        <w:t>Control labels: Practice beats per minute.</w:t>
      </w:r>
    </w:p>
    <w:p>
      <w:pPr>
        <w:widowControl/>
      </w:pPr>
      <w:r>
        <w:t>Purpose: Supplies a fallback tempo when the opened score has no written tempo.</w:t>
      </w:r>
    </w:p>
    <w:p>
      <w:pPr>
        <w:widowControl/>
      </w:pPr>
      <w:r>
        <w:t>How to use it: Choose 30 through 240 BPM. Read the tempo summary to see whether a written score tempo takes precedence.</w:t>
      </w:r>
    </w:p>
    <w:p>
      <w:pPr>
        <w:widowControl/>
      </w:pPr>
      <w:r>
        <w:t>What the choices mean: A supplied source tempo is retained. A fallback does not establish the original recording tempo.</w:t>
      </w:r>
    </w:p>
    <w:p>
      <w:pPr>
        <w:widowControl/>
      </w:pPr>
      <w:r>
        <w:t>What happens next: The summary distinguishes written, practice and effective tempo.</w:t>
      </w:r>
    </w:p>
    <w:p>
      <w:pPr>
        <w:widowControl/>
      </w:pPr>
      <w:r>
        <w:t>Correct or cancel: Apply confirms these playback settings. Cancel leaves the earlier values. Save the reader arrangement with Ctrl+S if you want to retain its practice setup.</w:t>
      </w:r>
    </w:p>
    <w:p>
      <w:pPr>
        <w:pStyle w:val="Heading3"/>
        <w:widowControl/>
      </w:pPr>
      <w:r>
        <w:t>Written practice and effective tempo</w:t>
      </w:r>
    </w:p>
    <w:p>
      <w:pPr>
        <w:widowControl/>
      </w:pPr>
      <w:r>
        <w:t>Control labels: Written practice and effective tempo.</w:t>
      </w:r>
    </w:p>
    <w:p>
      <w:pPr>
        <w:widowControl/>
      </w:pPr>
      <w:r>
        <w:t>Purpose: Explains the tempo values the current settings would produce.</w:t>
      </w:r>
    </w:p>
    <w:p>
      <w:pPr>
        <w:widowControl/>
      </w:pPr>
      <w:r>
        <w:t>How to use it: Read this after changing speed or fallback BPM.</w:t>
      </w:r>
    </w:p>
    <w:p>
      <w:pPr>
        <w:widowControl/>
      </w:pPr>
      <w:r>
        <w:t>What the choices mean: Written is source timing; practice is the fallback; effective includes the chosen playback percentage.</w:t>
      </w:r>
    </w:p>
    <w:p>
      <w:pPr>
        <w:widowControl/>
      </w:pPr>
      <w:r>
        <w:t>What happens next: This report changes as you adjust settings, without altering the original score.</w:t>
      </w:r>
    </w:p>
    <w:p>
      <w:pPr>
        <w:widowControl/>
      </w:pPr>
      <w:r>
        <w:t>Correct or cancel: Apply confirms these playback settings. Cancel leaves the earlier values. Save the reader arrangement with Ctrl+S if you want to retain its practice setup.</w:t>
      </w:r>
    </w:p>
    <w:p>
      <w:pPr>
        <w:pStyle w:val="Heading3"/>
        <w:widowControl/>
      </w:pPr>
      <w:r>
        <w:t xml:space="preserve">Steady down strums for chord only charts  practice suggestion </w:t>
      </w:r>
    </w:p>
    <w:p>
      <w:pPr>
        <w:widowControl/>
      </w:pPr>
      <w:r>
        <w:t>Control labels: Steady down-strums for chord-only charts (practice suggestion); Enhanced acoustic guitar sound.</w:t>
      </w:r>
    </w:p>
    <w:p>
      <w:pPr>
        <w:widowControl/>
      </w:pPr>
      <w:r>
        <w:t>Purpose: Chooses a local chord practice pattern or the guitar sound treatment.</w:t>
      </w:r>
    </w:p>
    <w:p>
      <w:pPr>
        <w:widowControl/>
      </w:pPr>
      <w:r>
        <w:t>How to use it: Steady down-strums gives a simple practice accompaniment to a chord-only chart. Enhanced guitar adds stereo room; unchecked uses dry recordings.</w:t>
      </w:r>
    </w:p>
    <w:p>
      <w:pPr>
        <w:widowControl/>
      </w:pPr>
      <w:r>
        <w:t>What the choices mean: These are practice/sound choices. They do not transcribe the original recorded strum or add authored guitar strokes.</w:t>
      </w:r>
    </w:p>
    <w:p>
      <w:pPr>
        <w:widowControl/>
      </w:pPr>
      <w:r>
        <w:t>What happens next: Confirmed choices affect local playback where applicable; guitar enhancement is available only for suitable guitar playback.</w:t>
      </w:r>
    </w:p>
    <w:p>
      <w:pPr>
        <w:widowControl/>
      </w:pPr>
      <w:r>
        <w:t>Correct or cancel: Apply confirms these playback settings. Cancel leaves the earlier values. Save the reader arrangement with Ctrl+S if you want to retain its practice setup.</w:t>
      </w:r>
    </w:p>
    <w:p>
      <w:pPr>
        <w:pStyle w:val="Heading2"/>
        <w:widowControl/>
      </w:pPr>
      <w:r>
        <w:t>Standalone practice drums</w:t>
      </w:r>
    </w:p>
    <w:p>
      <w:pPr>
        <w:pStyle w:val="Heading3"/>
        <w:widowControl/>
      </w:pPr>
      <w:r>
        <w:t>Drum rhythm</w:t>
      </w:r>
    </w:p>
    <w:p>
      <w:pPr>
        <w:widowControl/>
      </w:pPr>
      <w:r>
        <w:t>Control labels: Drum rhythm; Drum tempo in BPM; Drum volume percent.</w:t>
      </w:r>
    </w:p>
    <w:p>
      <w:pPr>
        <w:widowControl/>
      </w:pPr>
      <w:r>
        <w:t>Purpose: Sets a standalone local backing exercise.</w:t>
      </w:r>
    </w:p>
    <w:p>
      <w:pPr>
        <w:widowControl/>
      </w:pPr>
      <w:r>
        <w:t>How to use it: Choose the rhythm, tempo from 30 to 240 and volume from 0 to 100, then use Start / apply.</w:t>
      </w:r>
    </w:p>
    <w:p>
      <w:pPr>
        <w:widowControl/>
      </w:pPr>
      <w:r>
        <w:t>What the choices mean: This accompaniment needs no loaded song and does not enter percussion notes in the composer.</w:t>
      </w:r>
    </w:p>
    <w:p>
      <w:pPr>
        <w:widowControl/>
      </w:pPr>
      <w:r>
        <w:t>What happens next: Drum playback status reports its active pattern and tempo.</w:t>
      </w:r>
    </w:p>
    <w:p>
      <w:pPr>
        <w:widowControl/>
      </w:pPr>
      <w:r>
        <w:t>Correct or cancel: Stop or Practice &gt; Stop practice drums ends it. Close and stop, Escape or closing this dialog also stops the drums.</w:t>
      </w:r>
    </w:p>
    <w:p>
      <w:pPr>
        <w:pStyle w:val="Heading3"/>
        <w:widowControl/>
      </w:pPr>
      <w:r>
        <w:t>Start   apply</w:t>
      </w:r>
    </w:p>
    <w:p>
      <w:pPr>
        <w:widowControl/>
      </w:pPr>
      <w:r>
        <w:t>Control labels: Start / apply; Stop; Drum playback status.</w:t>
      </w:r>
    </w:p>
    <w:p>
      <w:pPr>
        <w:widowControl/>
      </w:pPr>
      <w:r>
        <w:t>Purpose: Starts or stops the selected local drum accompaniment, or reports its state.</w:t>
      </w:r>
    </w:p>
    <w:p>
      <w:pPr>
        <w:widowControl/>
      </w:pPr>
      <w:r>
        <w:t>How to use it: Start / apply uses the chosen rhythm, tempo and volume. Stop explicitly ends the accompaniment.</w:t>
      </w:r>
    </w:p>
    <w:p>
      <w:pPr>
        <w:widowControl/>
      </w:pPr>
      <w:r>
        <w:t>What the choices mean: Drum sound is independent of speech silence.</w:t>
      </w:r>
    </w:p>
    <w:p>
      <w:pPr>
        <w:widowControl/>
      </w:pPr>
      <w:r>
        <w:t>What happens next: The status text identifies the current result.</w:t>
      </w:r>
    </w:p>
    <w:p>
      <w:pPr>
        <w:widowControl/>
      </w:pPr>
      <w:r>
        <w:t>Correct or cancel: Stop practice drums is also available from Practice. Closing this dialog stops its accompaniment.</w:t>
      </w:r>
    </w:p>
    <w:p>
      <w:pPr>
        <w:pStyle w:val="Heading2"/>
        <w:widowControl/>
      </w:pPr>
      <w:r>
        <w:t>Voice control</w:t>
      </w:r>
    </w:p>
    <w:p>
      <w:pPr>
        <w:pStyle w:val="Heading3"/>
        <w:widowControl/>
      </w:pPr>
      <w:r>
        <w:t>Require SpeakTab wake word before reader commands</w:t>
      </w:r>
    </w:p>
    <w:p>
      <w:pPr>
        <w:widowControl/>
      </w:pPr>
      <w:r>
        <w:t>Control labels: Require SpeakTab wake word before reader commands.</w:t>
      </w:r>
    </w:p>
    <w:p>
      <w:pPr>
        <w:widowControl/>
      </w:pPr>
      <w:r>
        <w:t>Purpose: Requires you to say SpeakTab before each Voice control command. Use this when nearby speech might otherwise be mistaken for a command.</w:t>
      </w:r>
    </w:p>
    <w:p>
      <w:pPr>
        <w:widowControl/>
      </w:pPr>
      <w:r>
        <w:t>How to use it: Check to say SpeakTab next beat; uncheck to say next beat alone.</w:t>
      </w:r>
    </w:p>
    <w:p>
      <w:pPr>
        <w:widowControl/>
      </w:pPr>
      <w:r>
        <w:t>What the choices mean: This is for the Voice control listener. It cannot wake a microphone that is off or configure the connected teacher.</w:t>
      </w:r>
    </w:p>
    <w:p>
      <w:pPr>
        <w:widowControl/>
      </w:pPr>
      <w:r>
        <w:t>What happens next: The status reports the new rule and the choice is saved where available.</w:t>
      </w:r>
    </w:p>
    <w:p>
      <w:pPr>
        <w:widowControl/>
      </w:pPr>
      <w:r>
        <w:t>Correct or cancel: Change it again in this window. If saving fails, the status explains that the choice applies only to the current session.</w:t>
      </w:r>
    </w:p>
    <w:p>
      <w:pPr>
        <w:pStyle w:val="Heading3"/>
        <w:widowControl/>
      </w:pPr>
      <w:r>
        <w:t>Start listening</w:t>
      </w:r>
    </w:p>
    <w:p>
      <w:pPr>
        <w:widowControl/>
      </w:pPr>
      <w:r>
        <w:t>Control labels: Start listening; Stop listening.</w:t>
      </w:r>
    </w:p>
    <w:p>
      <w:pPr>
        <w:widowControl/>
      </w:pPr>
      <w:r>
        <w:t>Purpose: Explicitly starts or stops the free fixed-command recognizer.</w:t>
      </w:r>
    </w:p>
    <w:p>
      <w:pPr>
        <w:widowControl/>
      </w:pPr>
      <w:r>
        <w:t>How to use it: Activate Start listening, then use a complete accepted phrase. The same button becomes Stop listening. Ctrl+Alt+L also toggles this reader mode.</w:t>
      </w:r>
    </w:p>
    <w:p>
      <w:pPr>
        <w:widowControl/>
      </w:pPr>
      <w:r>
        <w:t>What the choices mean: It uses local Windows English recognition and screen-reader-only replies, independently of F8/F9 teacher controls.</w:t>
      </w:r>
    </w:p>
    <w:p>
      <w:pPr>
        <w:widowControl/>
      </w:pPr>
      <w:r>
        <w:t>What happens next: Successful startup returns to the score with listening active; failures report the missing requirement.</w:t>
      </w:r>
    </w:p>
    <w:p>
      <w:pPr>
        <w:widowControl/>
      </w:pPr>
      <w:r>
        <w:t>Correct or cancel: Use Stop listening or Ctrl+Alt+L to stop. Returning to music alone preserves an already active listener.</w:t>
      </w:r>
    </w:p>
    <w:p>
      <w:pPr>
        <w:pStyle w:val="Heading3"/>
        <w:widowControl/>
      </w:pPr>
      <w:r>
        <w:t>Exact voice command phrases</w:t>
      </w:r>
    </w:p>
    <w:p>
      <w:pPr>
        <w:widowControl/>
      </w:pPr>
      <w:r>
        <w:t>Control labels: Exact voice command phrases; Voice control status, exact phrases, and current reading.</w:t>
      </w:r>
    </w:p>
    <w:p>
      <w:pPr>
        <w:widowControl/>
      </w:pPr>
      <w:r>
        <w:t>Purpose: Provides the accepted fixed phrases and current listener/reading state.</w:t>
      </w:r>
    </w:p>
    <w:p>
      <w:pPr>
        <w:widowControl/>
      </w:pPr>
      <w:r>
        <w:t>How to use it: Exact phrases focuses the complete reference; read it while the microphone is off or on.</w:t>
      </w:r>
    </w:p>
    <w:p>
      <w:pPr>
        <w:widowControl/>
      </w:pPr>
      <w:r>
        <w:t>What the choices mean: A listed command must match its accepted wording, with the wake prefix when enabled.</w:t>
      </w:r>
    </w:p>
    <w:p>
      <w:pPr>
        <w:widowControl/>
      </w:pPr>
      <w:r>
        <w:t>What happens next: Reading this text does not start another microphone session.</w:t>
      </w:r>
    </w:p>
    <w:p>
      <w:pPr>
        <w:widowControl/>
      </w:pPr>
      <w:r>
        <w:t>Correct or cancel: Return to music preserves existing listener state. Explicit Stop listening ends it.</w:t>
      </w:r>
    </w:p>
    <w:p>
      <w:pPr>
        <w:pStyle w:val="Heading2"/>
      </w:pPr>
      <w:r>
        <w:t>Voice control, AI teacher and read-aloud output</w:t>
      </w:r>
    </w:p>
    <w:p>
      <w:r>
        <w:t>Voice control lets you operate SpeakTab by speaking supported commands into your microphone. Use it when your hands are on your instrument: move to a measure, play or stop music, change speed, set a loop or request a description. Results appear as text for your screen reader or Braille display; Voice control adds no separate app voice.</w:t>
      </w:r>
    </w:p>
    <w:p>
      <w:r>
        <w:t>Press Ctrl+Alt+L to start Voice control. It listens until you press Ctrl+Alt+L again or say stop listening. Voice &gt; Voice control settings opens the controls without starting listening; check the status and choose Start listening when ready. Windows English speech recognition and microphone permission are required. No AI account is needed.</w:t>
      </w:r>
    </w:p>
    <w:p>
      <w:r>
        <w:t>AI teacher is a separate conversational lesson using your configured voice connection. F8 starts it; F9 ends it and stops its microphone. Read-aloud output speaks existing text; it does not listen for commands. F12 quiets or resumes automatic playback announcements without changing music, teacher speech or microphones. Returning to music or closing the Voice control window keeps its listening state; stop listening explicitly when finished.</w:t>
      </w:r>
    </w:p>
    <w:p>
      <w:pPr>
        <w:pStyle w:val="Heading3"/>
        <w:widowControl/>
      </w:pPr>
      <w:r>
        <w:t xml:space="preserve">Return to music  keep microphone state </w:t>
      </w:r>
    </w:p>
    <w:p>
      <w:pPr>
        <w:widowControl/>
      </w:pPr>
      <w:r>
        <w:t>Control labels: Return to music (keep microphone state).</w:t>
      </w:r>
    </w:p>
    <w:p>
      <w:pPr>
        <w:widowControl/>
      </w:pPr>
      <w:r>
        <w:t>Purpose: Returns to the reader while preserving the Voice control recognizer state.</w:t>
      </w:r>
    </w:p>
    <w:p>
      <w:pPr>
        <w:widowControl/>
      </w:pPr>
      <w:r>
        <w:t>How to use it: Activate this button or use Ctrl+2 or Escape from these Voice control window.</w:t>
      </w:r>
    </w:p>
    <w:p>
      <w:pPr>
        <w:widowControl/>
      </w:pPr>
      <w:r>
        <w:t>What the choices mean: An already started listener keeps listening; an off listener stays off.</w:t>
      </w:r>
    </w:p>
    <w:p>
      <w:pPr>
        <w:widowControl/>
      </w:pPr>
      <w:r>
        <w:t>What happens next: Focus returns to music.</w:t>
      </w:r>
    </w:p>
    <w:p>
      <w:pPr>
        <w:widowControl/>
      </w:pPr>
      <w:r>
        <w:t>Correct or cancel: Use Ctrl+Alt+L if you also intended to stop the Voice control listener.</w:t>
      </w:r>
    </w:p>
    <w:p>
      <w:pPr>
        <w:pStyle w:val="Heading2"/>
        <w:widowControl/>
      </w:pPr>
      <w:r>
        <w:t>Connected source repair</w:t>
      </w:r>
    </w:p>
    <w:p>
      <w:pPr>
        <w:pStyle w:val="Heading3"/>
      </w:pPr>
      <w:r>
        <w:t>Connect or reconnect ChatGPT</w:t>
      </w:r>
    </w:p>
    <w:p>
      <w:pPr/>
      <w:r>
        <w:t>Control labels: Connect or reconnect ChatGPT.</w:t>
      </w:r>
    </w:p>
    <w:p>
      <w:pPr/>
      <w:r>
        <w:t>Purpose: Renews the saved ChatGPT sign-in used for repair.</w:t>
      </w:r>
    </w:p>
    <w:p>
      <w:pPr/>
      <w:r>
        <w:t>How to use it: Choose this when sign-in is missing or the connection needs renewal. Complete sign-in in your browser, then return to the same repair window.</w:t>
      </w:r>
    </w:p>
    <w:p>
      <w:pPr/>
      <w:r>
        <w:t>What the choices mean: This uses the saved ChatGPT connection, separate from provider API-key modes and the ChatGPT website handoff.</w:t>
      </w:r>
    </w:p>
    <w:p>
      <w:pPr/>
      <w:r>
        <w:t>What happens next: Your selected music file and repair request stay in place. Models load after sign-in. Choose Send file to AI for repair explicitly when ready; reconnecting does not send the file.</w:t>
      </w:r>
    </w:p>
    <w:p>
      <w:pPr/>
      <w:r>
        <w:t>Correct or cancel: Cancel or close sign-in to keep the selected file and request. F4 in the main reader is another connection route.</w:t>
      </w:r>
    </w:p>
    <w:p>
      <w:pPr>
        <w:pStyle w:val="Heading3"/>
        <w:widowControl/>
      </w:pPr>
      <w:r>
        <w:t>Music file to repair</w:t>
      </w:r>
    </w:p>
    <w:p>
      <w:pPr>
        <w:widowControl/>
      </w:pPr>
      <w:r>
        <w:t>Control labels: Music file to repair; What the AI should repair.</w:t>
      </w:r>
    </w:p>
    <w:p>
      <w:pPr>
        <w:widowControl/>
      </w:pPr>
      <w:r>
        <w:t>Purpose: Chooses the source and requested scope for connected recovery.</w:t>
      </w:r>
    </w:p>
    <w:p>
      <w:pPr>
        <w:widowControl/>
      </w:pPr>
      <w:r>
        <w:t>How to use it: Select the actual original and describe missing or wrong music, pages, measures, parts or lyrics. Recognition follow-up can include the recognized score and warnings.</w:t>
      </w:r>
    </w:p>
    <w:p>
      <w:pPr>
        <w:widowControl/>
      </w:pPr>
      <w:r>
        <w:t>What the choices mean: Current-file/another-file menu repair may start automatically with a saved connection. Fix reading with AI in SpeakTab waits for its Send action.</w:t>
      </w:r>
    </w:p>
    <w:p>
      <w:pPr>
        <w:widowControl/>
      </w:pPr>
      <w:r>
        <w:t>What happens next: The selected file or decoded data and request are sent when that repair starts. Changes invalidate an earlier candidate.</w:t>
      </w:r>
    </w:p>
    <w:p>
      <w:pPr>
        <w:widowControl/>
      </w:pPr>
      <w:r>
        <w:t>Correct or cancel: Cancel repair stops waiting. Preserve the original and review exact coverage.</w:t>
      </w:r>
    </w:p>
    <w:p>
      <w:pPr>
        <w:pStyle w:val="Heading3"/>
        <w:widowControl/>
      </w:pPr>
      <w:r>
        <w:t>Repair assistant</w:t>
      </w:r>
    </w:p>
    <w:p>
      <w:pPr>
        <w:widowControl/>
      </w:pPr>
      <w:r>
        <w:t>Control labels: Repair assistant; Repair model; load models or enter an ID; Session-only provider API key.</w:t>
      </w:r>
    </w:p>
    <w:p>
      <w:pPr>
        <w:widowControl/>
      </w:pPr>
      <w:r>
        <w:t>Purpose: Selects the connected service and model for this repair.</w:t>
      </w:r>
    </w:p>
    <w:p>
      <w:pPr>
        <w:widowControl/>
      </w:pPr>
      <w:r>
        <w:t>How to use it: Choose the saved ChatGPT connection or a supported provider key mode, then load models or enter the appropriate file-capable model ID.</w:t>
      </w:r>
    </w:p>
    <w:p>
      <w:pPr>
        <w:widowControl/>
      </w:pPr>
      <w:r>
        <w:t>What the choices mean: The provider key is session-only and separate from ChatGPT sign-in. Changing provider clears prior model/key choices.</w:t>
      </w:r>
    </w:p>
    <w:p>
      <w:pPr>
        <w:widowControl/>
      </w:pPr>
      <w:r>
        <w:t>What happens next: The repair status reports model loading or a connection problem.</w:t>
      </w:r>
    </w:p>
    <w:p>
      <w:pPr>
        <w:widowControl/>
      </w:pPr>
      <w:r>
        <w:t>Correct or cancel: Correct the named setup issue or choose a local route. Never put an API key in a musical request or report.</w:t>
      </w:r>
    </w:p>
    <w:p>
      <w:pPr>
        <w:pStyle w:val="Heading3"/>
        <w:widowControl/>
      </w:pPr>
      <w:r>
        <w:t xml:space="preserve">Send file to AI for repair  F5 </w:t>
      </w:r>
    </w:p>
    <w:p>
      <w:pPr>
        <w:widowControl/>
      </w:pPr>
      <w:r>
        <w:t>Control labels: Send file to AI for repair (F5); Cancel repair.</w:t>
      </w:r>
    </w:p>
    <w:p>
      <w:pPr>
        <w:widowControl/>
      </w:pPr>
      <w:r>
        <w:t>Purpose: Starts the configured repair or cancels its active run.</w:t>
      </w:r>
    </w:p>
    <w:p>
      <w:pPr>
        <w:widowControl/>
      </w:pPr>
      <w:r>
        <w:t>How to use it: Check file, request, assistant and model before Send. Cancel repair interrupts current processing.</w:t>
      </w:r>
    </w:p>
    <w:p>
      <w:pPr>
        <w:widowControl/>
      </w:pPr>
      <w:r>
        <w:t>What the choices mean: F5 in this repair window sends; F5 in the main reader focuses a question. Keep the active window in mind.</w:t>
      </w:r>
    </w:p>
    <w:p>
      <w:pPr>
        <w:widowControl/>
      </w:pPr>
      <w:r>
        <w:t>What happens next: The status identifies the page and measures being repaired, sending the request, ChatGPT accepting it, receiving the reply and checking the returned music. Elapsed time has its own line and updates without repeating the assistant status. It measures time, not completed music. Simpler measures can share a request; dense passages stay smaller. Cancel repair keeps completed passages. Coverage, missing ranges and errors appear with the result.</w:t>
      </w:r>
    </w:p>
    <w:p>
      <w:pPr>
        <w:widowControl/>
      </w:pPr>
      <w:r>
        <w:t>Correct or cancel: A cancelled or failed later page can leave earlier completed pages retained. Their existence does not mean the complete score was recovered.</w:t>
      </w:r>
    </w:p>
    <w:p>
      <w:pPr>
        <w:pStyle w:val="Heading3"/>
        <w:widowControl/>
      </w:pPr>
      <w:r>
        <w:t>Partial repair details  F6</w:t>
      </w:r>
    </w:p>
    <w:p>
      <w:pPr>
        <w:widowControl/>
      </w:pPr>
      <w:r>
        <w:t>Control labels: Partial repair details, F6; Repair status.</w:t>
      </w:r>
    </w:p>
    <w:p>
      <w:pPr>
        <w:widowControl/>
      </w:pPr>
      <w:r>
        <w:t>Purpose: Shows what the model returned and what the recovery process could validate.</w:t>
      </w:r>
    </w:p>
    <w:p>
      <w:pPr>
        <w:widowControl/>
      </w:pPr>
      <w:r>
        <w:t>How to use it: No empty result field is shown while repair runs. Complete repaired music opens in the main reader. Partial output or a failure shows actual review details in the repair window. F6 focuses repair status during processing, or the details when available. Read COVERAGE, reported gaps, warnings and recovered music. If something seems wrong, try available AI help or work with a musician or someone who can help correct it.</w:t>
      </w:r>
    </w:p>
    <w:p>
      <w:pPr>
        <w:widowControl/>
      </w:pPr>
      <w:r>
        <w:t>What the choices mean: Importable means readable structure, not correct notes. A model’s complete-coverage claim can still be mistaken; seek help if something seems wrong.</w:t>
      </w:r>
    </w:p>
    <w:p>
      <w:pPr>
        <w:widowControl/>
      </w:pPr>
      <w:r>
        <w:t>What happens next: A readable partial output offers an explicit provisional opening; malformed data is blocked.</w:t>
      </w:r>
    </w:p>
    <w:p>
      <w:pPr>
        <w:widowControl/>
      </w:pPr>
      <w:r>
        <w:t>Correct or cancel: Choose a focused correction or another edition when recovery is wrong. Keep warnings with saved/exported partial readings.</w:t>
      </w:r>
    </w:p>
    <w:p>
      <w:pPr>
        <w:pStyle w:val="Heading3"/>
        <w:widowControl/>
      </w:pPr>
      <w:r>
        <w:t>Open provisional reading</w:t>
      </w:r>
    </w:p>
    <w:p>
      <w:pPr>
        <w:widowControl/>
      </w:pPr>
      <w:r>
        <w:t>Control labels: Open provisional reading; Open repaired score in reader.</w:t>
      </w:r>
    </w:p>
    <w:p>
      <w:pPr>
        <w:widowControl/>
      </w:pPr>
      <w:r>
        <w:t>Purpose: Opens the separate available recovery candidate for inspection.</w:t>
      </w:r>
    </w:p>
    <w:p>
      <w:pPr>
        <w:widowControl/>
      </w:pPr>
      <w:r>
        <w:t>How to use it: Read coverage first, then explicitly open a provisional result if useful.</w:t>
      </w:r>
    </w:p>
    <w:p>
      <w:pPr>
        <w:widowControl/>
      </w:pPr>
      <w:r>
        <w:t>What the choices mean: Partial candidates retain PROVISIONAL warnings and missing ranges; a complete AI-assisted result also needs review.</w:t>
      </w:r>
    </w:p>
    <w:p>
      <w:pPr>
        <w:widowControl/>
      </w:pPr>
      <w:r>
        <w:t>What happens next: The reader loads the candidate while preserving the original source file.</w:t>
      </w:r>
    </w:p>
    <w:p>
      <w:pPr>
        <w:widowControl/>
      </w:pPr>
      <w:r>
        <w:t>Correct or cancel: Return to the original if needed. Acknowledging a notice does not certify the music.</w:t>
      </w:r>
    </w:p>
    <w:p>
      <w:pPr>
        <w:pStyle w:val="Heading2"/>
        <w:widowControl/>
      </w:pPr>
      <w:r>
        <w:t>Reader shortcut customization</w:t>
      </w:r>
    </w:p>
    <w:p>
      <w:pPr>
        <w:pStyle w:val="Heading3"/>
        <w:widowControl/>
      </w:pPr>
      <w:r>
        <w:t>Find an action to customize</w:t>
      </w:r>
    </w:p>
    <w:p>
      <w:pPr>
        <w:widowControl/>
      </w:pPr>
      <w:r>
        <w:t>Control labels: Find an action to customize; Actions and assigned keyboard shortcuts.</w:t>
      </w:r>
    </w:p>
    <w:p>
      <w:pPr>
        <w:widowControl/>
      </w:pPr>
      <w:r>
        <w:t>Purpose: Locates a reader command whose optional shortcut you want to inspect or change.</w:t>
      </w:r>
    </w:p>
    <w:p>
      <w:pPr>
        <w:widowControl/>
      </w:pPr>
      <w:r>
        <w:t>How to use it: Type part of an action name, then select a matching action.</w:t>
      </w:r>
    </w:p>
    <w:p>
      <w:pPr>
        <w:widowControl/>
      </w:pPr>
      <w:r>
        <w:t>What the choices mean: Basic keys stay fixed. Optional keys can be reassigned or cleared. Menus show current assignments.</w:t>
      </w:r>
    </w:p>
    <w:p>
      <w:pPr>
        <w:widowControl/>
      </w:pPr>
      <w:r>
        <w:t>What happens next: The selected action and existing key appear in the assignment result.</w:t>
      </w:r>
    </w:p>
    <w:p>
      <w:pPr>
        <w:widowControl/>
      </w:pPr>
      <w:r>
        <w:t>Correct or cancel: Cancel abandons unsaved shortcut edits.</w:t>
      </w:r>
    </w:p>
    <w:p>
      <w:pPr>
        <w:pStyle w:val="Heading3"/>
        <w:widowControl/>
      </w:pPr>
      <w:r>
        <w:t>New shortcut  Press a key combination  then Tab to Assign</w:t>
      </w:r>
    </w:p>
    <w:p>
      <w:pPr>
        <w:widowControl/>
      </w:pPr>
      <w:r>
        <w:t>Control labels: New shortcut. Press a key combination, then Tab to Assign; Assign shortcut.</w:t>
      </w:r>
    </w:p>
    <w:p>
      <w:pPr>
        <w:widowControl/>
      </w:pPr>
      <w:r>
        <w:t>Purpose: Stages a new optional shortcut for the selected command.</w:t>
      </w:r>
    </w:p>
    <w:p>
      <w:pPr>
        <w:widowControl/>
      </w:pPr>
      <w:r>
        <w:t>How to use it: Capture the intended combination in New shortcut and activate Assign.</w:t>
      </w:r>
    </w:p>
    <w:p>
      <w:pPr>
        <w:widowControl/>
      </w:pPr>
      <w:r>
        <w:t>What the choices mean: Conflicting app keys and protected editing keys are rejected. External Windows and screen-reader collisions cannot be fully detected.</w:t>
      </w:r>
    </w:p>
    <w:p>
      <w:pPr>
        <w:widowControl/>
      </w:pPr>
      <w:r>
        <w:t>What happens next: The result reports assignment or a specific conflict. The change is staged until Save and close.</w:t>
      </w:r>
    </w:p>
    <w:p>
      <w:pPr>
        <w:widowControl/>
      </w:pPr>
      <w:r>
        <w:t>Correct or cancel: Choose another key, clear a conflicting optional assignment, or Cancel.</w:t>
      </w:r>
    </w:p>
    <w:p>
      <w:pPr>
        <w:pStyle w:val="Heading3"/>
        <w:widowControl/>
      </w:pPr>
      <w:r>
        <w:t>Clear selected optional shortcut</w:t>
      </w:r>
    </w:p>
    <w:p>
      <w:pPr>
        <w:widowControl/>
      </w:pPr>
      <w:r>
        <w:t>Control labels: Clear selected optional shortcut; Restore optional default shortcuts.</w:t>
      </w:r>
    </w:p>
    <w:p>
      <w:pPr>
        <w:widowControl/>
      </w:pPr>
      <w:r>
        <w:t>Purpose: Clears one optional assignment or stages all factory optional defaults.</w:t>
      </w:r>
    </w:p>
    <w:p>
      <w:pPr>
        <w:widowControl/>
      </w:pPr>
      <w:r>
        <w:t>How to use it: Select an optional action before Clear. Restore optional defaults resets the optional set.</w:t>
      </w:r>
    </w:p>
    <w:p>
      <w:pPr>
        <w:widowControl/>
      </w:pPr>
      <w:r>
        <w:t>What the choices mean: Basic fixed keys remain. Restoring defaults replaces custom optional choices if you save.</w:t>
      </w:r>
    </w:p>
    <w:p>
      <w:pPr>
        <w:widowControl/>
      </w:pPr>
      <w:r>
        <w:t>What happens next: The list/result reflects the staged change.</w:t>
      </w:r>
    </w:p>
    <w:p>
      <w:pPr>
        <w:widowControl/>
      </w:pPr>
      <w:r>
        <w:t>Correct or cancel: Cancel retains the previously saved set. Save and close persists the staged set.</w:t>
      </w:r>
    </w:p>
    <w:p>
      <w:pPr>
        <w:pStyle w:val="Heading2"/>
      </w:pPr>
      <w:r>
        <w:t>Speak a ChatGPT question or dictate composer text</w:t>
      </w:r>
    </w:p>
    <w:p>
      <w:r>
        <w:t>Speaks a question to written ChatGPT without typing. This sends the recognized question after a pause; it is different from composer dictation, which only fills an entry box for review.</w:t>
      </w:r>
    </w:p>
    <w:p>
      <w:r>
        <w:t>Open ChatGPT, check its saved connection and answer model, then choose Start microphone questions (sends on pause). Speak one question and pause. Read the returned question and answer; Stop ChatGPT or F9 ends this microphone session.</w:t>
      </w:r>
    </w:p>
    <w:p>
      <w:r>
        <w:t>Restart ChatGPT question dictation after replies controls whether it listens again after each answer. Turning that option on alone does not start listening. Voice control uses its separate Ctrl+Alt+L listener; AI teacher starts with F8.</w:t>
      </w:r>
    </w:p>
    <w:p>
      <w:r>
        <w:t>A recognized question is sent through the saved ChatGPT connection and the returned answer stays readable. Incorrect recognition can send an unintended question, so use typed questions when that matters.</w:t>
      </w:r>
    </w:p>
    <w:p>
      <w:r>
        <w:t>Stop ChatGPT or F9 stops microphone questions and the current request. Typing remains available. Composer Start dictation is separate: check its transcript and explicitly Preview or Interpret before any score changes.</w:t>
      </w:r>
    </w:p>
    <w:p>
      <w:pPr>
        <w:pStyle w:val="Heading2"/>
        <w:widowControl/>
      </w:pPr>
      <w:r>
        <w:t>Written questions and teacher voice settings</w:t>
      </w:r>
    </w:p>
    <w:p>
      <w:pPr>
        <w:pStyle w:val="Heading3"/>
        <w:widowControl/>
      </w:pPr>
      <w:r>
        <w:t>Windows voice</w:t>
      </w:r>
    </w:p>
    <w:p>
      <w:pPr>
        <w:widowControl/>
      </w:pPr>
      <w:r>
        <w:t>Control labels: Windows voice; Live AI teacher.</w:t>
      </w:r>
    </w:p>
    <w:p>
      <w:pPr>
        <w:widowControl/>
      </w:pPr>
      <w:r>
        <w:t>Purpose: Describes the separate written ChatGPT and connected teacher voice routes.</w:t>
      </w:r>
    </w:p>
    <w:p>
      <w:pPr>
        <w:widowControl/>
      </w:pPr>
      <w:r>
        <w:t>How to use it: Written ChatGPT uses local Windows read-aloud when Speak answers is enabled. The separate AI teacher uses its configured API voice connection. Its visible settings include the voice key, AI voice and Teacher microphone.</w:t>
      </w:r>
    </w:p>
    <w:p>
      <w:pPr>
        <w:widowControl/>
      </w:pPr>
      <w:r>
        <w:t>What the choices mean: Written ChatGPT sign-in and voice API credentials are separate. Older Windows voice and Live AI teacher mode checkboxes are hidden in the fixed ChatGPT and AI teacher views. Voice control commands use their own listener.</w:t>
      </w:r>
    </w:p>
    <w:p>
      <w:pPr>
        <w:widowControl/>
      </w:pPr>
      <w:r>
        <w:t>What happens next: The routing/status text identifies the selected mode; F8 starts its configured teacher action rather than merely changing a checkbox.</w:t>
      </w:r>
    </w:p>
    <w:p>
      <w:pPr>
        <w:widowControl/>
      </w:pPr>
      <w:r>
        <w:t>Correct or cancel: F9 stops the teacher and microphone. F12 only quiets playback announcements; teacher speech stays on.</w:t>
      </w:r>
    </w:p>
    <w:p>
      <w:pPr>
        <w:pStyle w:val="Heading3"/>
        <w:widowControl/>
      </w:pPr>
      <w:r>
        <w:t>AI teacher API access key</w:t>
      </w:r>
    </w:p>
    <w:p>
      <w:pPr>
        <w:widowControl/>
      </w:pPr>
      <w:r>
        <w:t>Control labels: AI teacher API access key; AI voice; Teacher microphone.</w:t>
      </w:r>
    </w:p>
    <w:p>
      <w:pPr>
        <w:widowControl/>
      </w:pPr>
      <w:r>
        <w:t>Purpose: Configures connected voice credentials, output voice and teacher input device.</w:t>
      </w:r>
    </w:p>
    <w:p>
      <w:pPr>
        <w:widowControl/>
      </w:pPr>
      <w:r>
        <w:t>How to use it: Enter the key only in its masked field, choose an offered voice and the intended Teacher microphone. Save voice setup when desired.</w:t>
      </w:r>
    </w:p>
    <w:p>
      <w:pPr>
        <w:widowControl/>
      </w:pPr>
      <w:r>
        <w:t>What the choices mean: Remember voice key securely is optional and stores an encrypted copy for this Windows user. The voice key is not supplied by ChatGPT sign-in.</w:t>
      </w:r>
    </w:p>
    <w:p>
      <w:pPr>
        <w:widowControl/>
      </w:pPr>
      <w:r>
        <w:t>What happens next: A saved setup is available for later sessions; Test voice checks output without starting a microphone.</w:t>
      </w:r>
    </w:p>
    <w:p>
      <w:pPr>
        <w:widowControl/>
      </w:pPr>
      <w:r>
        <w:t>Correct or cancel: Read the written reply or use ChatGPT local read-aloud if connected voice is not wanted. F9 ends a teacher session. Uncheck Remember and Save voice setup to remove its stored key.</w:t>
      </w:r>
    </w:p>
    <w:p>
      <w:pPr>
        <w:pStyle w:val="Heading3"/>
        <w:widowControl/>
      </w:pPr>
      <w:r>
        <w:t>Speak ChatGPT answers</w:t>
      </w:r>
    </w:p>
    <w:p>
      <w:pPr>
        <w:widowControl/>
      </w:pPr>
      <w:r>
        <w:t>Control labels: Speak ChatGPT answers; Speech speed, Control Alt Up faster, Control Alt Down slower.</w:t>
      </w:r>
    </w:p>
    <w:p>
      <w:pPr>
        <w:widowControl/>
      </w:pPr>
      <w:r>
        <w:t>Purpose: Controls optional spoken replies and their rate.</w:t>
      </w:r>
    </w:p>
    <w:p>
      <w:pPr>
        <w:widowControl/>
      </w:pPr>
      <w:r>
        <w:t>How to use it: Speak ChatGPT answers enables optional local read-aloud; the speech speed choices range from 1.0x through 2.0x where supported.</w:t>
      </w:r>
    </w:p>
    <w:p>
      <w:pPr>
        <w:widowControl/>
      </w:pPr>
      <w:r>
        <w:t>What the choices mean: Unchecked Speak ChatGPT answers leaves ChatGPT text available for the screen reader. Teacher replies remain spoken. This rate does not change music playback speed.</w:t>
      </w:r>
    </w:p>
    <w:p>
      <w:pPr>
        <w:widowControl/>
      </w:pPr>
      <w:r>
        <w:t>What happens next: The next spoken answer uses the chosen supported setting.</w:t>
      </w:r>
    </w:p>
    <w:p>
      <w:pPr>
        <w:widowControl/>
      </w:pPr>
      <w:r>
        <w:t>Correct or cancel: F12 quiets playback announcements only; read the answer as text at any time.</w:t>
      </w:r>
    </w:p>
    <w:p>
      <w:pPr>
        <w:pStyle w:val="Heading3"/>
        <w:widowControl/>
      </w:pPr>
      <w:r>
        <w:t>Ask ChatGPT</w:t>
      </w:r>
    </w:p>
    <w:p>
      <w:pPr>
        <w:widowControl/>
      </w:pPr>
      <w:r>
        <w:t>Control labels: Ask ChatGPT; Ask AI teacher; ChatGPT answer; AI teacher reply.</w:t>
      </w:r>
    </w:p>
    <w:p>
      <w:pPr>
        <w:widowControl/>
      </w:pPr>
      <w:r>
        <w:t>Purpose: Holds a written question or its returned answer.</w:t>
      </w:r>
    </w:p>
    <w:p>
      <w:pPr>
        <w:widowControl/>
      </w:pPr>
      <w:r>
        <w:t>How to use it: In the reader F5 focuses Ask ChatGPT; Enter sends from that question. F6 focuses the written answer. Read the actual returned text and source context.</w:t>
      </w:r>
    </w:p>
    <w:p>
      <w:pPr>
        <w:widowControl/>
      </w:pPr>
      <w:r>
        <w:t>What the choices mean: The answer can be mistaken and does not itself certify a reading or save a suggested practice note.</w:t>
      </w:r>
    </w:p>
    <w:p>
      <w:pPr>
        <w:widowControl/>
      </w:pPr>
      <w:r>
        <w:t>What happens next: A completed answer appears in the read-only reply; status identifies a failure or pending request.</w:t>
      </w:r>
    </w:p>
    <w:p>
      <w:pPr>
        <w:widowControl/>
      </w:pPr>
      <w:r>
        <w:t>Correct or cancel: Escape leaves chat and ends its conversation as indicated. Ctrl+2 returns to music; use F9 explicitly to stop an active teacher.</w:t>
      </w:r>
    </w:p>
    <w:p>
      <w:pPr>
        <w:pStyle w:val="Heading1"/>
        <w:widowControl/>
      </w:pPr>
      <w:r>
        <w:t>Complete main menu command reference</w:t>
      </w:r>
    </w:p>
    <w:p>
      <w:pPr>
        <w:widowControl/>
      </w:pPr>
      <w:r>
        <w:t>Each route below is available from the reader. Menu access gives the underlined-key route; Direct shortcut gives the factory default. No default direct shortcut means use the menu or Command palette, or assign an optional key. A dialog’s confirmation can differ from the menu command that opened it. The related guided task supplies the full workflow and expected screen changes.</w:t>
      </w:r>
    </w:p>
    <w:p>
      <w:pPr>
        <w:pStyle w:val="Heading2"/>
      </w:pPr>
      <w:r>
        <w:t>Main menu opening keys</w:t>
      </w:r>
    </w:p>
    <w:p>
      <w:r>
        <w:t>File: Alt+F. Navigate: Alt+N. Playback: Alt+P. Practice: Alt+R. ChatGPT: Alt+C. Voice: Alt+V. Help: Alt+H.</w:t>
      </w:r>
    </w:p>
    <w:p>
      <w:r>
        <w:t>Hold Alt and press the indicated letter to open a menu. Practice uses R because P opens Playback. Alternatively press Alt, use Left/Right Arrow to choose a menu heading, then Down Arrow to enter its commands. Up/Down chooses a command; Right opens a submenu when present; Enter runs the selected command. Escape closes the current menu level; press it again if needed to return to the reader. These are menu-opening keys, separate from direct action shortcuts such as Ctrl+P for Play. Customized direct shortcuts are shown in menus and the Command palette.</w:t>
      </w:r>
    </w:p>
    <w:p>
      <w:pPr>
        <w:pStyle w:val="Heading2"/>
        <w:widowControl/>
      </w:pPr>
      <w:r>
        <w:t>File menu</w:t>
      </w:r>
    </w:p>
    <w:p>
      <w:pPr>
        <w:pStyle w:val="Heading3"/>
        <w:widowControl/>
      </w:pPr>
      <w:r>
        <w:t>Open music file</w:t>
      </w:r>
    </w:p>
    <w:p>
      <w:pPr>
        <w:widowControl/>
      </w:pPr>
      <w:r>
        <w:t>Menu route: File &gt; Open music file. Menu access: Alt+F, then O. Direct shortcut: Ctrl+O.</w:t>
      </w:r>
    </w:p>
    <w:p>
      <w:pPr>
        <w:widowControl/>
      </w:pPr>
      <w:r>
        <w:t>Open an existing supported music file to read it: guitar tab, MusicXML, MuseScore, PDF or a text chord chart. This is the reader; it does not turn an outside score into an editable composer project. Choose the file in the Windows chooser, select a part if asked, then read Import summary and uncertainties (Alt+Shift+I). Escape cancels the chooser.</w:t>
      </w:r>
    </w:p>
    <w:p>
      <w:pPr>
        <w:widowControl/>
      </w:pPr>
      <w:r>
        <w:t>Detailed workflow and results: guided task 1 Start with a song.</w:t>
      </w:r>
    </w:p>
    <w:p>
      <w:pPr>
        <w:pStyle w:val="Heading3"/>
      </w:pPr>
      <w:r>
        <w:t>Find scores</w:t>
      </w:r>
    </w:p>
    <w:p>
      <w:pPr>
        <w:spacing w:after="120"/>
      </w:pPr>
      <w:r>
        <w:t>Menu route: File &gt; Find scores (Q). Menu access: Alt+F, then Q. Direct shortcut: Ctrl+Shift+F.</w:t>
      </w:r>
    </w:p>
    <w:p>
      <w:r>
        <w:t>Opens named classical and instrument sources with composer, title and instrument choices. Select Source guide for the collection and format guidance. OpenScore lists downloadable score files; website sources open their own searches. Use guided task 30 for the full lookup steps.</w:t>
      </w:r>
    </w:p>
    <w:p>
      <w:pPr>
        <w:pStyle w:val="Heading3"/>
        <w:widowControl/>
      </w:pPr>
      <w:r>
        <w:t>Find tabs or chords</w:t>
      </w:r>
    </w:p>
    <w:p>
      <w:pPr>
        <w:widowControl/>
      </w:pPr>
      <w:r>
        <w:t>Menu route: File &gt; Find tabs or chords. Menu access: Alt+F, then F. Direct shortcut: F2.</w:t>
      </w:r>
    </w:p>
    <w:p>
      <w:pPr>
        <w:widowControl/>
      </w:pPr>
      <w:r>
        <w:t>Opens the search window. Enter artist and title, choose source and material, and search. Read result details before Download and open. The Find music lesson explains the search workflow.</w:t>
      </w:r>
    </w:p>
    <w:p>
      <w:pPr>
        <w:widowControl/>
      </w:pPr>
      <w:r>
        <w:t>Detailed workflow and results: guided task 5 Find music online.</w:t>
      </w:r>
    </w:p>
    <w:p>
      <w:pPr>
        <w:pStyle w:val="Heading3"/>
        <w:widowControl/>
      </w:pPr>
      <w:r>
        <w:t>Repair current file with AI in app</w:t>
      </w:r>
    </w:p>
    <w:p>
      <w:pPr>
        <w:widowControl/>
      </w:pPr>
      <w:r>
        <w:t>Menu route: File &gt; Repair current file with AI in app. Menu access: Alt+F, then R. Direct shortcut: No default direct shortcut.</w:t>
      </w:r>
    </w:p>
    <w:p>
      <w:pPr>
        <w:widowControl/>
      </w:pPr>
      <w:r>
        <w:t>Use this for a missing or wrong imported score when you want connected AI to make a separate recovered reading inside SpeakTab. It uses the current source file. With a saved ChatGPT connection, choosing this command can load models and start sending automatically. Read progress, coverage and missing ranges; Cancel repair stops waiting. Complete accepted output can open automatically; readable partial output offers Open provisional reading. Keep the original for any repair request. Seek help with returned music that seems wrong.</w:t>
      </w:r>
    </w:p>
    <w:p>
      <w:pPr>
        <w:widowControl/>
      </w:pPr>
      <w:r>
        <w:t>Detailed workflow and results: guided task 11 Review and repair uncertain music.</w:t>
      </w:r>
    </w:p>
    <w:p>
      <w:pPr>
        <w:pStyle w:val="Heading3"/>
        <w:widowControl/>
      </w:pPr>
      <w:r>
        <w:t>Repair another file with AI in app</w:t>
      </w:r>
    </w:p>
    <w:p>
      <w:pPr>
        <w:widowControl/>
      </w:pPr>
      <w:r>
        <w:t>Menu route: File &gt; Repair another file with AI in app. Menu access: Alt+F, then E. Direct shortcut: No default direct shortcut.</w:t>
      </w:r>
    </w:p>
    <w:p>
      <w:pPr>
        <w:widowControl/>
      </w:pPr>
      <w:r>
        <w:t>Use this for connected in-app repair of a different file, including one that failed to open. Choose its actual source in the file chooser. With a saved ChatGPT connection, repair can begin sending after file selection and may use service allowance or provider credits. Escape cancels the chooser; Cancel repair stops waiting. Read the returned coverage. Seek help with returned music that seems wrong.</w:t>
      </w:r>
    </w:p>
    <w:p>
      <w:pPr>
        <w:widowControl/>
      </w:pPr>
      <w:r>
        <w:t>Detailed workflow and results: guided task 11 Review and repair uncertain music.</w:t>
      </w:r>
    </w:p>
    <w:p>
      <w:pPr>
        <w:pStyle w:val="Heading3"/>
        <w:widowControl/>
      </w:pPr>
      <w:r>
        <w:t>Import PDF or scanned music</w:t>
      </w:r>
    </w:p>
    <w:p>
      <w:pPr>
        <w:widowControl/>
      </w:pPr>
      <w:r>
        <w:t>Menu route: File &gt; Import PDF or scanned music. Menu access: Alt+F, then A. Direct shortcut: Ctrl+Shift+O.</w:t>
      </w:r>
    </w:p>
    <w:p>
      <w:pPr>
        <w:widowControl/>
      </w:pPr>
      <w:r>
        <w:t>Opens the separate printed-staff reader. Review the reported problems, then choose Part, Staff and Measure. Recognized music is already saved; closing does not delete it. Export selected staff as text optionally saves that staff with warnings. Fix reading with AI in SpeakTab opens in-app repair with the original and available recognition context; choose a model and Send. Use ChatGPT website instead opens the separate browser-recovery request; Ctrl+Shift+R also works here, in remediation and in Ask about or correct reading text. Neither saving nor opening a recovery window confirms the music is correct. PDF repair shows its current page, retained pages and elapsed waiting time.</w:t>
      </w:r>
    </w:p>
    <w:p>
      <w:pPr>
        <w:widowControl/>
      </w:pPr>
      <w:r>
        <w:t>Detailed workflow and results: guided task 12 Read printed sheet music and PDFs.</w:t>
      </w:r>
    </w:p>
    <w:p>
      <w:pPr>
        <w:pStyle w:val="Heading3"/>
        <w:widowControl/>
      </w:pPr>
      <w:r>
        <w:t>Choose musical part</w:t>
      </w:r>
    </w:p>
    <w:p>
      <w:pPr>
        <w:widowControl/>
      </w:pPr>
      <w:r>
        <w:t>Menu route: File &gt; Choose musical part. Menu access: Alt+F, then T. Direct shortcut: Ctrl+T.</w:t>
      </w:r>
    </w:p>
    <w:p>
      <w:pPr>
        <w:widowControl/>
      </w:pPr>
      <w:r>
        <w:t>Ctrl+T lists readable parts from an original MusicXML, MuseScore or supported Guitar Pro score. MusicXML and MuseScore can supply supported instrument or vocal parts. The Guitar Pro chooser currently supports six-string guitar tracks. A saved reading holds one selected part; reopen the original for source part choices.</w:t>
      </w:r>
    </w:p>
    <w:p>
      <w:pPr>
        <w:widowControl/>
      </w:pPr>
      <w:r>
        <w:t>Detailed workflow and results: guided task 23 Choose parts, staves, lyrics and score information.</w:t>
      </w:r>
    </w:p>
    <w:p>
      <w:pPr>
        <w:pStyle w:val="Heading3"/>
        <w:widowControl/>
      </w:pPr>
      <w:r>
        <w:t>Ask about or correct reading text</w:t>
      </w:r>
    </w:p>
    <w:p>
      <w:pPr>
        <w:widowControl/>
      </w:pPr>
      <w:r>
        <w:t>Menu route: File &gt; Ask about or correct reading text. Menu access: Alt+F, then X. Direct shortcut: Ctrl+R.</w:t>
      </w:r>
    </w:p>
    <w:p>
      <w:pPr>
        <w:widowControl/>
      </w:pPr>
      <w:r>
        <w:t>Use this for a question about the current reading or a correction to its announced text. It opens Ask or correct this reading. Offline answers use supplied music; a configured AI provider can answer freer questions. Edit Editable short beat announcement or Editable full explanation for this beat, then Save to keep that wording at this position. This does not rewrite pitches or rhythm in the original notation. Escape leaves the dialog.</w:t>
      </w:r>
    </w:p>
    <w:p>
      <w:pPr>
        <w:widowControl/>
      </w:pPr>
      <w:r>
        <w:t>Detailed workflow and results: guided task 11 Review and repair uncertain music.</w:t>
      </w:r>
    </w:p>
    <w:p>
      <w:pPr>
        <w:pStyle w:val="Heading3"/>
        <w:widowControl/>
      </w:pPr>
      <w:r>
        <w:t>Open practice demo</w:t>
      </w:r>
    </w:p>
    <w:p>
      <w:pPr>
        <w:widowControl/>
      </w:pPr>
      <w:r>
        <w:t>Menu route: File &gt; Open practice demo. Menu access: Alt+F, then D. Direct shortcut: Ctrl+D.</w:t>
      </w:r>
    </w:p>
    <w:p>
      <w:pPr>
        <w:widowControl/>
      </w:pPr>
      <w:r>
        <w:t>Optional original practice chart for when you do not have a file downloaded or copied. It opens without search or AI. For your own music, use Open music file (Ctrl+O; menu: Alt+F, then O), Find tabs or chords (F2; menu: Alt+F, then F), or Paste copied webpage tab (Ctrl+Shift+V; menu: Alt+F, then P). Save other edited work first if prompted.</w:t>
      </w:r>
    </w:p>
    <w:p>
      <w:pPr>
        <w:widowControl/>
      </w:pPr>
      <w:r>
        <w:t>Detailed workflow and results: guided task 1 Start with a song.</w:t>
      </w:r>
    </w:p>
    <w:p>
      <w:pPr>
        <w:pStyle w:val="Heading3"/>
        <w:widowControl/>
      </w:pPr>
      <w:r>
        <w:t>New tab for pasting</w:t>
      </w:r>
    </w:p>
    <w:p>
      <w:pPr>
        <w:widowControl/>
      </w:pPr>
      <w:r>
        <w:t>Menu route: File &gt; New tab for pasting. Menu access: Alt+F, then N. Direct shortcut: Ctrl+N.</w:t>
      </w:r>
    </w:p>
    <w:p>
      <w:pPr>
        <w:widowControl/>
      </w:pPr>
      <w:r>
        <w:t>Starts a new editable source-text reading. Paste actual tab text, check tuning, then choose Read tab text (Ctrl+Enter; menu: Alt+F, then B). Confirm or cancel any unsaved-work prompt.</w:t>
      </w:r>
    </w:p>
    <w:p>
      <w:pPr>
        <w:widowControl/>
      </w:pPr>
      <w:r>
        <w:t>Detailed workflow and results: guided task 1 Start with a song.</w:t>
      </w:r>
    </w:p>
    <w:p>
      <w:pPr>
        <w:pStyle w:val="Heading3"/>
        <w:widowControl/>
      </w:pPr>
      <w:r>
        <w:t>Paste copied webpage tab</w:t>
      </w:r>
    </w:p>
    <w:p>
      <w:pPr>
        <w:widowControl/>
      </w:pPr>
      <w:r>
        <w:t>Menu route: File &gt; Paste copied webpage tab. Menu access: Alt+F, then P. Direct shortcut: Ctrl+Shift+V.</w:t>
      </w:r>
    </w:p>
    <w:p>
      <w:pPr>
        <w:widowControl/>
      </w:pPr>
      <w:r>
        <w:t>Imports actual copied text notation. Copy the tab or chart, return to SpeakTab and invoke this action. A webpage URL or screenshot is not selectable tab text.</w:t>
      </w:r>
    </w:p>
    <w:p>
      <w:pPr>
        <w:widowControl/>
      </w:pPr>
      <w:r>
        <w:t>Detailed workflow and results: guided task 1 Start with a song.</w:t>
      </w:r>
    </w:p>
    <w:p>
      <w:pPr>
        <w:pStyle w:val="Heading3"/>
        <w:widowControl/>
      </w:pPr>
      <w:r>
        <w:t>Attach copied chord chart to score</w:t>
      </w:r>
    </w:p>
    <w:p>
      <w:pPr>
        <w:widowControl/>
      </w:pPr>
      <w:r>
        <w:t>Menu route: File &gt; Attach copied chord chart to score. Menu access: Alt+F, then C. Direct shortcut: Ctrl+Shift+A.</w:t>
      </w:r>
    </w:p>
    <w:p>
      <w:pPr>
        <w:widowControl/>
      </w:pPr>
      <w:r>
        <w:t>Attaches copied matching chord-chart information to a supported score reading. Use the same song and arrangement and inspect alignment afterward; it is not proof that the chart matches the score.</w:t>
      </w:r>
    </w:p>
    <w:p>
      <w:pPr>
        <w:widowControl/>
      </w:pPr>
      <w:r>
        <w:t>Detailed workflow and results: guided task 25 Saved songs, companion sheets and textual Braille.</w:t>
      </w:r>
    </w:p>
    <w:p>
      <w:pPr>
        <w:pStyle w:val="Heading3"/>
        <w:widowControl/>
      </w:pPr>
      <w:r>
        <w:t>Read tab text</w:t>
      </w:r>
    </w:p>
    <w:p>
      <w:pPr>
        <w:widowControl/>
      </w:pPr>
      <w:r>
        <w:t>Menu route: File &gt; Read tab text. Menu access: Alt+F, then B. Direct shortcut: Ctrl+Enter.</w:t>
      </w:r>
    </w:p>
    <w:p>
      <w:pPr>
        <w:widowControl/>
      </w:pPr>
      <w:r>
        <w:t>Parses the editable source text and creates its reading/description. Use after editing or completing a pasted tab. Read status for parsing and save results.</w:t>
      </w:r>
    </w:p>
    <w:p>
      <w:pPr>
        <w:widowControl/>
      </w:pPr>
      <w:r>
        <w:t>Detailed workflow and results: guided task 1 Start with a song.</w:t>
      </w:r>
    </w:p>
    <w:p>
      <w:pPr>
        <w:pStyle w:val="Heading3"/>
        <w:widowControl/>
      </w:pPr>
      <w:r>
        <w:t>Save reading as text</w:t>
      </w:r>
    </w:p>
    <w:p>
      <w:pPr>
        <w:widowControl/>
      </w:pPr>
      <w:r>
        <w:t>Menu route: File &gt; Save reading as text. Menu access: Alt+F, then S. Direct shortcut: Ctrl+S.</w:t>
      </w:r>
    </w:p>
    <w:p>
      <w:pPr>
        <w:widowControl/>
      </w:pPr>
      <w:r>
        <w:t>Ctrl+S saves or updates one reopenable reading as one named text file in Saved Readings. Opening does not automatically create a copy. Closing or switching asks Save, Don't save or Cancel for unsaved work. Export reading copy as text, Markdown or HTML makes a separate outside report.</w:t>
      </w:r>
    </w:p>
    <w:p>
      <w:pPr>
        <w:widowControl/>
      </w:pPr>
      <w:r>
        <w:t>Detailed workflow and results: guided task 10 Save, reopen and export a reading.</w:t>
      </w:r>
    </w:p>
    <w:p>
      <w:pPr>
        <w:pStyle w:val="Heading3"/>
        <w:widowControl/>
      </w:pPr>
      <w:r>
        <w:t>Open saved reading</w:t>
      </w:r>
    </w:p>
    <w:p>
      <w:pPr>
        <w:widowControl/>
      </w:pPr>
      <w:r>
        <w:t>Menu route: File &gt; Open saved reading. Menu access: Alt+F, then V. Direct shortcut: Alt+Shift+O.</w:t>
      </w:r>
    </w:p>
    <w:p>
      <w:pPr>
        <w:widowControl/>
      </w:pPr>
      <w:r>
        <w:t>Opens the last saved accessible description associated with the current reading, when available. To select an arbitrary earlier saved text reading, use Open music file (Ctrl+O; menu: Alt+F, then O) and choose it.</w:t>
      </w:r>
    </w:p>
    <w:p>
      <w:pPr>
        <w:widowControl/>
      </w:pPr>
      <w:r>
        <w:t>Detailed workflow and results: guided task 10 Save, reopen and export a reading.</w:t>
      </w:r>
    </w:p>
    <w:p>
      <w:pPr>
        <w:pStyle w:val="Heading3"/>
        <w:widowControl/>
      </w:pPr>
      <w:r>
        <w:t>Show saved reading in folder</w:t>
      </w:r>
    </w:p>
    <w:p>
      <w:pPr>
        <w:widowControl/>
      </w:pPr>
      <w:r>
        <w:t>Menu route: File &gt; Show saved reading in folder. Menu access: Alt+F, then H. Direct shortcut: No default direct shortcut.</w:t>
      </w:r>
    </w:p>
    <w:p>
      <w:pPr>
        <w:widowControl/>
      </w:pPr>
      <w:r>
        <w:t>Opens the last saved reading’s location in File Explorer. A saved reading must exist first.</w:t>
      </w:r>
    </w:p>
    <w:p>
      <w:pPr>
        <w:widowControl/>
      </w:pPr>
      <w:r>
        <w:t>Detailed workflow and results: guided task 10 Save, reopen and export a reading.</w:t>
      </w:r>
    </w:p>
    <w:p>
      <w:pPr>
        <w:pStyle w:val="Heading3"/>
        <w:widowControl/>
      </w:pPr>
      <w:r>
        <w:t>Copy saved reading path</w:t>
      </w:r>
    </w:p>
    <w:p>
      <w:pPr>
        <w:widowControl/>
      </w:pPr>
      <w:r>
        <w:t>Menu route: File &gt; Copy saved reading path. Menu access: Alt+F, then Y. Direct shortcut: No default direct shortcut.</w:t>
      </w:r>
    </w:p>
    <w:p>
      <w:pPr>
        <w:widowControl/>
      </w:pPr>
      <w:r>
        <w:t>Copies the saved reading’s full file path to the clipboard so you can paste it into another program or file chooser. This copies its location, not its contents.</w:t>
      </w:r>
    </w:p>
    <w:p>
      <w:pPr>
        <w:widowControl/>
      </w:pPr>
      <w:r>
        <w:t>Detailed workflow and results: guided task 10 Save, reopen and export a reading.</w:t>
      </w:r>
    </w:p>
    <w:p>
      <w:pPr>
        <w:pStyle w:val="Heading3"/>
        <w:widowControl/>
      </w:pPr>
      <w:r>
        <w:t>Acknowledge repair notes</w:t>
      </w:r>
    </w:p>
    <w:p>
      <w:pPr>
        <w:widowControl/>
      </w:pPr>
      <w:r>
        <w:t>Menu route: File &gt; Acknowledge repair notes. Menu access: Alt+F, then K. Direct shortcut: No default direct shortcut.</w:t>
      </w:r>
    </w:p>
    <w:p>
      <w:pPr>
        <w:widowControl/>
      </w:pPr>
      <w:r>
        <w:t>Hides the current repaired-file notice after review. It records acknowledgement; it does not repair or validate the music. If none is waiting, status says so.</w:t>
      </w:r>
    </w:p>
    <w:p>
      <w:pPr>
        <w:widowControl/>
      </w:pPr>
      <w:r>
        <w:t>Detailed workflow and results: guided task 11 Review and repair uncertain music.</w:t>
      </w:r>
    </w:p>
    <w:p>
      <w:pPr>
        <w:pStyle w:val="Heading3"/>
        <w:widowControl/>
      </w:pPr>
      <w:r>
        <w:t>Exit</w:t>
      </w:r>
    </w:p>
    <w:p>
      <w:pPr>
        <w:widowControl/>
      </w:pPr>
      <w:r>
        <w:t>Menu route: File &gt; Exit. Menu access: Alt+F, then I. Direct shortcut: Alt+F4.</w:t>
      </w:r>
    </w:p>
    <w:p>
      <w:pPr>
        <w:widowControl/>
      </w:pPr>
      <w:r>
        <w:t>Closes SpeakTab. Respond to any save prompt and keep the complete app folder for later use.</w:t>
      </w:r>
    </w:p>
    <w:p>
      <w:pPr>
        <w:widowControl/>
      </w:pPr>
      <w:r>
        <w:t>Detailed workflow and results: guided task 29 Help, updates, reports and safe exit.</w:t>
      </w:r>
    </w:p>
    <w:p>
      <w:pPr>
        <w:pStyle w:val="Heading3"/>
        <w:widowControl/>
      </w:pPr>
      <w:r>
        <w:t>My readings</w:t>
      </w:r>
    </w:p>
    <w:p>
      <w:pPr>
        <w:widowControl/>
      </w:pPr>
      <w:r>
        <w:t>Menu route: File &gt; My readings. Menu access: Alt+F, then M. Direct shortcut: No default direct shortcut.</w:t>
      </w:r>
    </w:p>
    <w:p>
      <w:pPr>
        <w:widowControl/>
      </w:pPr>
      <w:r>
        <w:t>Select a saved arrangement, read its previous lesson summary, then Resume or Start over. Open library folder shows the named text reading files directly.</w:t>
      </w:r>
    </w:p>
    <w:p>
      <w:pPr>
        <w:widowControl/>
      </w:pPr>
      <w:r>
        <w:t>Detailed workflow and results: guided task 10 Save, reopen and export a reading.</w:t>
      </w:r>
    </w:p>
    <w:p>
      <w:pPr>
        <w:pStyle w:val="Heading3"/>
        <w:widowControl/>
      </w:pPr>
      <w:r>
        <w:t>Export reading copy as text  Markdown or HTML</w:t>
      </w:r>
    </w:p>
    <w:p>
      <w:pPr>
        <w:widowControl/>
      </w:pPr>
      <w:r>
        <w:t>Menu route: File &gt; Export reading copy as text, Markdown or HTML. Menu access: Alt+F, then G. Direct shortcut: No default direct shortcut.</w:t>
      </w:r>
    </w:p>
    <w:p>
      <w:pPr>
        <w:widowControl/>
      </w:pPr>
      <w:r>
        <w:t>Exports the current reading as text, Markdown or semantic HTML. Each beat and its details share one logical line; long lines may wrap. Compact or expanded string-fret wording follows the chosen reading style. Other instrument parts keep their pitch names. Timing uncertainty, lyrics and written instructions are retained; export does not repair or save the workspace.</w:t>
      </w:r>
    </w:p>
    <w:p>
      <w:pPr>
        <w:widowControl/>
      </w:pPr>
      <w:r>
        <w:t>Detailed workflow and results: guided task 10 Save, reopen and export a reading.</w:t>
      </w:r>
    </w:p>
    <w:p>
      <w:pPr>
        <w:pStyle w:val="Heading3"/>
        <w:widowControl/>
      </w:pPr>
      <w:r>
        <w:t>Export textual braille BRF</w:t>
      </w:r>
    </w:p>
    <w:p>
      <w:pPr>
        <w:widowControl/>
      </w:pPr>
      <w:r>
        <w:t>Menu route: File &gt; Export textual braille BRF. Menu access: Alt+F, then U. Direct shortcut: No default direct shortcut.</w:t>
      </w:r>
    </w:p>
    <w:p>
      <w:pPr>
        <w:widowControl/>
      </w:pPr>
      <w:r>
        <w:t>Defaults to contracted English UEB grade 2. Select a .brf filename, Save, and wait for the translation result. Prose only; 40 cells by 25 lines.</w:t>
      </w:r>
    </w:p>
    <w:p>
      <w:pPr>
        <w:widowControl/>
      </w:pPr>
      <w:r>
        <w:t>Detailed workflow and results: guided task 25 Saved songs, companion sheets and textual Braille.</w:t>
      </w:r>
    </w:p>
    <w:p>
      <w:pPr>
        <w:pStyle w:val="Heading3"/>
        <w:widowControl/>
      </w:pPr>
      <w:r>
        <w:t>Companion chord or lyric sheet</w:t>
      </w:r>
    </w:p>
    <w:p>
      <w:pPr>
        <w:widowControl/>
      </w:pPr>
      <w:r>
        <w:t>Menu route: File &gt; Companion chord or lyric sheet. Menu access: Alt+F, then L. Direct shortcut: No default direct shortcut.</w:t>
      </w:r>
    </w:p>
    <w:p>
      <w:pPr>
        <w:widowControl/>
      </w:pPr>
      <w:r>
        <w:t>Explains copied-chart alignment for an original Guitar Pro score and separate reference files for written ChatGPT or the live teacher. Add a reference without replacing the main score; Ctrl+S keeps it with the reading. Reference measures are not automatically synchronized.</w:t>
      </w:r>
    </w:p>
    <w:p>
      <w:pPr>
        <w:widowControl/>
      </w:pPr>
      <w:r>
        <w:t>Detailed workflow and results: guided task 25 Saved songs, companion sheets and textual Braille.</w:t>
      </w:r>
    </w:p>
    <w:p>
      <w:pPr>
        <w:pStyle w:val="Heading3"/>
        <w:widowControl/>
      </w:pPr>
      <w:r>
        <w:t>New score</w:t>
      </w:r>
    </w:p>
    <w:p>
      <w:pPr>
        <w:widowControl/>
      </w:pPr>
      <w:r>
        <w:t>Menu route: File &gt; New score. Menu access: Alt+F, then W. Direct shortcut: Ctrl+Shift+N.</w:t>
      </w:r>
    </w:p>
    <w:p>
      <w:pPr>
        <w:widowControl/>
      </w:pPr>
      <w:r>
        <w:t>Opens the separate composer on Enter music. Ctrl+Shift+N is its default direct key. It starts an empty Piano project; choose New score in that window for another template. Score settings is on Score, reached from the initial description field with Ctrl+Shift+Tab. This does not replace the reader’s source.</w:t>
      </w:r>
    </w:p>
    <w:p>
      <w:pPr>
        <w:widowControl/>
      </w:pPr>
      <w:r>
        <w:t>Detailed workflow and results: guided task 15 Enter notes with selections.</w:t>
      </w:r>
    </w:p>
    <w:p>
      <w:pPr>
        <w:pStyle w:val="Heading3"/>
        <w:widowControl/>
      </w:pPr>
      <w:r>
        <w:t>Prepare repair on ChatGPT website</w:t>
      </w:r>
    </w:p>
    <w:p>
      <w:pPr>
        <w:widowControl/>
      </w:pPr>
      <w:r>
        <w:t>Menu route: File &gt; Prepare repair on ChatGPT website. Menu access: Alt+F, then J. Direct shortcut: Ctrl+Shift+R.</w:t>
      </w:r>
    </w:p>
    <w:p>
      <w:pPr>
        <w:widowControl/>
      </w:pPr>
      <w:r>
        <w:t>Opens the separate browser-recovery handoff. Choose the original file and ChatGPT task: Convert original file for a first request, or Correct previous ChatGPT result for a precise follow-up. Describe the problem in Additional request. The ready-to-copy request updates with your choices. Copy request and open website opens the browser; paste the request and attach the original there. This action does not upload or send automatically. Download the returned file and use Open returned file, then read its coverage. If something seems wrong, try available AI help or work with a musician or someone who can help correct it. Browser sign-in is separate from the app connection.</w:t>
      </w:r>
    </w:p>
    <w:p>
      <w:pPr>
        <w:widowControl/>
      </w:pPr>
      <w:r>
        <w:t>Detailed workflow and results: guided task 28 Recognize complete PDFs and follow up on warnings.</w:t>
      </w:r>
    </w:p>
    <w:p>
      <w:pPr>
        <w:pStyle w:val="Heading2"/>
        <w:widowControl/>
      </w:pPr>
      <w:r>
        <w:t>Navigate menu</w:t>
      </w:r>
    </w:p>
    <w:p>
      <w:pPr>
        <w:pStyle w:val="Heading3"/>
        <w:widowControl/>
      </w:pPr>
      <w:r>
        <w:t>Music source or score summary</w:t>
      </w:r>
    </w:p>
    <w:p>
      <w:pPr>
        <w:widowControl/>
      </w:pPr>
      <w:r>
        <w:t>Menu route: Navigate &gt; Music source or score summary. Menu access: Alt+N, then M. Direct shortcut: Ctrl+1.</w:t>
      </w:r>
    </w:p>
    <w:p>
      <w:pPr>
        <w:widowControl/>
      </w:pPr>
      <w:r>
        <w:t>Ctrl+1 focuses the actual source text or imported score summary and starts at its beginning. This is separate from the measure selector, Ctrl+M. Ctrl+2 returns to the score.</w:t>
      </w:r>
    </w:p>
    <w:p>
      <w:pPr>
        <w:widowControl/>
      </w:pPr>
      <w:r>
        <w:t>Detailed workflow and results: guided task 4 Read strings, chords, lyrics and beats.</w:t>
      </w:r>
    </w:p>
    <w:p>
      <w:pPr>
        <w:pStyle w:val="Heading3"/>
        <w:widowControl/>
      </w:pPr>
      <w:r>
        <w:t>Beats and chords</w:t>
      </w:r>
    </w:p>
    <w:p>
      <w:pPr>
        <w:widowControl/>
      </w:pPr>
      <w:r>
        <w:t>Menu route: Navigate &gt; Beats and chords. Menu access: Alt+N, then B. Direct shortcut: Ctrl+2.</w:t>
      </w:r>
    </w:p>
    <w:p>
      <w:pPr>
        <w:widowControl/>
      </w:pPr>
      <w:r>
        <w:t>Focuses the score list. Left/Right move across time; Up/Down inspect simultaneous rows. This is the usual return point after reading text or closing chat.</w:t>
      </w:r>
    </w:p>
    <w:p>
      <w:pPr>
        <w:widowControl/>
      </w:pPr>
      <w:r>
        <w:t>Detailed workflow and results: guided task 4 Read strings, chords, lyrics and beats.</w:t>
      </w:r>
    </w:p>
    <w:p>
      <w:pPr>
        <w:pStyle w:val="Heading3"/>
        <w:widowControl/>
      </w:pPr>
      <w:r>
        <w:t>Choose measure</w:t>
      </w:r>
    </w:p>
    <w:p>
      <w:pPr>
        <w:widowControl/>
      </w:pPr>
      <w:r>
        <w:t>Menu route: Navigate &gt; Choose measure. Menu access: Alt+N, then C. Direct shortcut: Ctrl+M.</w:t>
      </w:r>
    </w:p>
    <w:p>
      <w:pPr>
        <w:widowControl/>
      </w:pPr>
      <w:r>
        <w:t>Focuses the measure selector. Choose an original measure with its arrows. It is a selector, not a request to AI.</w:t>
      </w:r>
    </w:p>
    <w:p>
      <w:pPr>
        <w:widowControl/>
      </w:pPr>
      <w:r>
        <w:t>Detailed workflow and results: guided task 3 Navigate with keyboard, screen reader and Braille.</w:t>
      </w:r>
    </w:p>
    <w:p>
      <w:pPr>
        <w:pStyle w:val="Heading3"/>
        <w:widowControl/>
      </w:pPr>
      <w:r>
        <w:t>Explanation</w:t>
      </w:r>
    </w:p>
    <w:p>
      <w:pPr>
        <w:widowControl/>
      </w:pPr>
      <w:r>
        <w:t>Menu route: Navigate &gt; Explanation. Menu access: Alt+N, then E. Direct shortcut: Ctrl+3.</w:t>
      </w:r>
    </w:p>
    <w:p>
      <w:pPr>
        <w:widowControl/>
      </w:pPr>
      <w:r>
        <w:t>Refreshes and focuses the current position’s explanation from its beginning. Read with text commands. Escape returns to the score.</w:t>
      </w:r>
    </w:p>
    <w:p>
      <w:pPr>
        <w:widowControl/>
      </w:pPr>
      <w:r>
        <w:t>Detailed workflow and results: guided task 4 Read strings, chords, lyrics and beats.</w:t>
      </w:r>
    </w:p>
    <w:p>
      <w:pPr>
        <w:pStyle w:val="Heading3"/>
        <w:widowControl/>
      </w:pPr>
      <w:r>
        <w:t>Tuning</w:t>
      </w:r>
    </w:p>
    <w:p>
      <w:pPr>
        <w:widowControl/>
      </w:pPr>
      <w:r>
        <w:t>Menu route: Navigate &gt; Tuning. Menu access: Alt+N, then T. Direct shortcut: Ctrl+4.</w:t>
      </w:r>
    </w:p>
    <w:p>
      <w:pPr>
        <w:widowControl/>
      </w:pPr>
      <w:r>
        <w:t>Focuses the editable text-tab tuning selector, or opens imported tuning as a read-only description. Check the selected part; staff pitches alone do not establish guitar tuning.</w:t>
      </w:r>
    </w:p>
    <w:p>
      <w:pPr>
        <w:widowControl/>
      </w:pPr>
      <w:r>
        <w:t>Detailed workflow and results: guided task 23 Choose parts, staves, lyrics and score information.</w:t>
      </w:r>
    </w:p>
    <w:p>
      <w:pPr>
        <w:pStyle w:val="Heading3"/>
        <w:widowControl/>
      </w:pPr>
      <w:r>
        <w:t>Reader status</w:t>
      </w:r>
    </w:p>
    <w:p>
      <w:pPr>
        <w:widowControl/>
      </w:pPr>
      <w:r>
        <w:t>Menu route: Navigate &gt; Reader status. Menu access: Alt+N, then R. Direct shortcut: No default direct shortcut.</w:t>
      </w:r>
    </w:p>
    <w:p>
      <w:pPr>
        <w:widowControl/>
      </w:pPr>
      <w:r>
        <w:t>Opens a readable snapshot of the latest reader status. It stays outside normal score Tab navigation.</w:t>
      </w:r>
    </w:p>
    <w:p>
      <w:pPr>
        <w:widowControl/>
      </w:pPr>
      <w:r>
        <w:t>Detailed workflow and results: guided task 4 Read strings, chords, lyrics and beats.</w:t>
      </w:r>
    </w:p>
    <w:p>
      <w:pPr>
        <w:pStyle w:val="Heading3"/>
        <w:widowControl/>
      </w:pPr>
      <w:r>
        <w:t>Saved text file path</w:t>
      </w:r>
    </w:p>
    <w:p>
      <w:pPr>
        <w:widowControl/>
      </w:pPr>
      <w:r>
        <w:t>Menu route: Navigate &gt; Saved text file path. Menu access: Alt+N, then S. Direct shortcut: Ctrl+5.</w:t>
      </w:r>
    </w:p>
    <w:p>
      <w:pPr>
        <w:widowControl/>
      </w:pPr>
      <w:r>
        <w:t>Focuses the read-only saved-description path. Select and copy it with ordinary text commands if needed.</w:t>
      </w:r>
    </w:p>
    <w:p>
      <w:pPr>
        <w:widowControl/>
      </w:pPr>
      <w:r>
        <w:t>Detailed workflow and results: guided task 4 Read strings, chords, lyrics and beats.</w:t>
      </w:r>
    </w:p>
    <w:p>
      <w:pPr>
        <w:pStyle w:val="Heading3"/>
        <w:widowControl/>
      </w:pPr>
      <w:r>
        <w:t>Jump to bar or measure</w:t>
      </w:r>
    </w:p>
    <w:p>
      <w:pPr>
        <w:widowControl/>
      </w:pPr>
      <w:r>
        <w:t>Menu route: Navigate &gt; Jump to bar or measure. Menu access: Alt+N, then J. Direct shortcut: Ctrl+G.</w:t>
      </w:r>
    </w:p>
    <w:p>
      <w:pPr>
        <w:widowControl/>
      </w:pPr>
      <w:r>
        <w:t>Focuses the measure-number entry. Type an original measure number and activate Jump. A bar is another name for a measure.</w:t>
      </w:r>
    </w:p>
    <w:p>
      <w:pPr>
        <w:widowControl/>
      </w:pPr>
      <w:r>
        <w:t>Detailed workflow and results: guided task 3 Navigate with keyboard, screen reader and Braille.</w:t>
      </w:r>
    </w:p>
    <w:p>
      <w:pPr>
        <w:pStyle w:val="Heading3"/>
        <w:widowControl/>
      </w:pPr>
      <w:r>
        <w:t>Previous measure</w:t>
      </w:r>
    </w:p>
    <w:p>
      <w:pPr>
        <w:widowControl/>
      </w:pPr>
      <w:r>
        <w:t>Menu route: Navigate &gt; Previous measure. Menu access: Alt+N, then P. Direct shortcut: Ctrl+PageUp.</w:t>
      </w:r>
    </w:p>
    <w:p>
      <w:pPr>
        <w:widowControl/>
      </w:pPr>
      <w:r>
        <w:t>Moves to the preceding available measure and stops playback. Empty-measure skipping follows the Practice preference. Ctrl+Left is an alternative in the score or measure selector.</w:t>
      </w:r>
    </w:p>
    <w:p>
      <w:pPr>
        <w:widowControl/>
      </w:pPr>
      <w:r>
        <w:t>Detailed workflow and results: guided task 3 Navigate with keyboard, screen reader and Braille.</w:t>
      </w:r>
    </w:p>
    <w:p>
      <w:pPr>
        <w:pStyle w:val="Heading3"/>
        <w:widowControl/>
      </w:pPr>
      <w:r>
        <w:t>Next measure</w:t>
      </w:r>
    </w:p>
    <w:p>
      <w:pPr>
        <w:widowControl/>
      </w:pPr>
      <w:r>
        <w:t>Menu route: Navigate &gt; Next measure. Menu access: Alt+N, then N. Direct shortcut: Ctrl+PageDown.</w:t>
      </w:r>
    </w:p>
    <w:p>
      <w:pPr>
        <w:widowControl/>
      </w:pPr>
      <w:r>
        <w:t>Moves to the next available measure and stops playback. Ctrl+Right is an alternative in the score or measure selector. It does the same musical action.</w:t>
      </w:r>
    </w:p>
    <w:p>
      <w:pPr>
        <w:widowControl/>
      </w:pPr>
      <w:r>
        <w:t>Detailed workflow and results: guided task 3 Navigate with keyboard, screen reader and Braille.</w:t>
      </w:r>
    </w:p>
    <w:p>
      <w:pPr>
        <w:pStyle w:val="Heading3"/>
        <w:widowControl/>
      </w:pPr>
      <w:r>
        <w:t xml:space="preserve">Previous position  Left Arrow in score </w:t>
      </w:r>
    </w:p>
    <w:p>
      <w:pPr>
        <w:widowControl/>
      </w:pPr>
      <w:r>
        <w:t>Menu route: Navigate &gt; Previous position (Left Arrow in score). Menu access: Alt+N, then V. Direct shortcut: Alt+Shift+PageUp.</w:t>
      </w:r>
    </w:p>
    <w:p>
      <w:pPr>
        <w:widowControl/>
      </w:pPr>
      <w:r>
        <w:t>Moves to the preceding time position, crossing measure boundaries. A note group is the notes supplied at that time, rather than a whole measure.</w:t>
      </w:r>
    </w:p>
    <w:p>
      <w:pPr>
        <w:widowControl/>
      </w:pPr>
      <w:r>
        <w:t>Detailed workflow and results: guided task 3 Navigate with keyboard, screen reader and Braille.</w:t>
      </w:r>
    </w:p>
    <w:p>
      <w:pPr>
        <w:pStyle w:val="Heading3"/>
        <w:widowControl/>
      </w:pPr>
      <w:r>
        <w:t xml:space="preserve">Next position  Right Arrow in score </w:t>
      </w:r>
    </w:p>
    <w:p>
      <w:pPr>
        <w:widowControl/>
      </w:pPr>
      <w:r>
        <w:t>Menu route: Navigate &gt; Next position (Right Arrow in score). Menu access: Alt+N, then X. Direct shortcut: Alt+Shift+PageDown.</w:t>
      </w:r>
    </w:p>
    <w:p>
      <w:pPr>
        <w:widowControl/>
      </w:pPr>
      <w:r>
        <w:t>Moves to the next time position, crossing measure boundaries. Text-tab timing may be estimated from spacing.</w:t>
      </w:r>
    </w:p>
    <w:p>
      <w:pPr>
        <w:widowControl/>
      </w:pPr>
      <w:r>
        <w:t>Detailed workflow and results: guided task 3 Navigate with keyboard, screen reader and Braille.</w:t>
      </w:r>
    </w:p>
    <w:p>
      <w:pPr>
        <w:pStyle w:val="Heading3"/>
        <w:widowControl/>
      </w:pPr>
      <w:r>
        <w:t xml:space="preserve">First note group  Ctrl Home in score </w:t>
      </w:r>
    </w:p>
    <w:p>
      <w:pPr>
        <w:widowControl/>
      </w:pPr>
      <w:r>
        <w:t>Menu route: Navigate &gt; First note group (Ctrl+Home in score). Menu access: Alt+N, then F. Direct shortcut: No default direct shortcut.</w:t>
      </w:r>
    </w:p>
    <w:p>
      <w:pPr>
        <w:widowControl/>
      </w:pPr>
      <w:r>
        <w:t>Moves to the first navigable musical position, subject to empty-measure skipping. Ctrl+Home is a contextual alternative while the music list has focus: press Ctrl+2 first. There is no separate global default key for this menu action. The measure selector or jump field can still reach an earlier empty source measure.</w:t>
      </w:r>
    </w:p>
    <w:p>
      <w:pPr>
        <w:widowControl/>
      </w:pPr>
      <w:r>
        <w:t>Detailed workflow and results: guided task 4 Read strings, chords, lyrics and beats.</w:t>
      </w:r>
    </w:p>
    <w:p>
      <w:pPr>
        <w:pStyle w:val="Heading3"/>
        <w:widowControl/>
      </w:pPr>
      <w:r>
        <w:t xml:space="preserve">Last note group  Ctrl End in score </w:t>
      </w:r>
    </w:p>
    <w:p>
      <w:pPr>
        <w:widowControl/>
      </w:pPr>
      <w:r>
        <w:t>Menu route: Navigate &gt; Last note group (Ctrl+End in score). Menu access: Alt+N, then L. Direct shortcut: No default direct shortcut.</w:t>
      </w:r>
    </w:p>
    <w:p>
      <w:pPr>
        <w:widowControl/>
      </w:pPr>
      <w:r>
        <w:t>Moves to the last navigable musical position in this reading. Ctrl+End does this while the music list has focus: press Ctrl+2 first. There is no separate global default key for this menu action. A partial source may end before the full piece does.</w:t>
      </w:r>
    </w:p>
    <w:p>
      <w:pPr>
        <w:widowControl/>
      </w:pPr>
      <w:r>
        <w:t>Detailed workflow and results: guided task 4 Read strings, chords, lyrics and beats.</w:t>
      </w:r>
    </w:p>
    <w:p>
      <w:pPr>
        <w:pStyle w:val="Heading3"/>
        <w:widowControl/>
      </w:pPr>
      <w:r>
        <w:t>Previous chord change</w:t>
      </w:r>
    </w:p>
    <w:p>
      <w:pPr>
        <w:widowControl/>
      </w:pPr>
      <w:r>
        <w:t>Menu route: Navigate &gt; Previous chord change. Menu access: Alt+N, then I. Direct shortcut: Alt+Left.</w:t>
      </w:r>
    </w:p>
    <w:p>
      <w:pPr>
        <w:widowControl/>
      </w:pPr>
      <w:r>
        <w:t>Press Alt+Left Arrow directly in the main reader to move to the preceding written or inferred chord change. Alt+Right Arrow moves forward again. No menu needs to be opened. The selected measure and beat update; Ctrl+2 returns to the music list.</w:t>
      </w:r>
    </w:p>
    <w:p>
      <w:pPr>
        <w:widowControl/>
      </w:pPr>
      <w:r>
        <w:t>Detailed workflow and results: guided task 4 Read strings, chords, lyrics and beats.</w:t>
      </w:r>
    </w:p>
    <w:p>
      <w:pPr>
        <w:pStyle w:val="Heading3"/>
        <w:widowControl/>
      </w:pPr>
      <w:r>
        <w:t>Next chord change</w:t>
      </w:r>
    </w:p>
    <w:p>
      <w:pPr>
        <w:widowControl/>
      </w:pPr>
      <w:r>
        <w:t>Menu route: Navigate &gt; Next chord change. Menu access: Alt+N, then H. Direct shortcut: Alt+Right.</w:t>
      </w:r>
    </w:p>
    <w:p>
      <w:pPr>
        <w:widowControl/>
      </w:pPr>
      <w:r>
        <w:t>Press Alt+Right Arrow directly in the main reader to move to the next written or inferred chord change, skipping a held continuation. Alt+Left Arrow moves to the previous change. Neither shortcut requires opening a menu. They also work from its text areas. Ctrl+2 returns to the music list at the selected position.</w:t>
      </w:r>
    </w:p>
    <w:p>
      <w:pPr>
        <w:widowControl/>
      </w:pPr>
      <w:r>
        <w:t>Detailed workflow and results: guided task 4 Read strings, chords, lyrics and beats.</w:t>
      </w:r>
    </w:p>
    <w:p>
      <w:pPr>
        <w:pStyle w:val="Heading3"/>
        <w:widowControl/>
      </w:pPr>
      <w:r>
        <w:t>Next played note</w:t>
      </w:r>
    </w:p>
    <w:p>
      <w:pPr>
        <w:widowControl/>
      </w:pPr>
      <w:r>
        <w:t>Menu route: Navigate &gt; Next played note. Menu access: Alt+N, then A. Direct shortcut: No default direct shortcut.</w:t>
      </w:r>
    </w:p>
    <w:p>
      <w:pPr>
        <w:widowControl/>
      </w:pPr>
      <w:r>
        <w:t>Moves to the next newly played note, skipping appropriate held continuations or rests in the supplied reading. Read its actual measure and beat after moving. This remains a menu action; Ctrl+Shift+N now belongs to New score. You can assign another optional key in Customize keyboard shortcuts.</w:t>
      </w:r>
    </w:p>
    <w:p>
      <w:pPr>
        <w:widowControl/>
      </w:pPr>
      <w:r>
        <w:t>Detailed workflow and results: guided task 4 Read strings, chords, lyrics and beats.</w:t>
      </w:r>
    </w:p>
    <w:p>
      <w:pPr>
        <w:pStyle w:val="Heading3"/>
        <w:widowControl/>
      </w:pPr>
      <w:r>
        <w:t xml:space="preserve">Copy current explanation  Ctrl C in score </w:t>
      </w:r>
    </w:p>
    <w:p>
      <w:pPr>
        <w:widowControl/>
      </w:pPr>
      <w:r>
        <w:t>Menu route: Navigate &gt; Copy current explanation (Ctrl+C in score). Menu access: Alt+N, then O. Direct shortcut: Ctrl+Shift+E.</w:t>
      </w:r>
    </w:p>
    <w:p>
      <w:pPr>
        <w:widowControl/>
      </w:pPr>
      <w:r>
        <w:t>Copies the selected position’s explanation to the clipboard. Ctrl+C in the score is the context alternative; the optional factory shortcut works through this menu action.</w:t>
      </w:r>
    </w:p>
    <w:p>
      <w:pPr>
        <w:widowControl/>
      </w:pPr>
      <w:r>
        <w:t>Detailed workflow and results: guided task 4 Read strings, chords, lyrics and beats.</w:t>
      </w:r>
    </w:p>
    <w:p>
      <w:pPr>
        <w:pStyle w:val="Heading3"/>
        <w:widowControl/>
      </w:pPr>
      <w:r>
        <w:t>Piano staff  D    Choose staff</w:t>
      </w:r>
    </w:p>
    <w:p>
      <w:pPr>
        <w:widowControl/>
      </w:pPr>
      <w:r>
        <w:t>Menu route: Navigate &gt; Piano staff (D) &gt; Choose staff. Menu access: Alt+N, then D, then C. Direct shortcut: No default direct shortcut.</w:t>
      </w:r>
    </w:p>
    <w:p>
      <w:pPr>
        <w:widowControl/>
      </w:pPr>
      <w:r>
        <w:t>Choose a supplied piano staff from the list and confirm. The reader finds material for it, which can change the current position; check the announced measure. Cancel leaves the choice unchanged.</w:t>
      </w:r>
    </w:p>
    <w:p>
      <w:pPr>
        <w:widowControl/>
      </w:pPr>
      <w:r>
        <w:t>Detailed workflow and results: guided task 23 Choose parts, staves, lyrics and score information.</w:t>
      </w:r>
    </w:p>
    <w:p>
      <w:pPr>
        <w:pStyle w:val="Heading3"/>
        <w:widowControl/>
      </w:pPr>
      <w:r>
        <w:t>Piano staff  D    Next staff</w:t>
      </w:r>
    </w:p>
    <w:p>
      <w:pPr>
        <w:widowControl/>
      </w:pPr>
      <w:r>
        <w:t>Menu route: Navigate &gt; Piano staff (D) &gt; Next staff. Menu access: Alt+N, then D, then N. Direct shortcut: No default direct shortcut.</w:t>
      </w:r>
    </w:p>
    <w:p>
      <w:pPr>
        <w:widowControl/>
      </w:pPr>
      <w:r>
        <w:t>Selects the next supplied staff label. If no next staff exists, selection is unchanged. A staff label does not establish a hand.</w:t>
      </w:r>
    </w:p>
    <w:p>
      <w:pPr>
        <w:widowControl/>
      </w:pPr>
      <w:r>
        <w:t>Detailed workflow and results: guided task 23 Choose parts, staves, lyrics and score information.</w:t>
      </w:r>
    </w:p>
    <w:p>
      <w:pPr>
        <w:pStyle w:val="Heading3"/>
        <w:widowControl/>
      </w:pPr>
      <w:r>
        <w:t>Piano staff  D    Previous staff</w:t>
      </w:r>
    </w:p>
    <w:p>
      <w:pPr>
        <w:widowControl/>
      </w:pPr>
      <w:r>
        <w:t>Menu route: Navigate &gt; Piano staff (D) &gt; Previous staff. Menu access: Alt+N, then D, then P. Direct shortcut: No default direct shortcut.</w:t>
      </w:r>
    </w:p>
    <w:p>
      <w:pPr>
        <w:widowControl/>
      </w:pPr>
      <w:r>
        <w:t>Selects the previous supplied staff label. Check the reported location after changing staves.</w:t>
      </w:r>
    </w:p>
    <w:p>
      <w:pPr>
        <w:widowControl/>
      </w:pPr>
      <w:r>
        <w:t>Detailed workflow and results: guided task 23 Choose parts, staves, lyrics and score information.</w:t>
      </w:r>
    </w:p>
    <w:p>
      <w:pPr>
        <w:pStyle w:val="Heading3"/>
        <w:widowControl/>
      </w:pPr>
      <w:r>
        <w:t>Piano staff  D    Next note on selected staff</w:t>
      </w:r>
    </w:p>
    <w:p>
      <w:pPr>
        <w:widowControl/>
      </w:pPr>
      <w:r>
        <w:t>Menu route: Navigate &gt; Piano staff (D) &gt; Next note on selected staff. Menu access: Alt+N, then D, then E. Direct shortcut: No default direct shortcut.</w:t>
      </w:r>
    </w:p>
    <w:p>
      <w:pPr>
        <w:widowControl/>
      </w:pPr>
      <w:r>
        <w:t>Moves forward to the next note time supplied for the selected staff across the score. Other staves retain their own independent timing.</w:t>
      </w:r>
    </w:p>
    <w:p>
      <w:pPr>
        <w:widowControl/>
      </w:pPr>
      <w:r>
        <w:t>Detailed workflow and results: guided task 23 Choose parts, staves, lyrics and score information.</w:t>
      </w:r>
    </w:p>
    <w:p>
      <w:pPr>
        <w:pStyle w:val="Heading3"/>
        <w:widowControl/>
      </w:pPr>
      <w:r>
        <w:t>Piano staff  D    Previous note on selected staff</w:t>
      </w:r>
    </w:p>
    <w:p>
      <w:pPr>
        <w:widowControl/>
      </w:pPr>
      <w:r>
        <w:t>Menu route: Navigate &gt; Piano staff (D) &gt; Previous note on selected staff. Menu access: Alt+N, then D, then R. Direct shortcut: No default direct shortcut.</w:t>
      </w:r>
    </w:p>
    <w:p>
      <w:pPr>
        <w:widowControl/>
      </w:pPr>
      <w:r>
        <w:t>Moves backward to the preceding note time on the selected staff. At a boundary the reader reports that no earlier note is supplied.</w:t>
      </w:r>
    </w:p>
    <w:p>
      <w:pPr>
        <w:widowControl/>
      </w:pPr>
      <w:r>
        <w:t>Detailed workflow and results: guided task 23 Choose parts, staves, lyrics and score information.</w:t>
      </w:r>
    </w:p>
    <w:p>
      <w:pPr>
        <w:pStyle w:val="Heading3"/>
        <w:widowControl/>
      </w:pPr>
      <w:r>
        <w:t>Piano staff  D    Read selected staff in this measure</w:t>
      </w:r>
    </w:p>
    <w:p>
      <w:pPr>
        <w:widowControl/>
      </w:pPr>
      <w:r>
        <w:t>Menu route: Navigate &gt; Piano staff (D) &gt; Read selected staff in this measure. Menu access: Alt+N, then D, then A. Direct shortcut: No default direct shortcut.</w:t>
      </w:r>
    </w:p>
    <w:p>
      <w:pPr>
        <w:widowControl/>
      </w:pPr>
      <w:r>
        <w:t>Reads the selected staff through the current measure without moving the score position. It gives written attacks, their lengths, explicit tied continuations and rests. It does not repeatedly name an untied note merely because that note continues underneath another staff.</w:t>
      </w:r>
    </w:p>
    <w:p>
      <w:pPr>
        <w:widowControl/>
      </w:pPr>
      <w:r>
        <w:t>Detailed workflow and results: guided task 23 Choose parts, staves, lyrics and score information.</w:t>
      </w:r>
    </w:p>
    <w:p>
      <w:pPr>
        <w:pStyle w:val="Heading3"/>
        <w:widowControl/>
      </w:pPr>
      <w:r>
        <w:t>Piano staff  D    Current selected staff</w:t>
      </w:r>
    </w:p>
    <w:p>
      <w:pPr>
        <w:widowControl/>
      </w:pPr>
      <w:r>
        <w:t>Menu route: Navigate &gt; Piano staff (D) &gt; Current selected staff. Menu access: Alt+N, then D, then U. Direct shortcut: No default direct shortcut.</w:t>
      </w:r>
    </w:p>
    <w:p>
      <w:pPr>
        <w:widowControl/>
      </w:pPr>
      <w:r>
        <w:t>Reports the selected staff and available source labels, with clef information where supplied. A clef defines how written staff positions map to pitches.</w:t>
      </w:r>
    </w:p>
    <w:p>
      <w:pPr>
        <w:widowControl/>
      </w:pPr>
      <w:r>
        <w:t>Detailed workflow and results: guided task 23 Choose parts, staves, lyrics and score information.</w:t>
      </w:r>
    </w:p>
    <w:p>
      <w:pPr>
        <w:pStyle w:val="Heading3"/>
        <w:widowControl/>
      </w:pPr>
      <w:r>
        <w:t>Describe current music   Where am I</w:t>
      </w:r>
    </w:p>
    <w:p>
      <w:pPr>
        <w:widowControl/>
      </w:pPr>
      <w:r>
        <w:t>Menu route: Navigate &gt; Describe current music &gt; Where am I. Menu access: Alt+N, then U, then W. Direct shortcut: Alt+Shift+P.</w:t>
      </w:r>
    </w:p>
    <w:p>
      <w:pPr>
        <w:widowControl/>
      </w:pPr>
      <w:r>
        <w:t>Reports the current measure and selected position without navigating. Use after switching windows or returning from a dialog.</w:t>
      </w:r>
    </w:p>
    <w:p>
      <w:pPr>
        <w:widowControl/>
      </w:pPr>
      <w:r>
        <w:t>Detailed workflow and results: guided task 4 Read strings, chords, lyrics and beats.</w:t>
      </w:r>
    </w:p>
    <w:p>
      <w:pPr>
        <w:pStyle w:val="Heading3"/>
        <w:widowControl/>
      </w:pPr>
      <w:r>
        <w:t>Describe current music   Read original source text</w:t>
      </w:r>
    </w:p>
    <w:p>
      <w:pPr>
        <w:widowControl/>
      </w:pPr>
      <w:r>
        <w:t>Menu route: Navigate &gt; Describe current music &gt; Read original source text. Menu access: Alt+N, then U, then R. Direct shortcut: No default direct shortcut.</w:t>
      </w:r>
    </w:p>
    <w:p>
      <w:pPr>
        <w:widowControl/>
      </w:pPr>
      <w:r>
        <w:t>Focuses source text or the imported score summary for screen-reader or Braille reading. It does not request AI interpretation.</w:t>
      </w:r>
    </w:p>
    <w:p>
      <w:pPr>
        <w:widowControl/>
      </w:pPr>
      <w:r>
        <w:t>Detailed workflow and results: guided task 4 Read strings, chords, lyrics and beats.</w:t>
      </w:r>
    </w:p>
    <w:p>
      <w:pPr>
        <w:pStyle w:val="Heading3"/>
        <w:widowControl/>
      </w:pPr>
      <w:r>
        <w:t>Describe current music   Read current notes and explanation</w:t>
      </w:r>
    </w:p>
    <w:p>
      <w:pPr>
        <w:widowControl/>
      </w:pPr>
      <w:r>
        <w:t>Menu route: Navigate &gt; Describe current music &gt; Read current notes and explanation. Menu access: Alt+N, then U, then E. Direct shortcut: No default direct shortcut.</w:t>
      </w:r>
    </w:p>
    <w:p>
      <w:pPr>
        <w:widowControl/>
      </w:pPr>
      <w:r>
        <w:t>Focuses the existing explanation text for the selected music. Use ordinary text reading commands, then return with Ctrl+2.</w:t>
      </w:r>
    </w:p>
    <w:p>
      <w:pPr>
        <w:widowControl/>
      </w:pPr>
      <w:r>
        <w:t>Detailed workflow and results: guided task 4 Read strings, chords, lyrics and beats.</w:t>
      </w:r>
    </w:p>
    <w:p>
      <w:pPr>
        <w:pStyle w:val="Heading3"/>
        <w:widowControl/>
      </w:pPr>
      <w:r>
        <w:t>Describe current music   Explain this beat</w:t>
      </w:r>
    </w:p>
    <w:p>
      <w:pPr>
        <w:widowControl/>
      </w:pPr>
      <w:r>
        <w:t>Menu route: Navigate &gt; Describe current music &gt; Explain this beat. Menu access: Alt+N, then U, then X. Direct shortcut: Alt+Shift+E.</w:t>
      </w:r>
    </w:p>
    <w:p>
      <w:pPr>
        <w:widowControl/>
      </w:pPr>
      <w:r>
        <w:t>Describes the current position using available imported data and the chosen reading style. It does not start an AI lesson or change position.</w:t>
      </w:r>
    </w:p>
    <w:p>
      <w:pPr>
        <w:widowControl/>
      </w:pPr>
      <w:r>
        <w:t>Detailed workflow and results: guided task 4 Read strings, chords, lyrics and beats.</w:t>
      </w:r>
    </w:p>
    <w:p>
      <w:pPr>
        <w:pStyle w:val="Heading3"/>
        <w:widowControl/>
      </w:pPr>
      <w:r>
        <w:t>Describe current music   Explain next beat</w:t>
      </w:r>
    </w:p>
    <w:p>
      <w:pPr>
        <w:widowControl/>
      </w:pPr>
      <w:r>
        <w:t>Menu route: Navigate &gt; Describe current music &gt; Explain next beat. Menu access: Alt+N, then U, then P. Direct shortcut: No default direct shortcut.</w:t>
      </w:r>
    </w:p>
    <w:p>
      <w:pPr>
        <w:widowControl/>
      </w:pPr>
      <w:r>
        <w:t>Moves to the next time position and describes it. This is a movement followed by an explanation, not a preview that leaves your position unchanged.</w:t>
      </w:r>
    </w:p>
    <w:p>
      <w:pPr>
        <w:widowControl/>
      </w:pPr>
      <w:r>
        <w:t>Detailed workflow and results: guided task 4 Read strings, chords, lyrics and beats.</w:t>
      </w:r>
    </w:p>
    <w:p>
      <w:pPr>
        <w:pStyle w:val="Heading3"/>
        <w:widowControl/>
      </w:pPr>
      <w:r>
        <w:t>Describe current music   Explain previous beat</w:t>
      </w:r>
    </w:p>
    <w:p>
      <w:pPr>
        <w:widowControl/>
      </w:pPr>
      <w:r>
        <w:t>Menu route: Navigate &gt; Describe current music &gt; Explain previous beat. Menu access: Alt+N, then U, then L. Direct shortcut: No default direct shortcut.</w:t>
      </w:r>
    </w:p>
    <w:p>
      <w:pPr>
        <w:widowControl/>
      </w:pPr>
      <w:r>
        <w:t>Moves back one time position and describes it.</w:t>
      </w:r>
    </w:p>
    <w:p>
      <w:pPr>
        <w:widowControl/>
      </w:pPr>
      <w:r>
        <w:t>Detailed workflow and results: guided task 4 Read strings, chords, lyrics and beats.</w:t>
      </w:r>
    </w:p>
    <w:p>
      <w:pPr>
        <w:pStyle w:val="Heading3"/>
        <w:widowControl/>
      </w:pPr>
      <w:r>
        <w:t>Describe current music   Explain next measure</w:t>
      </w:r>
    </w:p>
    <w:p>
      <w:pPr>
        <w:widowControl/>
      </w:pPr>
      <w:r>
        <w:t>Menu route: Navigate &gt; Describe current music &gt; Explain next measure. Menu access: Alt+N, then U, then A. Direct shortcut: No default direct shortcut.</w:t>
      </w:r>
    </w:p>
    <w:p>
      <w:pPr>
        <w:widowControl/>
      </w:pPr>
      <w:r>
        <w:t>Moves to the next available measure and describes the newly selected position. For a complete measure breakdown, use the measure summary or explicitly ask the teacher for the full measure.</w:t>
      </w:r>
    </w:p>
    <w:p>
      <w:pPr>
        <w:widowControl/>
      </w:pPr>
      <w:r>
        <w:t>Detailed workflow and results: guided task 3 Navigate with keyboard, screen reader and Braille.</w:t>
      </w:r>
    </w:p>
    <w:p>
      <w:pPr>
        <w:pStyle w:val="Heading3"/>
        <w:widowControl/>
      </w:pPr>
      <w:r>
        <w:t>Describe current music   Explain previous measure</w:t>
      </w:r>
    </w:p>
    <w:p>
      <w:pPr>
        <w:widowControl/>
      </w:pPr>
      <w:r>
        <w:t>Menu route: Navigate &gt; Describe current music &gt; Explain previous measure. Menu access: Alt+N, then U, then I. Direct shortcut: No default direct shortcut.</w:t>
      </w:r>
    </w:p>
    <w:p>
      <w:pPr>
        <w:widowControl/>
      </w:pPr>
      <w:r>
        <w:t>Moves to the previous available measure and describes the newly selected position.</w:t>
      </w:r>
    </w:p>
    <w:p>
      <w:pPr>
        <w:widowControl/>
      </w:pPr>
      <w:r>
        <w:t>Detailed workflow and results: guided task 3 Navigate with keyboard, screen reader and Braille.</w:t>
      </w:r>
    </w:p>
    <w:p>
      <w:pPr>
        <w:pStyle w:val="Heading3"/>
        <w:widowControl/>
      </w:pPr>
      <w:r>
        <w:t>Describe current music   Explain next chord</w:t>
      </w:r>
    </w:p>
    <w:p>
      <w:pPr>
        <w:widowControl/>
      </w:pPr>
      <w:r>
        <w:t>Menu route: Navigate &gt; Describe current music &gt; Explain next chord. Menu access: Alt+N, then U, then N. Direct shortcut: No default direct shortcut.</w:t>
      </w:r>
    </w:p>
    <w:p>
      <w:pPr>
        <w:widowControl/>
      </w:pPr>
      <w:r>
        <w:t>Moves to the next available chord change and describes the new position. If none exists, read the boundary result.</w:t>
      </w:r>
    </w:p>
    <w:p>
      <w:pPr>
        <w:widowControl/>
      </w:pPr>
      <w:r>
        <w:t>Detailed workflow and results: guided task 4 Read strings, chords, lyrics and beats.</w:t>
      </w:r>
    </w:p>
    <w:p>
      <w:pPr>
        <w:pStyle w:val="Heading3"/>
        <w:widowControl/>
      </w:pPr>
      <w:r>
        <w:t>Describe current music   Explain previous chord</w:t>
      </w:r>
    </w:p>
    <w:p>
      <w:pPr>
        <w:widowControl/>
      </w:pPr>
      <w:r>
        <w:t>Menu route: Navigate &gt; Describe current music &gt; Explain previous chord. Menu access: Alt+N, then U, then V. Direct shortcut: No default direct shortcut.</w:t>
      </w:r>
    </w:p>
    <w:p>
      <w:pPr>
        <w:widowControl/>
      </w:pPr>
      <w:r>
        <w:t>Moves to the preceding available chord change and describes it.</w:t>
      </w:r>
    </w:p>
    <w:p>
      <w:pPr>
        <w:widowControl/>
      </w:pPr>
      <w:r>
        <w:t>Detailed workflow and results: guided task 4 Read strings, chords, lyrics and beats.</w:t>
      </w:r>
    </w:p>
    <w:p>
      <w:pPr>
        <w:pStyle w:val="Heading3"/>
        <w:widowControl/>
      </w:pPr>
      <w:r>
        <w:t>Describe current music   Strings played at this beat</w:t>
      </w:r>
    </w:p>
    <w:p>
      <w:pPr>
        <w:widowControl/>
      </w:pPr>
      <w:r>
        <w:t>Menu route: Navigate &gt; Describe current music &gt; Strings played at this beat. Menu access: Alt+N, then U, then S. Direct shortcut: Alt+Shift+S.</w:t>
      </w:r>
    </w:p>
    <w:p>
      <w:pPr>
        <w:widowControl/>
      </w:pPr>
      <w:r>
        <w:t>Reports guitar strings and frets supplied at the current time, without moving to a different beat. Staff-only notes may have no string assignment.</w:t>
      </w:r>
    </w:p>
    <w:p>
      <w:pPr>
        <w:widowControl/>
      </w:pPr>
      <w:r>
        <w:t>Detailed workflow and results: guided task 4 Read strings, chords, lyrics and beats.</w:t>
      </w:r>
    </w:p>
    <w:p>
      <w:pPr>
        <w:pStyle w:val="Heading3"/>
        <w:widowControl/>
      </w:pPr>
      <w:r>
        <w:t>Describe current music   Strings used in this measure</w:t>
      </w:r>
    </w:p>
    <w:p>
      <w:pPr>
        <w:widowControl/>
      </w:pPr>
      <w:r>
        <w:t>Menu route: Navigate &gt; Describe current music &gt; Strings used in this measure. Menu access: Alt+N, then U, then T. Direct shortcut: Alt+Shift+M.</w:t>
      </w:r>
    </w:p>
    <w:p>
      <w:pPr>
        <w:widowControl/>
      </w:pPr>
      <w:r>
        <w:t>Summarizes supplied guitar strings and frets across the selected measure. Example: string 2 may use open and fret 3. This is a summary, not an ordered rhythm transcription.</w:t>
      </w:r>
    </w:p>
    <w:p>
      <w:pPr>
        <w:widowControl/>
      </w:pPr>
      <w:r>
        <w:t>Detailed workflow and results: guided task 3 Navigate with keyboard, screen reader and Braille.</w:t>
      </w:r>
    </w:p>
    <w:p>
      <w:pPr>
        <w:pStyle w:val="Heading3"/>
        <w:widowControl/>
      </w:pPr>
      <w:r>
        <w:t>Describe current music   Printed lyrics at this beat</w:t>
      </w:r>
    </w:p>
    <w:p>
      <w:pPr>
        <w:widowControl/>
      </w:pPr>
      <w:r>
        <w:t>Menu route: Navigate &gt; Describe current music &gt; Printed lyrics at this beat. Menu access: Alt+N, then U, then D. Direct shortcut: Alt+Shift+L.</w:t>
      </w:r>
    </w:p>
    <w:p>
      <w:pPr>
        <w:widowControl/>
      </w:pPr>
      <w:r>
        <w:t>Press Alt+Shift+L for the supplied lyrics at the selected beat or chord. Reader status receives focus with the complete supplied lyric text, without musical note details. Read it using screen-reader text commands or Braille. Ctrl+2 returns to the same musical position. Up/Down in the music list also reaches available lyric rows. If no words are supplied here, the result says so. This does not require opening the source summary.</w:t>
      </w:r>
    </w:p>
    <w:p>
      <w:pPr>
        <w:widowControl/>
      </w:pPr>
      <w:r>
        <w:t>Detailed workflow and results: guided task 4 Read strings, chords, lyrics and beats.</w:t>
      </w:r>
    </w:p>
    <w:p>
      <w:pPr>
        <w:pStyle w:val="Heading3"/>
        <w:widowControl/>
      </w:pPr>
      <w:r>
        <w:t>Describe current music   Current measure summary</w:t>
      </w:r>
    </w:p>
    <w:p>
      <w:pPr>
        <w:widowControl/>
      </w:pPr>
      <w:r>
        <w:t>Menu route: Navigate &gt; Describe current music &gt; Current measure summary. Menu access: Alt+N, then U, then C. Direct shortcut: Alt+Shift+R.</w:t>
      </w:r>
    </w:p>
    <w:p>
      <w:pPr>
        <w:widowControl/>
      </w:pPr>
      <w:r>
        <w:t>Summarizes the supplied notes, strings or chords in the selected measure without moving to another measure. The result appears in Reader status for your screen reader. Ctrl+2 returns to the same score position. This is a built-in report, separate from an AI explanation.</w:t>
      </w:r>
    </w:p>
    <w:p>
      <w:pPr>
        <w:widowControl/>
      </w:pPr>
      <w:r>
        <w:t>Detailed workflow and results: guided task 3 Navigate with keyboard, screen reader and Braille.</w:t>
      </w:r>
    </w:p>
    <w:p>
      <w:pPr>
        <w:pStyle w:val="Heading3"/>
        <w:widowControl/>
      </w:pPr>
      <w:r>
        <w:t>Describe current music   Current chord or suggestions</w:t>
      </w:r>
    </w:p>
    <w:p>
      <w:pPr>
        <w:widowControl/>
      </w:pPr>
      <w:r>
        <w:t>Menu route: Navigate &gt; Describe current music &gt; Current chord or suggestions. Menu access: Alt+N, then U, then U. Direct shortcut: Alt+Shift+C.</w:t>
      </w:r>
    </w:p>
    <w:p>
      <w:pPr>
        <w:widowControl/>
      </w:pPr>
      <w:r>
        <w:t>Reports a written chord when supplied, otherwise a labelled note-based candidate when available. For example Possible C from notes is a suggestion, not a printed chord.</w:t>
      </w:r>
    </w:p>
    <w:p>
      <w:pPr>
        <w:widowControl/>
      </w:pPr>
      <w:r>
        <w:t>Detailed workflow and results: guided task 4 Read strings, chords, lyrics and beats.</w:t>
      </w:r>
    </w:p>
    <w:p>
      <w:pPr>
        <w:pStyle w:val="Heading3"/>
        <w:widowControl/>
      </w:pPr>
      <w:r>
        <w:t>Describe current music   Reader tuning</w:t>
      </w:r>
    </w:p>
    <w:p>
      <w:pPr>
        <w:widowControl/>
      </w:pPr>
      <w:r>
        <w:t>Menu route: Navigate &gt; Describe current music &gt; Reader tuning. Menu access: Alt+N, then U, then G. Direct shortcut: No default direct shortcut.</w:t>
      </w:r>
    </w:p>
    <w:p>
      <w:pPr>
        <w:widowControl/>
      </w:pPr>
      <w:r>
        <w:t>Reports the reader’s current guitar tuning when established for the material. It does not prove a tuning for piano staff notes or retune your instrument.</w:t>
      </w:r>
    </w:p>
    <w:p>
      <w:pPr>
        <w:widowControl/>
      </w:pPr>
      <w:r>
        <w:t>Detailed workflow and results: guided task 23 Choose parts, staves, lyrics and score information.</w:t>
      </w:r>
    </w:p>
    <w:p>
      <w:pPr>
        <w:pStyle w:val="Heading3"/>
        <w:widowControl/>
      </w:pPr>
      <w:r>
        <w:t>Describe current music   Practice tempo</w:t>
      </w:r>
    </w:p>
    <w:p>
      <w:pPr>
        <w:widowControl/>
      </w:pPr>
      <w:r>
        <w:t>Menu route: Navigate &gt; Describe current music &gt; Practice tempo. Menu access: Alt+N, then U, then M. Direct shortcut: No default direct shortcut.</w:t>
      </w:r>
    </w:p>
    <w:p>
      <w:pPr>
        <w:widowControl/>
      </w:pPr>
      <w:r>
        <w:t>Reports practice BPM and playback percentage. Check Playback settings (no default direct shortcut; menu: Alt+P, then L) for written versus effective tempo, since written tempo can take precedence.</w:t>
      </w:r>
    </w:p>
    <w:p>
      <w:pPr>
        <w:widowControl/>
      </w:pPr>
      <w:r>
        <w:t>Detailed workflow and results: guided task 4 Read strings, chords, lyrics and beats.</w:t>
      </w:r>
    </w:p>
    <w:p>
      <w:pPr>
        <w:pStyle w:val="Heading3"/>
        <w:widowControl/>
      </w:pPr>
      <w:r>
        <w:t>Describe current music   Repeat current position</w:t>
      </w:r>
    </w:p>
    <w:p>
      <w:pPr>
        <w:widowControl/>
      </w:pPr>
      <w:r>
        <w:t>Menu route: Navigate &gt; Describe current music &gt; Repeat current position. Menu access: Alt+N, then U, then O. Direct shortcut: No default direct shortcut.</w:t>
      </w:r>
    </w:p>
    <w:p>
      <w:pPr>
        <w:widowControl/>
      </w:pPr>
      <w:r>
        <w:t>Repeats the short location/position description. It does not replay the complete AI answer or the audio passage.</w:t>
      </w:r>
    </w:p>
    <w:p>
      <w:pPr>
        <w:widowControl/>
      </w:pPr>
      <w:r>
        <w:t>Detailed workflow and results: guided task 3 Navigate with keyboard, screen reader and Braille.</w:t>
      </w:r>
    </w:p>
    <w:p>
      <w:pPr>
        <w:pStyle w:val="Heading3"/>
        <w:widowControl/>
      </w:pPr>
      <w:r>
        <w:t>Move through sections and strings   First measure</w:t>
      </w:r>
    </w:p>
    <w:p>
      <w:pPr>
        <w:widowControl/>
      </w:pPr>
      <w:r>
        <w:t>Menu route: Navigate &gt; Move through sections and strings &gt; First measure. Menu access: Alt+N, then G, then F. Direct shortcut: No default direct shortcut.</w:t>
      </w:r>
    </w:p>
    <w:p>
      <w:pPr>
        <w:widowControl/>
      </w:pPr>
      <w:r>
        <w:t>Moves to the first navigable position. Empty-measure skipping can affect ordinary navigation.</w:t>
      </w:r>
    </w:p>
    <w:p>
      <w:pPr>
        <w:widowControl/>
      </w:pPr>
      <w:r>
        <w:t>Detailed workflow and results: guided task 3 Navigate with keyboard, screen reader and Braille.</w:t>
      </w:r>
    </w:p>
    <w:p>
      <w:pPr>
        <w:pStyle w:val="Heading3"/>
        <w:widowControl/>
      </w:pPr>
      <w:r>
        <w:t>Move through sections and strings   Last measure</w:t>
      </w:r>
    </w:p>
    <w:p>
      <w:pPr>
        <w:widowControl/>
      </w:pPr>
      <w:r>
        <w:t>Menu route: Navigate &gt; Move through sections and strings &gt; Last measure. Menu access: Alt+N, then G, then L. Direct shortcut: No default direct shortcut.</w:t>
      </w:r>
    </w:p>
    <w:p>
      <w:pPr>
        <w:widowControl/>
      </w:pPr>
      <w:r>
        <w:t>Moves to the start of the last available measure in the reading, not necessarily the original song’s actual final measure if the source is partial.</w:t>
      </w:r>
    </w:p>
    <w:p>
      <w:pPr>
        <w:widowControl/>
      </w:pPr>
      <w:r>
        <w:t>Detailed workflow and results: guided task 3 Navigate with keyboard, screen reader and Braille.</w:t>
      </w:r>
    </w:p>
    <w:p>
      <w:pPr>
        <w:pStyle w:val="Heading3"/>
        <w:widowControl/>
      </w:pPr>
      <w:r>
        <w:t>Move through sections and strings   Previous section</w:t>
      </w:r>
    </w:p>
    <w:p>
      <w:pPr>
        <w:widowControl/>
      </w:pPr>
      <w:r>
        <w:t>Menu route: Navigate &gt; Move through sections and strings &gt; Previous section. Menu access: Alt+N, then G, then P. Direct shortcut: Alt+Shift+Left.</w:t>
      </w:r>
    </w:p>
    <w:p>
      <w:pPr>
        <w:widowControl/>
      </w:pPr>
      <w:r>
        <w:t>Moves to the beginning of the preceding differently named section, when labels are supplied. A section might be Verse or Chorus.</w:t>
      </w:r>
    </w:p>
    <w:p>
      <w:pPr>
        <w:widowControl/>
      </w:pPr>
      <w:r>
        <w:t>Detailed workflow and results: guided task 4 Read strings, chords, lyrics and beats.</w:t>
      </w:r>
    </w:p>
    <w:p>
      <w:pPr>
        <w:pStyle w:val="Heading3"/>
        <w:widowControl/>
      </w:pPr>
      <w:r>
        <w:t>Move through sections and strings   Next section</w:t>
      </w:r>
    </w:p>
    <w:p>
      <w:pPr>
        <w:widowControl/>
      </w:pPr>
      <w:r>
        <w:t>Menu route: Navigate &gt; Move through sections and strings &gt; Next section. Menu access: Alt+N, then G, then N. Direct shortcut: Alt+Shift+Right.</w:t>
      </w:r>
    </w:p>
    <w:p>
      <w:pPr>
        <w:widowControl/>
      </w:pPr>
      <w:r>
        <w:t>Moves to the beginning of the next named section. It cannot find an unlabelled chorus by listening to a recording.</w:t>
      </w:r>
    </w:p>
    <w:p>
      <w:pPr>
        <w:widowControl/>
      </w:pPr>
      <w:r>
        <w:t>Detailed workflow and results: guided task 4 Read strings, chords, lyrics and beats.</w:t>
      </w:r>
    </w:p>
    <w:p>
      <w:pPr>
        <w:pStyle w:val="Heading3"/>
        <w:widowControl/>
      </w:pPr>
      <w:r>
        <w:t>Move through sections and strings   Go to intro</w:t>
      </w:r>
    </w:p>
    <w:p>
      <w:pPr>
        <w:widowControl/>
      </w:pPr>
      <w:r>
        <w:t>Menu route: Navigate &gt; Move through sections and strings &gt; Go to intro. Menu access: Alt+N, then G, then G. Direct shortcut: No default direct shortcut.</w:t>
      </w:r>
    </w:p>
    <w:p>
      <w:pPr>
        <w:widowControl/>
      </w:pPr>
      <w:r>
        <w:t>Finds the first matching supplied intro section label. If absent, reports that no labelled section is available.</w:t>
      </w:r>
    </w:p>
    <w:p>
      <w:pPr>
        <w:widowControl/>
      </w:pPr>
      <w:r>
        <w:t>Detailed workflow and results: guided task 4 Read strings, chords, lyrics and beats.</w:t>
      </w:r>
    </w:p>
    <w:p>
      <w:pPr>
        <w:pStyle w:val="Heading3"/>
        <w:widowControl/>
      </w:pPr>
      <w:r>
        <w:t>Move through sections and strings   Go to verse</w:t>
      </w:r>
    </w:p>
    <w:p>
      <w:pPr>
        <w:widowControl/>
      </w:pPr>
      <w:r>
        <w:t>Menu route: Navigate &gt; Move through sections and strings &gt; Go to verse. Menu access: Alt+N, then G, then O. Direct shortcut: No default direct shortcut.</w:t>
      </w:r>
    </w:p>
    <w:p>
      <w:pPr>
        <w:widowControl/>
      </w:pPr>
      <w:r>
        <w:t>Finds the first matching supplied verse section label.</w:t>
      </w:r>
    </w:p>
    <w:p>
      <w:pPr>
        <w:widowControl/>
      </w:pPr>
      <w:r>
        <w:t>Detailed workflow and results: guided task 4 Read strings, chords, lyrics and beats.</w:t>
      </w:r>
    </w:p>
    <w:p>
      <w:pPr>
        <w:pStyle w:val="Heading3"/>
        <w:widowControl/>
      </w:pPr>
      <w:r>
        <w:t>Move through sections and strings   Go to chorus</w:t>
      </w:r>
    </w:p>
    <w:p>
      <w:pPr>
        <w:widowControl/>
      </w:pPr>
      <w:r>
        <w:t>Menu route: Navigate &gt; Move through sections and strings &gt; Go to chorus. Menu access: Alt+N, then G, then T. Direct shortcut: No default direct shortcut.</w:t>
      </w:r>
    </w:p>
    <w:p>
      <w:pPr>
        <w:widowControl/>
      </w:pPr>
      <w:r>
        <w:t>Finds the first matching supplied chorus section label.</w:t>
      </w:r>
    </w:p>
    <w:p>
      <w:pPr>
        <w:widowControl/>
      </w:pPr>
      <w:r>
        <w:t>Detailed workflow and results: guided task 4 Read strings, chords, lyrics and beats.</w:t>
      </w:r>
    </w:p>
    <w:p>
      <w:pPr>
        <w:pStyle w:val="Heading3"/>
        <w:widowControl/>
      </w:pPr>
      <w:r>
        <w:t>Move through sections and strings   Go to bridge</w:t>
      </w:r>
    </w:p>
    <w:p>
      <w:pPr>
        <w:widowControl/>
      </w:pPr>
      <w:r>
        <w:t>Menu route: Navigate &gt; Move through sections and strings &gt; Go to bridge. Menu access: Alt+N, then G, then B. Direct shortcut: No default direct shortcut.</w:t>
      </w:r>
    </w:p>
    <w:p>
      <w:pPr>
        <w:widowControl/>
      </w:pPr>
      <w:r>
        <w:t>Finds the first matching supplied bridge section label. A bridge is a contrasting song section; it must be labelled for this jump.</w:t>
      </w:r>
    </w:p>
    <w:p>
      <w:pPr>
        <w:widowControl/>
      </w:pPr>
      <w:r>
        <w:t>Detailed workflow and results: guided task 4 Read strings, chords, lyrics and beats.</w:t>
      </w:r>
    </w:p>
    <w:p>
      <w:pPr>
        <w:pStyle w:val="Heading3"/>
        <w:widowControl/>
      </w:pPr>
      <w:r>
        <w:t>Move through sections and strings   Go to outro</w:t>
      </w:r>
    </w:p>
    <w:p>
      <w:pPr>
        <w:widowControl/>
      </w:pPr>
      <w:r>
        <w:t>Menu route: Navigate &gt; Move through sections and strings &gt; Go to outro. Menu access: Alt+N, then G, then U. Direct shortcut: No default direct shortcut.</w:t>
      </w:r>
    </w:p>
    <w:p>
      <w:pPr>
        <w:widowControl/>
      </w:pPr>
      <w:r>
        <w:t>Finds the first matching supplied outro section label, the song’s ending section.</w:t>
      </w:r>
    </w:p>
    <w:p>
      <w:pPr>
        <w:widowControl/>
      </w:pPr>
      <w:r>
        <w:t>Detailed workflow and results: guided task 4 Read strings, chords, lyrics and beats.</w:t>
      </w:r>
    </w:p>
    <w:p>
      <w:pPr>
        <w:pStyle w:val="Heading3"/>
        <w:widowControl/>
      </w:pPr>
      <w:r>
        <w:t>Move through sections and strings   First string at this beat</w:t>
      </w:r>
    </w:p>
    <w:p>
      <w:pPr>
        <w:widowControl/>
      </w:pPr>
      <w:r>
        <w:t>Menu route: Navigate &gt; Move through sections and strings &gt; First string at this beat. Menu access: Alt+N, then G, then I. Direct shortcut: Alt+Shift+Home.</w:t>
      </w:r>
    </w:p>
    <w:p>
      <w:pPr>
        <w:widowControl/>
      </w:pPr>
      <w:r>
        <w:t>Reads string 1 at the current time. String 1 is the highest guitar string. It does not move forward in time.</w:t>
      </w:r>
    </w:p>
    <w:p>
      <w:pPr>
        <w:widowControl/>
      </w:pPr>
      <w:r>
        <w:t>Detailed workflow and results: guided task 4 Read strings, chords, lyrics and beats.</w:t>
      </w:r>
    </w:p>
    <w:p>
      <w:pPr>
        <w:pStyle w:val="Heading3"/>
        <w:widowControl/>
      </w:pPr>
      <w:r>
        <w:t>Move through sections and strings   Previous string at this beat</w:t>
      </w:r>
    </w:p>
    <w:p>
      <w:pPr>
        <w:widowControl/>
      </w:pPr>
      <w:r>
        <w:t>Menu route: Navigate &gt; Move through sections and strings &gt; Previous string at this beat. Menu access: Alt+N, then G, then R. Direct shortcut: Alt+Shift+Up.</w:t>
      </w:r>
    </w:p>
    <w:p>
      <w:pPr>
        <w:widowControl/>
      </w:pPr>
      <w:r>
        <w:t>Inspects the preceding guitar string number at the same time. A string with no supplied note is reported accordingly.</w:t>
      </w:r>
    </w:p>
    <w:p>
      <w:pPr>
        <w:widowControl/>
      </w:pPr>
      <w:r>
        <w:t>Detailed workflow and results: guided task 4 Read strings, chords, lyrics and beats.</w:t>
      </w:r>
    </w:p>
    <w:p>
      <w:pPr>
        <w:pStyle w:val="Heading3"/>
        <w:widowControl/>
      </w:pPr>
      <w:r>
        <w:t>Move through sections and strings   Next string at this beat</w:t>
      </w:r>
    </w:p>
    <w:p>
      <w:pPr>
        <w:widowControl/>
      </w:pPr>
      <w:r>
        <w:t>Menu route: Navigate &gt; Move through sections and strings &gt; Next string at this beat. Menu access: Alt+N, then G, then E. Direct shortcut: Alt+Shift+Down.</w:t>
      </w:r>
    </w:p>
    <w:p>
      <w:pPr>
        <w:widowControl/>
      </w:pPr>
      <w:r>
        <w:t>Inspects the next guitar string number at the same time. This differs from Next beat, which moves through time.</w:t>
      </w:r>
    </w:p>
    <w:p>
      <w:pPr>
        <w:widowControl/>
      </w:pPr>
      <w:r>
        <w:t>Detailed workflow and results: guided task 4 Read strings, chords, lyrics and beats.</w:t>
      </w:r>
    </w:p>
    <w:p>
      <w:pPr>
        <w:pStyle w:val="Heading3"/>
        <w:widowControl/>
      </w:pPr>
      <w:r>
        <w:t>Move through sections and strings   Last string at this beat</w:t>
      </w:r>
    </w:p>
    <w:p>
      <w:pPr>
        <w:widowControl/>
      </w:pPr>
      <w:r>
        <w:t>Menu route: Navigate &gt; Move through sections and strings &gt; Last string at this beat. Menu access: Alt+N, then G, then A. Direct shortcut: Alt+Shift+End.</w:t>
      </w:r>
    </w:p>
    <w:p>
      <w:pPr>
        <w:widowControl/>
      </w:pPr>
      <w:r>
        <w:t>Reads string 6 at the current time. String 6 is the lowest six-string guitar string; this is not a piano staff action.</w:t>
      </w:r>
    </w:p>
    <w:p>
      <w:pPr>
        <w:widowControl/>
      </w:pPr>
      <w:r>
        <w:t>Detailed workflow and results: guided task 4 Read strings, chords, lyrics and beats.</w:t>
      </w:r>
    </w:p>
    <w:p>
      <w:pPr>
        <w:pStyle w:val="Heading3"/>
        <w:widowControl/>
      </w:pPr>
      <w:r>
        <w:t>Full description of beat</w:t>
      </w:r>
    </w:p>
    <w:p>
      <w:pPr>
        <w:widowControl/>
      </w:pPr>
      <w:r>
        <w:t>Menu route: Navigate &gt; Full description of beat. Menu access: Alt+N, then K. Direct shortcut: F3.</w:t>
      </w:r>
    </w:p>
    <w:p>
      <w:pPr>
        <w:widowControl/>
      </w:pPr>
      <w:r>
        <w:t>F3 opens the full description of the current beat from its beginning. It includes supplied musical details even when concise or compact mode is selected, without changing that saved style. Escape returns to the score.</w:t>
      </w:r>
    </w:p>
    <w:p>
      <w:pPr>
        <w:widowControl/>
      </w:pPr>
      <w:r>
        <w:t>Detailed workflow and results: guided task 4 Read strings, chords, lyrics and beats.</w:t>
      </w:r>
    </w:p>
    <w:p>
      <w:pPr>
        <w:pStyle w:val="Heading3"/>
        <w:widowControl/>
      </w:pPr>
      <w:r>
        <w:t>Written picking and strumming</w:t>
      </w:r>
    </w:p>
    <w:p>
      <w:pPr>
        <w:widowControl/>
      </w:pPr>
      <w:r>
        <w:t>Menu route: Navigate &gt; Written picking and strumming. Menu access: Alt+N, then W. Direct shortcut: No default direct shortcut.</w:t>
      </w:r>
    </w:p>
    <w:p>
      <w:pPr>
        <w:widowControl/>
      </w:pPr>
      <w:r>
        <w:t>Opens information about picking or strumming markings supplied in the reading. A chord chart without a written pattern does not establish the recording’s pattern.</w:t>
      </w:r>
    </w:p>
    <w:p>
      <w:pPr>
        <w:widowControl/>
      </w:pPr>
      <w:r>
        <w:t>Detailed workflow and results: guided task 4 Read strings, chords, lyrics and beats.</w:t>
      </w:r>
    </w:p>
    <w:p>
      <w:pPr>
        <w:pStyle w:val="Heading3"/>
        <w:widowControl/>
      </w:pPr>
      <w:r>
        <w:t xml:space="preserve">Score information  key  time  capo and tuning </w:t>
      </w:r>
    </w:p>
    <w:p>
      <w:pPr>
        <w:widowControl/>
      </w:pPr>
      <w:r>
        <w:t>Menu route: Navigate &gt; Score information (key, time, capo and tuning). Menu access: Alt+N, then Y. Direct shortcut: Ctrl+Shift+I.</w:t>
      </w:r>
    </w:p>
    <w:p>
      <w:pPr>
        <w:widowControl/>
      </w:pPr>
      <w:r>
        <w:t>Shows supplied score information on demand, without repeating it on every beat. Missing source facts are identified rather than guessed.</w:t>
      </w:r>
    </w:p>
    <w:p>
      <w:pPr>
        <w:widowControl/>
      </w:pPr>
      <w:r>
        <w:t>Detailed workflow and results: guided task 23 Choose parts, staves, lyrics and score information.</w:t>
      </w:r>
    </w:p>
    <w:p>
      <w:pPr>
        <w:pStyle w:val="Heading2"/>
        <w:widowControl/>
      </w:pPr>
      <w:r>
        <w:t>Playback menu</w:t>
      </w:r>
    </w:p>
    <w:p>
      <w:pPr>
        <w:pStyle w:val="Heading3"/>
        <w:widowControl/>
      </w:pPr>
      <w:r>
        <w:t>Play from selection</w:t>
      </w:r>
    </w:p>
    <w:p>
      <w:pPr>
        <w:widowControl/>
      </w:pPr>
      <w:r>
        <w:t>Menu route: Playback &gt; Play from selection. Menu access: Alt+P, then P. Direct shortcut: Ctrl+P.</w:t>
      </w:r>
    </w:p>
    <w:p>
      <w:pPr>
        <w:widowControl/>
      </w:pPr>
      <w:r>
        <w:t>Starts local practice playback at the selected musical position or active loop. Guitar uses recorded acoustic guitar, piano uses recorded piano, and other supported parts use the available instrument sounds. Written rhythm is used when supplied; inferred text-tab timing remains approximate. Ctrl+Shift+P stops. Playback does not edit the source.</w:t>
      </w:r>
    </w:p>
    <w:p>
      <w:pPr>
        <w:widowControl/>
      </w:pPr>
      <w:r>
        <w:t>Detailed workflow and results: guided task 6 Play and practice a passage.</w:t>
      </w:r>
    </w:p>
    <w:p>
      <w:pPr>
        <w:pStyle w:val="Heading3"/>
        <w:widowControl/>
      </w:pPr>
      <w:r>
        <w:t>Stop</w:t>
      </w:r>
    </w:p>
    <w:p>
      <w:pPr>
        <w:widowControl/>
      </w:pPr>
      <w:r>
        <w:t>Menu route: Playback &gt; Stop. Menu access: Alt+P, then S. Direct shortcut: Ctrl+Shift+P.</w:t>
      </w:r>
    </w:p>
    <w:p>
      <w:pPr>
        <w:widowControl/>
      </w:pPr>
      <w:r>
        <w:t>Stops music playback. The active loop can remain configured; Clear loop (Ctrl+Shift+0; menu: Alt+R, then C) removes its range. Use this direct action if Escape first closes chat.</w:t>
      </w:r>
    </w:p>
    <w:p>
      <w:pPr>
        <w:widowControl/>
      </w:pPr>
      <w:r>
        <w:t>Detailed workflow and results: guided task 6 Play and practice a passage.</w:t>
      </w:r>
    </w:p>
    <w:p>
      <w:pPr>
        <w:pStyle w:val="Heading3"/>
        <w:widowControl/>
      </w:pPr>
      <w:r>
        <w:t xml:space="preserve">Speed down 10 </w:t>
      </w:r>
    </w:p>
    <w:p>
      <w:pPr>
        <w:widowControl/>
      </w:pPr>
      <w:r>
        <w:t>Menu route: Playback &gt; Speed down 10%. Menu access: Alt+P, then D. Direct shortcut: Ctrl+Shift+PageDown.</w:t>
      </w:r>
    </w:p>
    <w:p>
      <w:pPr>
        <w:widowControl/>
      </w:pPr>
      <w:r>
        <w:t>Reduces playback by ten percentage points within the allowed range, such as 100 to 90 percent. Manual speed changes disable gradual increases.</w:t>
      </w:r>
    </w:p>
    <w:p>
      <w:pPr>
        <w:widowControl/>
      </w:pPr>
      <w:r>
        <w:t>Detailed workflow and results: guided task 6 Play and practice a passage.</w:t>
      </w:r>
    </w:p>
    <w:p>
      <w:pPr>
        <w:pStyle w:val="Heading3"/>
        <w:widowControl/>
      </w:pPr>
      <w:r>
        <w:t xml:space="preserve">Speed up 10 </w:t>
      </w:r>
    </w:p>
    <w:p>
      <w:pPr>
        <w:widowControl/>
      </w:pPr>
      <w:r>
        <w:t>Menu route: Playback &gt; Speed up 10%. Menu access: Alt+P, then U. Direct shortcut: Ctrl+Shift+PageUp.</w:t>
      </w:r>
    </w:p>
    <w:p>
      <w:pPr>
        <w:widowControl/>
      </w:pPr>
      <w:r>
        <w:t>Increases playback by ten percentage points within the allowed range, such as 60 to 70 percent. This changes music speed, not speech rate.</w:t>
      </w:r>
    </w:p>
    <w:p>
      <w:pPr>
        <w:widowControl/>
      </w:pPr>
      <w:r>
        <w:t>Detailed workflow and results: guided task 6 Play and practice a passage.</w:t>
      </w:r>
    </w:p>
    <w:p>
      <w:pPr>
        <w:pStyle w:val="Heading3"/>
        <w:widowControl/>
      </w:pPr>
      <w:r>
        <w:t xml:space="preserve">Normal speed  100  </w:t>
      </w:r>
    </w:p>
    <w:p>
      <w:pPr>
        <w:widowControl/>
      </w:pPr>
      <w:r>
        <w:t>Menu route: Playback &gt; Normal speed (100%). Menu access: Alt+P, then N. Direct shortcut: Ctrl+Alt+Shift+5.</w:t>
      </w:r>
    </w:p>
    <w:p>
      <w:pPr>
        <w:widowControl/>
      </w:pPr>
      <w:r>
        <w:t>Sets playback to 100 percent of the applicable written or practice tempo and disables gradual increases.</w:t>
      </w:r>
    </w:p>
    <w:p>
      <w:pPr>
        <w:widowControl/>
      </w:pPr>
      <w:r>
        <w:t>Detailed workflow and results: guided task 6 Play and practice a passage.</w:t>
      </w:r>
    </w:p>
    <w:p>
      <w:pPr>
        <w:pStyle w:val="Heading3"/>
        <w:widowControl/>
      </w:pPr>
      <w:r>
        <w:t>Current playback speed</w:t>
      </w:r>
    </w:p>
    <w:p>
      <w:pPr>
        <w:widowControl/>
      </w:pPr>
      <w:r>
        <w:t>Menu route: Playback &gt; Current playback speed. Menu access: Alt+P, then C. Direct shortcut: No default direct shortcut.</w:t>
      </w:r>
    </w:p>
    <w:p>
      <w:pPr>
        <w:widowControl/>
      </w:pPr>
      <w:r>
        <w:t>Reports the playback percentage and focuses status. It does not change speed.</w:t>
      </w:r>
    </w:p>
    <w:p>
      <w:pPr>
        <w:widowControl/>
      </w:pPr>
      <w:r>
        <w:t>Detailed workflow and results: guided task 6 Play and practice a passage.</w:t>
      </w:r>
    </w:p>
    <w:p>
      <w:pPr>
        <w:pStyle w:val="Heading3"/>
        <w:widowControl/>
      </w:pPr>
      <w:r>
        <w:t>Playback settings</w:t>
      </w:r>
    </w:p>
    <w:p>
      <w:pPr>
        <w:widowControl/>
      </w:pPr>
      <w:r>
        <w:t>Menu route: Playback &gt; Playback settings. Menu access: Alt+P, then L. Direct shortcut: No default direct shortcut.</w:t>
      </w:r>
    </w:p>
    <w:p>
      <w:pPr>
        <w:widowControl/>
      </w:pPr>
      <w:r>
        <w:t>Opens playback percentage, fallback practice BPM and chord-only down-strum controls with a read-only effective-tempo explanation. Apply keeps changes; Cancel leaves them unchanged. See the corresponding guided task and control reference.</w:t>
      </w:r>
    </w:p>
    <w:p>
      <w:pPr>
        <w:widowControl/>
      </w:pPr>
      <w:r>
        <w:t>Detailed workflow and results: guided task 26 Instrument sounds, playback settings and practice drums.</w:t>
      </w:r>
    </w:p>
    <w:p>
      <w:pPr>
        <w:pStyle w:val="Heading3"/>
        <w:widowControl/>
      </w:pPr>
      <w:r>
        <w:t>Choose instrument sound</w:t>
      </w:r>
    </w:p>
    <w:p>
      <w:pPr>
        <w:widowControl/>
      </w:pPr>
      <w:r>
        <w:t>Menu route: Playback &gt; Choose instrument sound. Menu access: Alt+P, then H. Direct shortcut: No default direct shortcut.</w:t>
      </w:r>
    </w:p>
    <w:p>
      <w:pPr>
        <w:widowControl/>
      </w:pPr>
      <w:r>
        <w:t>Opens Playback settings focused on Instrument sound for this reading. Select Automatic to use the score instrument or a named local preview sound, then Apply. This changes timbre rather than written pitches, source labels or fingerings. It cannot supply notes to a rest-only part. The playback control reference explains every setting; Cancel leaves earlier choices.</w:t>
      </w:r>
    </w:p>
    <w:p>
      <w:pPr>
        <w:widowControl/>
      </w:pPr>
      <w:r>
        <w:t>Detailed workflow and results: guided task 26 Instrument sounds, playback settings and practice drums.</w:t>
      </w:r>
    </w:p>
    <w:p>
      <w:pPr>
        <w:pStyle w:val="Heading2"/>
        <w:widowControl/>
      </w:pPr>
      <w:r>
        <w:t>Practice menu</w:t>
      </w:r>
    </w:p>
    <w:p>
      <w:pPr>
        <w:pStyle w:val="Heading3"/>
        <w:widowControl/>
      </w:pPr>
      <w:r>
        <w:t>Skip empty measures during navigation</w:t>
      </w:r>
    </w:p>
    <w:p>
      <w:pPr>
        <w:widowControl/>
      </w:pPr>
      <w:r>
        <w:t>Menu route: Practice &gt; Skip empty measures during navigation. Menu access: Alt+R, then S. Direct shortcut: No default direct shortcut.</w:t>
      </w:r>
    </w:p>
    <w:p>
      <w:pPr>
        <w:widowControl/>
      </w:pPr>
      <w:r>
        <w:t>Toggle whether ordinary navigation skips empty measures. Original numbering and playback timing are preserved. The measure selector and jump field let you inspect an empty source measure.</w:t>
      </w:r>
    </w:p>
    <w:p>
      <w:pPr>
        <w:widowControl/>
      </w:pPr>
      <w:r>
        <w:t>Detailed workflow and results: guided task 10 Save, reopen and export a reading.</w:t>
      </w:r>
    </w:p>
    <w:p>
      <w:pPr>
        <w:pStyle w:val="Heading3"/>
        <w:widowControl/>
      </w:pPr>
      <w:r>
        <w:t>Loop a measure range</w:t>
      </w:r>
    </w:p>
    <w:p>
      <w:pPr>
        <w:widowControl/>
      </w:pPr>
      <w:r>
        <w:t>Menu route: Practice &gt; Loop a measure range. Menu access: Alt+R, then L. Direct shortcut: Ctrl+Shift+9.</w:t>
      </w:r>
    </w:p>
    <w:p>
      <w:pPr>
        <w:widowControl/>
      </w:pPr>
      <w:r>
        <w:t>Opens the shared range and optional automatic-speed window. Choose original measure endpoints, optionally a speed plan, then Enable loop. Cancel preserves the current settings.</w:t>
      </w:r>
    </w:p>
    <w:p>
      <w:pPr>
        <w:widowControl/>
      </w:pPr>
      <w:r>
        <w:t>Detailed workflow and results: guided task 7 Loop measures and beats.</w:t>
      </w:r>
    </w:p>
    <w:p>
      <w:pPr>
        <w:pStyle w:val="Heading3"/>
        <w:widowControl/>
      </w:pPr>
      <w:r>
        <w:t>Loop current measure</w:t>
      </w:r>
    </w:p>
    <w:p>
      <w:pPr>
        <w:widowControl/>
      </w:pPr>
      <w:r>
        <w:t>Menu route: Practice &gt; Loop current measure. Menu access: Alt+R, then O. Direct shortcut: Ctrl+Shift+L.</w:t>
      </w:r>
    </w:p>
    <w:p>
      <w:pPr>
        <w:widowControl/>
      </w:pPr>
      <w:r>
        <w:t>Sets the current measure as the repeat range. Press Play to hear it repeat; Clear loop (Ctrl+Shift+0; menu: Alt+R, then C) removes the repeat.</w:t>
      </w:r>
    </w:p>
    <w:p>
      <w:pPr>
        <w:widowControl/>
      </w:pPr>
      <w:r>
        <w:t>Detailed workflow and results: guided task 7 Loop measures and beats.</w:t>
      </w:r>
    </w:p>
    <w:p>
      <w:pPr>
        <w:pStyle w:val="Heading3"/>
        <w:widowControl/>
      </w:pPr>
      <w:r>
        <w:t>Set loop start at selected beat</w:t>
      </w:r>
    </w:p>
    <w:p>
      <w:pPr>
        <w:widowControl/>
      </w:pPr>
      <w:r>
        <w:t>Menu route: Practice &gt; Set loop start at selected beat. Menu access: Alt+R, then E. Direct shortcut: Ctrl+Shift+1.</w:t>
      </w:r>
    </w:p>
    <w:p>
      <w:pPr>
        <w:widowControl/>
      </w:pPr>
      <w:r>
        <w:t>Stores an exact starting position and clears the prior end. Move to the desired final beat and set the end. The range is not enabled until a valid end is set.</w:t>
      </w:r>
    </w:p>
    <w:p>
      <w:pPr>
        <w:widowControl/>
      </w:pPr>
      <w:r>
        <w:t>Detailed workflow and results: guided task 7 Loop measures and beats.</w:t>
      </w:r>
    </w:p>
    <w:p>
      <w:pPr>
        <w:pStyle w:val="Heading3"/>
        <w:widowControl/>
      </w:pPr>
      <w:r>
        <w:t>Set loop end and enable repeat</w:t>
      </w:r>
    </w:p>
    <w:p>
      <w:pPr>
        <w:widowControl/>
      </w:pPr>
      <w:r>
        <w:t>Menu route: Practice &gt; Set loop end and enable repeat. Menu access: Alt+R, then T. Direct shortcut: Ctrl+Shift+2.</w:t>
      </w:r>
    </w:p>
    <w:p>
      <w:pPr>
        <w:widowControl/>
      </w:pPr>
      <w:r>
        <w:t>Uses the selected position as the inclusive end of a previously set start. End must be at or after start. Press Play to begin repeating.</w:t>
      </w:r>
    </w:p>
    <w:p>
      <w:pPr>
        <w:widowControl/>
      </w:pPr>
      <w:r>
        <w:t>Detailed workflow and results: guided task 7 Loop measures and beats.</w:t>
      </w:r>
    </w:p>
    <w:p>
      <w:pPr>
        <w:pStyle w:val="Heading3"/>
        <w:widowControl/>
      </w:pPr>
      <w:r>
        <w:t>Clear loop</w:t>
      </w:r>
    </w:p>
    <w:p>
      <w:pPr>
        <w:widowControl/>
      </w:pPr>
      <w:r>
        <w:t>Menu route: Practice &gt; Clear loop. Menu access: Alt+R, then C. Direct shortcut: Ctrl+Shift+0.</w:t>
      </w:r>
    </w:p>
    <w:p>
      <w:pPr>
        <w:widowControl/>
      </w:pPr>
      <w:r>
        <w:t>Stops the active loop and gradual-speed session and immediately clears saved loop fields in an existing saved reading. A newly created loop still needs Ctrl+S to persist. A failure to update the saved copy is reported.</w:t>
      </w:r>
    </w:p>
    <w:p>
      <w:pPr>
        <w:widowControl/>
      </w:pPr>
      <w:r>
        <w:t>Detailed workflow and results: guided task 7 Loop measures and beats.</w:t>
      </w:r>
    </w:p>
    <w:p>
      <w:pPr>
        <w:pStyle w:val="Heading3"/>
        <w:widowControl/>
      </w:pPr>
      <w:r>
        <w:t>Stop automatic playback speed increases</w:t>
      </w:r>
    </w:p>
    <w:p>
      <w:pPr>
        <w:widowControl/>
      </w:pPr>
      <w:r>
        <w:t>Menu route: Practice &gt; Stop automatic playback speed increases. Menu access: Alt+R, then P. Direct shortcut: No default direct shortcut.</w:t>
      </w:r>
    </w:p>
    <w:p>
      <w:pPr>
        <w:widowControl/>
      </w:pPr>
      <w:r>
        <w:t>Disables automatic increases and keeps the current playback percentage. The existing loop can keep being used at that fixed speed.</w:t>
      </w:r>
    </w:p>
    <w:p>
      <w:pPr>
        <w:widowControl/>
      </w:pPr>
      <w:r>
        <w:t>Detailed workflow and results: guided task 7 Loop measures and beats.</w:t>
      </w:r>
    </w:p>
    <w:p>
      <w:pPr>
        <w:pStyle w:val="Heading3"/>
        <w:widowControl/>
      </w:pPr>
      <w:r>
        <w:t>Automatic speed-increase status</w:t>
      </w:r>
    </w:p>
    <w:p>
      <w:pPr>
        <w:widowControl/>
      </w:pPr>
      <w:r>
        <w:t>Menu route: Practice &gt; Automatic speed-increase status. Menu access: Alt+R, then A. Direct shortcut: No default direct shortcut.</w:t>
      </w:r>
    </w:p>
    <w:p>
      <w:pPr>
        <w:widowControl/>
      </w:pPr>
      <w:r>
        <w:t>Use this to read progress of automatic speed increases configured in Loop a measure range. Reader status reports whether the plan is active, its current/start/target speed, step size, repetitions and progress. It does not change speed or judge your playing. Playback &gt; Playback settings changes the current practice speed; Stop automatic playback speed increases keeps the current speed and ends the plan. Ctrl+2 returns to music.</w:t>
      </w:r>
    </w:p>
    <w:p>
      <w:pPr>
        <w:widowControl/>
      </w:pPr>
      <w:r>
        <w:t>Detailed workflow and results: guided task 7 Loop measures and beats.</w:t>
      </w:r>
    </w:p>
    <w:p>
      <w:pPr>
        <w:pStyle w:val="Heading3"/>
        <w:widowControl/>
      </w:pPr>
      <w:r>
        <w:t>Four beat count in before playback</w:t>
      </w:r>
    </w:p>
    <w:p>
      <w:pPr>
        <w:widowControl/>
      </w:pPr>
      <w:r>
        <w:t>Menu route: Practice &gt; Four-beat count-in before playback. Menu access: Alt+R, then F. Direct shortcut: No default direct shortcut.</w:t>
      </w:r>
    </w:p>
    <w:p>
      <w:pPr>
        <w:widowControl/>
      </w:pPr>
      <w:r>
        <w:t>Toggle a four-beat preparation before playback. Saved as a practice preference. This is not a claim about the original recording’s lead-in.</w:t>
      </w:r>
    </w:p>
    <w:p>
      <w:pPr>
        <w:widowControl/>
      </w:pPr>
      <w:r>
        <w:t>Detailed workflow and results: guided task 7 Loop measures and beats.</w:t>
      </w:r>
    </w:p>
    <w:p>
      <w:pPr>
        <w:pStyle w:val="Heading3"/>
        <w:widowControl/>
      </w:pPr>
      <w:r>
        <w:t>Bookmark this position</w:t>
      </w:r>
    </w:p>
    <w:p>
      <w:pPr>
        <w:widowControl/>
      </w:pPr>
      <w:r>
        <w:t>Menu route: Practice &gt; Bookmark this position. Menu access: Alt+R, then B. Direct shortcut: Ctrl+B.</w:t>
      </w:r>
    </w:p>
    <w:p>
      <w:pPr>
        <w:widowControl/>
      </w:pPr>
      <w:r>
        <w:t>Saves a bookmark for the current saved music file and part. Read the success message. Pasted or unsaved material may need a saved file first.</w:t>
      </w:r>
    </w:p>
    <w:p>
      <w:pPr>
        <w:widowControl/>
      </w:pPr>
      <w:r>
        <w:t>Detailed workflow and results: guided task 24 Bookmarks, practice notes and Markdown exchange.</w:t>
      </w:r>
    </w:p>
    <w:p>
      <w:pPr>
        <w:pStyle w:val="Heading3"/>
        <w:widowControl/>
      </w:pPr>
      <w:r>
        <w:t>Go to most recent bookmark</w:t>
      </w:r>
    </w:p>
    <w:p>
      <w:pPr>
        <w:widowControl/>
      </w:pPr>
      <w:r>
        <w:t>Menu route: Practice &gt; Go to most recent bookmark. Menu access: Alt+R, then G. Direct shortcut: Ctrl+Shift+J.</w:t>
      </w:r>
    </w:p>
    <w:p>
      <w:pPr>
        <w:widowControl/>
      </w:pPr>
      <w:r>
        <w:t>Returns to the latest bookmark for this version of the file. If the source changed or no bookmark exists, read the status rather than assuming a jump occurred.</w:t>
      </w:r>
    </w:p>
    <w:p>
      <w:pPr>
        <w:widowControl/>
      </w:pPr>
      <w:r>
        <w:t>Detailed workflow and results: guided task 24 Bookmarks, practice notes and Markdown exchange.</w:t>
      </w:r>
    </w:p>
    <w:p>
      <w:pPr>
        <w:pStyle w:val="Heading3"/>
        <w:widowControl/>
      </w:pPr>
      <w:r>
        <w:t>Choose a saved bookmark</w:t>
      </w:r>
    </w:p>
    <w:p>
      <w:pPr>
        <w:widowControl/>
      </w:pPr>
      <w:r>
        <w:t>Menu route: Practice &gt; Choose a saved bookmark. Menu access: Alt+R, then H. Direct shortcut: Alt+Shift+K.</w:t>
      </w:r>
    </w:p>
    <w:p>
      <w:pPr>
        <w:widowControl/>
      </w:pPr>
      <w:r>
        <w:t>Lists stored bookmarks for the current file. Select one and choose Go to bookmark; Cancel leaves your position unchanged.</w:t>
      </w:r>
    </w:p>
    <w:p>
      <w:pPr>
        <w:widowControl/>
      </w:pPr>
      <w:r>
        <w:t>Detailed workflow and results: guided task 24 Bookmarks, practice notes and Markdown exchange.</w:t>
      </w:r>
    </w:p>
    <w:p>
      <w:pPr>
        <w:pStyle w:val="Heading3"/>
        <w:widowControl/>
      </w:pPr>
      <w:r>
        <w:t>Write or edit a practice reminder</w:t>
      </w:r>
    </w:p>
    <w:p>
      <w:pPr>
        <w:widowControl/>
      </w:pPr>
      <w:r>
        <w:t>Menu route: Practice &gt; Write or edit a practice reminder. Menu access: Alt+R, then W. Direct shortcut: Ctrl+Shift+Y.</w:t>
      </w:r>
    </w:p>
    <w:p>
      <w:pPr>
        <w:widowControl/>
      </w:pPr>
      <w:r>
        <w:t>Writes a personal practice reminder attached to the selected reading position, such as practise this change slowly. It does not enter a musical note. Type in the reminder editor, Tab to Save note and press Space to keep it; Cancel or Escape abandons the edit. For composing pitches and rhythm instead, open New score with Ctrl+Shift+N and use its note-entry controls.</w:t>
      </w:r>
    </w:p>
    <w:p>
      <w:pPr>
        <w:widowControl/>
      </w:pPr>
      <w:r>
        <w:t>Detailed workflow and results: guided task 24 Bookmarks, practice notes and Markdown exchange.</w:t>
      </w:r>
    </w:p>
    <w:p>
      <w:pPr>
        <w:pStyle w:val="Heading3"/>
        <w:widowControl/>
      </w:pPr>
      <w:r>
        <w:t>Read saved practice note</w:t>
      </w:r>
    </w:p>
    <w:p>
      <w:pPr>
        <w:widowControl/>
      </w:pPr>
      <w:r>
        <w:t>Menu route: Practice &gt; Read saved practice note. Menu access: Alt+R, then R. Direct shortcut: No default direct shortcut.</w:t>
      </w:r>
    </w:p>
    <w:p>
      <w:pPr>
        <w:widowControl/>
      </w:pPr>
      <w:r>
        <w:t>Reads the selected saved reminder. On the first request for a reading, selection starts with the last saved reminder at or before the current score position, or the first reminder if none comes before. Further requests repeat that selected reminder. Next and Previous saved practice note change the reminder selection without moving the score.</w:t>
      </w:r>
    </w:p>
    <w:p>
      <w:pPr>
        <w:widowControl/>
      </w:pPr>
      <w:r>
        <w:t>Detailed workflow and results: guided task 24 Bookmarks, practice notes and Markdown exchange.</w:t>
      </w:r>
    </w:p>
    <w:p>
      <w:pPr>
        <w:pStyle w:val="Heading3"/>
        <w:widowControl/>
      </w:pPr>
      <w:r>
        <w:t>Next saved practice note</w:t>
      </w:r>
    </w:p>
    <w:p>
      <w:pPr>
        <w:widowControl/>
      </w:pPr>
      <w:r>
        <w:t>Menu route: Practice &gt; Next saved practice note. Menu access: Alt+R, then N. Direct shortcut: No default direct shortcut.</w:t>
      </w:r>
    </w:p>
    <w:p>
      <w:pPr>
        <w:widowControl/>
      </w:pPr>
      <w:r>
        <w:t>Moves to the next saved practice note in this reading and reads the reminder. It does not wrap silently at the boundary. This is different from Next note on the musical timeline.</w:t>
      </w:r>
    </w:p>
    <w:p>
      <w:pPr>
        <w:widowControl/>
      </w:pPr>
      <w:r>
        <w:t>Detailed workflow and results: guided task 24 Bookmarks, practice notes and Markdown exchange.</w:t>
      </w:r>
    </w:p>
    <w:p>
      <w:pPr>
        <w:pStyle w:val="Heading3"/>
        <w:widowControl/>
      </w:pPr>
      <w:r>
        <w:t>Previous saved practice note</w:t>
      </w:r>
    </w:p>
    <w:p>
      <w:pPr>
        <w:widowControl/>
      </w:pPr>
      <w:r>
        <w:t>Menu route: Practice &gt; Previous saved practice note. Menu access: Alt+R, then V. Direct shortcut: No default direct shortcut.</w:t>
      </w:r>
    </w:p>
    <w:p>
      <w:pPr>
        <w:widowControl/>
      </w:pPr>
      <w:r>
        <w:t>Moves to the previous saved practice note in this reading and reads the reminder. It reports a boundary rather than silently wrapping. The music itself is not edited.</w:t>
      </w:r>
    </w:p>
    <w:p>
      <w:pPr>
        <w:widowControl/>
      </w:pPr>
      <w:r>
        <w:t>Detailed workflow and results: guided task 24 Bookmarks, practice notes and Markdown exchange.</w:t>
      </w:r>
    </w:p>
    <w:p>
      <w:pPr>
        <w:pStyle w:val="Heading3"/>
        <w:widowControl/>
      </w:pPr>
      <w:r>
        <w:t>Review saved practice notes</w:t>
      </w:r>
    </w:p>
    <w:p>
      <w:pPr>
        <w:widowControl/>
      </w:pPr>
      <w:r>
        <w:t>Menu route: Practice &gt; Review saved practice notes. Menu access: Alt+R, then I. Direct shortcut: No default direct shortcut.</w:t>
      </w:r>
    </w:p>
    <w:p>
      <w:pPr>
        <w:widowControl/>
      </w:pPr>
      <w:r>
        <w:t>Opens the reading's saved practice-note list for local review. Select a reminder to inspect it or return to its position. The Read notes with Windows voice action stops the connected AI teacher before local speech; Stop audio or Escape stops that reminder. F9 in the review window stops both. Review is on demand, not an automatic timed reminder.</w:t>
      </w:r>
    </w:p>
    <w:p>
      <w:pPr>
        <w:widowControl/>
      </w:pPr>
      <w:r>
        <w:t>Detailed workflow and results: guided task 24 Bookmarks, practice notes and Markdown exchange.</w:t>
      </w:r>
    </w:p>
    <w:p>
      <w:pPr>
        <w:pStyle w:val="Heading3"/>
        <w:widowControl/>
      </w:pPr>
      <w:r>
        <w:t>Save current practice position</w:t>
      </w:r>
    </w:p>
    <w:p>
      <w:pPr>
        <w:widowControl/>
      </w:pPr>
      <w:r>
        <w:t>Menu route: Practice &gt; Save current practice position. Menu access: Alt+R, then U. Direct shortcut: No default direct shortcut.</w:t>
      </w:r>
    </w:p>
    <w:p>
      <w:pPr>
        <w:widowControl/>
      </w:pPr>
      <w:r>
        <w:t>Stores a supported saved file’s current position and practice state for later reopening. Read any failure message. It is separate from exporting the complete reading.</w:t>
      </w:r>
    </w:p>
    <w:p>
      <w:pPr>
        <w:widowControl/>
      </w:pPr>
      <w:r>
        <w:t>Detailed workflow and results: guided task 10 Save, reopen and export a reading.</w:t>
      </w:r>
    </w:p>
    <w:p>
      <w:pPr>
        <w:pStyle w:val="Heading3"/>
        <w:widowControl/>
      </w:pPr>
      <w:r>
        <w:t>Concise explanations</w:t>
      </w:r>
    </w:p>
    <w:p>
      <w:pPr>
        <w:widowControl/>
      </w:pPr>
      <w:r>
        <w:t>Menu route: Practice &gt; Concise explanations. Menu access: Alt+R, then X. Direct shortcut: Alt+Shift+Q.</w:t>
      </w:r>
    </w:p>
    <w:p>
      <w:pPr>
        <w:widowControl/>
      </w:pPr>
      <w:r>
        <w:t>Toggles shorter descriptive wording and refreshes the current explanation. Turn it off for full explanations. It does not remove source notes.</w:t>
      </w:r>
    </w:p>
    <w:p>
      <w:pPr>
        <w:widowControl/>
      </w:pPr>
      <w:r>
        <w:t>Detailed workflow and results: guided task 9 Choose concise or compact reading.</w:t>
      </w:r>
    </w:p>
    <w:p>
      <w:pPr>
        <w:pStyle w:val="Heading3"/>
        <w:widowControl/>
      </w:pPr>
      <w:r>
        <w:t xml:space="preserve">Compact string fret pairs  2 0   string 2 open </w:t>
      </w:r>
    </w:p>
    <w:p>
      <w:pPr>
        <w:widowControl/>
      </w:pPr>
      <w:r>
        <w:t>Menu route: Practice &gt; Compact string-fret pairs (2-0 = string 2 open). Menu access: Alt+R, then M. Direct shortcut: Alt+Shift+F.</w:t>
      </w:r>
    </w:p>
    <w:p>
      <w:pPr>
        <w:widowControl/>
      </w:pPr>
      <w:r>
        <w:t>Toggles compact string-fret wording where the reading supplies it. In 2-0, 2 is the string and 0 means open. The chosen style applies in the reader and exports; it does not change notes, tuning, playback or staff-only pitches.</w:t>
      </w:r>
    </w:p>
    <w:p>
      <w:pPr>
        <w:widowControl/>
      </w:pPr>
      <w:r>
        <w:t>Detailed workflow and results: guided task 9 Choose concise or compact reading.</w:t>
      </w:r>
    </w:p>
    <w:p>
      <w:pPr>
        <w:pStyle w:val="Heading3"/>
        <w:widowControl/>
      </w:pPr>
      <w:r>
        <w:t>Compact notation key</w:t>
      </w:r>
    </w:p>
    <w:p>
      <w:pPr>
        <w:widowControl/>
      </w:pPr>
      <w:r>
        <w:t>Menu route: Practice &gt; Compact notation key. Menu access: Alt+R, then K. Direct shortcut: No default direct shortcut.</w:t>
      </w:r>
    </w:p>
    <w:p>
      <w:pPr>
        <w:widowControl/>
      </w:pPr>
      <w:r>
        <w:t>Opens a local explanation of compact string-fret pairs with examples. Close it to return to the reading.</w:t>
      </w:r>
    </w:p>
    <w:p>
      <w:pPr>
        <w:widowControl/>
      </w:pPr>
      <w:r>
        <w:t>Detailed workflow and results: guided task 9 Choose concise or compact reading.</w:t>
      </w:r>
    </w:p>
    <w:p>
      <w:pPr>
        <w:pStyle w:val="Heading3"/>
        <w:widowControl/>
      </w:pPr>
      <w:r>
        <w:t>Import summary and uncertainties</w:t>
      </w:r>
    </w:p>
    <w:p>
      <w:pPr>
        <w:widowControl/>
      </w:pPr>
      <w:r>
        <w:t>Menu route: Practice &gt; Import summary and uncertainties. Menu access: Alt+R, then Y. Direct shortcut: Alt+Shift+I.</w:t>
      </w:r>
    </w:p>
    <w:p>
      <w:pPr>
        <w:widowControl/>
      </w:pPr>
      <w:r>
        <w:t>Reports selected instrument/part, recovered positions, timing provenance and import notices. Provenance means where information came from. Use it before relying on a questionable reading.</w:t>
      </w:r>
    </w:p>
    <w:p>
      <w:pPr>
        <w:widowControl/>
      </w:pPr>
      <w:r>
        <w:t>Detailed workflow and results: guided task 11 Review and repair uncertain music.</w:t>
      </w:r>
    </w:p>
    <w:p>
      <w:pPr>
        <w:pStyle w:val="Heading3"/>
        <w:widowControl/>
      </w:pPr>
      <w:r>
        <w:t>Practice drums   no song needed</w:t>
      </w:r>
    </w:p>
    <w:p>
      <w:pPr>
        <w:widowControl/>
      </w:pPr>
      <w:r>
        <w:t>Menu route: Practice &gt; Practice drums — no song needed. Menu access: Alt+R, then D. Direct shortcut: No default direct shortcut.</w:t>
      </w:r>
    </w:p>
    <w:p>
      <w:pPr>
        <w:widowControl/>
      </w:pPr>
      <w:r>
        <w:t>Choose a rhythm, tempo and volume; Start / apply plays it. Stop or Close and stop ends playback. No song needed.</w:t>
      </w:r>
    </w:p>
    <w:p>
      <w:pPr>
        <w:widowControl/>
      </w:pPr>
      <w:r>
        <w:t>Detailed workflow and results: guided task 26 Instrument sounds, playback settings and practice drums.</w:t>
      </w:r>
    </w:p>
    <w:p>
      <w:pPr>
        <w:pStyle w:val="Heading3"/>
        <w:widowControl/>
      </w:pPr>
      <w:r>
        <w:t>Stop practice drums</w:t>
      </w:r>
    </w:p>
    <w:p>
      <w:pPr>
        <w:widowControl/>
      </w:pPr>
      <w:r>
        <w:t>Menu route: Practice &gt; Stop practice drums. Menu access: Alt+R, then J. Direct shortcut: No default direct shortcut.</w:t>
      </w:r>
    </w:p>
    <w:p>
      <w:pPr>
        <w:widowControl/>
      </w:pPr>
      <w:r>
        <w:t>Stops the standalone drum accompaniment. The score's measure loop and any live teacher session keep their current settings.</w:t>
      </w:r>
    </w:p>
    <w:p>
      <w:pPr>
        <w:widowControl/>
      </w:pPr>
      <w:r>
        <w:t>Detailed workflow and results: guided task 26 Instrument sounds, playback settings and practice drums.</w:t>
      </w:r>
    </w:p>
    <w:p>
      <w:pPr>
        <w:pStyle w:val="Heading3"/>
        <w:widowControl/>
      </w:pPr>
      <w:r>
        <w:t>Jump to numbered bookmark  Q    Go to bookmark 1</w:t>
      </w:r>
    </w:p>
    <w:p>
      <w:pPr>
        <w:widowControl/>
      </w:pPr>
      <w:r>
        <w:t>Menu route: Practice &gt; Jump to numbered bookmark (Q) &gt; Go to bookmark 1. Menu access: Alt+R, then Q, then G. Direct shortcut: Alt+Shift+1.</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2</w:t>
      </w:r>
    </w:p>
    <w:p>
      <w:pPr>
        <w:widowControl/>
      </w:pPr>
      <w:r>
        <w:t>Menu route: Practice &gt; Jump to numbered bookmark (Q) &gt; Go to bookmark 2. Menu access: Alt+R, then Q, then O. Direct shortcut: Alt+Shift+2.</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3</w:t>
      </w:r>
    </w:p>
    <w:p>
      <w:pPr>
        <w:widowControl/>
      </w:pPr>
      <w:r>
        <w:t>Menu route: Practice &gt; Jump to numbered bookmark (Q) &gt; Go to bookmark 3. Menu access: Alt+R, then Q, then T. Direct shortcut: Alt+Shift+3.</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4</w:t>
      </w:r>
    </w:p>
    <w:p>
      <w:pPr>
        <w:widowControl/>
      </w:pPr>
      <w:r>
        <w:t>Menu route: Practice &gt; Jump to numbered bookmark (Q) &gt; Go to bookmark 4. Menu access: Alt+R, then Q, then B. Direct shortcut: Alt+Shift+4.</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5</w:t>
      </w:r>
    </w:p>
    <w:p>
      <w:pPr>
        <w:widowControl/>
      </w:pPr>
      <w:r>
        <w:t>Menu route: Practice &gt; Jump to numbered bookmark (Q) &gt; Go to bookmark 5. Menu access: Alt+R, then Q, then K. Direct shortcut: Alt+Shift+5.</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6</w:t>
      </w:r>
    </w:p>
    <w:p>
      <w:pPr>
        <w:widowControl/>
      </w:pPr>
      <w:r>
        <w:t>Menu route: Practice &gt; Jump to numbered bookmark (Q) &gt; Go to bookmark 6. Menu access: Alt+R, then Q, then M. Direct shortcut: Alt+Shift+6.</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7</w:t>
      </w:r>
    </w:p>
    <w:p>
      <w:pPr>
        <w:widowControl/>
      </w:pPr>
      <w:r>
        <w:t>Menu route: Practice &gt; Jump to numbered bookmark (Q) &gt; Go to bookmark 7. Menu access: Alt+R, then Q, then A. Direct shortcut: Alt+Shift+7.</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8</w:t>
      </w:r>
    </w:p>
    <w:p>
      <w:pPr>
        <w:widowControl/>
      </w:pPr>
      <w:r>
        <w:t>Menu route: Practice &gt; Jump to numbered bookmark (Q) &gt; Go to bookmark 8. Menu access: Alt+R, then Q, then R. Direct shortcut: Alt+Shift+8.</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9</w:t>
      </w:r>
    </w:p>
    <w:p>
      <w:pPr>
        <w:widowControl/>
      </w:pPr>
      <w:r>
        <w:t>Menu route: Practice &gt; Jump to numbered bookmark (Q) &gt; Go to bookmark 9. Menu access: Alt+R, then Q, then 9. Direct shortcut: Alt+Shift+9.</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bookmark  Q    Go to bookmark 10</w:t>
      </w:r>
    </w:p>
    <w:p>
      <w:pPr>
        <w:widowControl/>
      </w:pPr>
      <w:r>
        <w:t>Menu route: Practice &gt; Jump to numbered bookmark (Q) &gt; Go to bookmark 10. Menu access: Alt+R, then Q, then 1. Direct shortcut: Alt+Shift+0.</w:t>
      </w:r>
    </w:p>
    <w:p>
      <w:pPr>
        <w:widowControl/>
      </w:pPr>
      <w:r>
        <w:t>Jumps to this numbered saved bookmark in saved chooser order. The digits 1 through 0 represent items 1 through 10; unavailable numbers give a readable explanation.</w:t>
      </w:r>
    </w:p>
    <w:p>
      <w:pPr>
        <w:widowControl/>
      </w:pPr>
      <w:r>
        <w:t>Detailed workflow and results: guided task 24 Bookmarks, practice notes and Markdown exchange.</w:t>
      </w:r>
    </w:p>
    <w:p>
      <w:pPr>
        <w:pStyle w:val="Heading3"/>
        <w:widowControl/>
      </w:pPr>
      <w:r>
        <w:t>Jump to numbered practice note  Z    Go to practice note 1</w:t>
      </w:r>
    </w:p>
    <w:p>
      <w:pPr>
        <w:widowControl/>
      </w:pPr>
      <w:r>
        <w:t>Menu route: Practice &gt; Jump to numbered practice note (Z) &gt; Go to practice note 1. Menu access: Alt+R, then Z, then G. Direct shortcut: Ctrl+Alt+1.</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2</w:t>
      </w:r>
    </w:p>
    <w:p>
      <w:pPr>
        <w:widowControl/>
      </w:pPr>
      <w:r>
        <w:t>Menu route: Practice &gt; Jump to numbered practice note (Z) &gt; Go to practice note 2. Menu access: Alt+R, then Z, then O. Direct shortcut: Ctrl+Alt+2.</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3</w:t>
      </w:r>
    </w:p>
    <w:p>
      <w:pPr>
        <w:widowControl/>
      </w:pPr>
      <w:r>
        <w:t>Menu route: Practice &gt; Jump to numbered practice note (Z) &gt; Go to practice note 3. Menu access: Alt+R, then Z, then T. Direct shortcut: Ctrl+Alt+3.</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4</w:t>
      </w:r>
    </w:p>
    <w:p>
      <w:pPr>
        <w:widowControl/>
      </w:pPr>
      <w:r>
        <w:t>Menu route: Practice &gt; Jump to numbered practice note (Z) &gt; Go to practice note 4. Menu access: Alt+R, then Z, then P. Direct shortcut: Ctrl+Alt+4.</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5</w:t>
      </w:r>
    </w:p>
    <w:p>
      <w:pPr>
        <w:widowControl/>
      </w:pPr>
      <w:r>
        <w:t>Menu route: Practice &gt; Jump to numbered practice note (Z) &gt; Go to practice note 5. Menu access: Alt+R, then Z, then R. Direct shortcut: Ctrl+Alt+5.</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6</w:t>
      </w:r>
    </w:p>
    <w:p>
      <w:pPr>
        <w:widowControl/>
      </w:pPr>
      <w:r>
        <w:t>Menu route: Practice &gt; Jump to numbered practice note (Z) &gt; Go to practice note 6. Menu access: Alt+R, then Z, then A. Direct shortcut: Ctrl+Alt+6.</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7</w:t>
      </w:r>
    </w:p>
    <w:p>
      <w:pPr>
        <w:widowControl/>
      </w:pPr>
      <w:r>
        <w:t>Menu route: Practice &gt; Jump to numbered practice note (Z) &gt; Go to practice note 7. Menu access: Alt+R, then Z, then C. Direct shortcut: Ctrl+Alt+7.</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8</w:t>
      </w:r>
    </w:p>
    <w:p>
      <w:pPr>
        <w:widowControl/>
      </w:pPr>
      <w:r>
        <w:t>Menu route: Practice &gt; Jump to numbered practice note (Z) &gt; Go to practice note 8. Menu access: Alt+R, then Z, then I. Direct shortcut: Ctrl+Alt+8.</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9</w:t>
      </w:r>
    </w:p>
    <w:p>
      <w:pPr>
        <w:widowControl/>
      </w:pPr>
      <w:r>
        <w:t>Menu route: Practice &gt; Jump to numbered practice note (Z) &gt; Go to practice note 9. Menu access: Alt+R, then Z, then E. Direct shortcut: Ctrl+Alt+9.</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Jump to numbered practice note  Z    Go to practice note 10</w:t>
      </w:r>
    </w:p>
    <w:p>
      <w:pPr>
        <w:widowControl/>
      </w:pPr>
      <w:r>
        <w:t>Menu route: Practice &gt; Jump to numbered practice note (Z) &gt; Go to practice note 10. Menu access: Alt+R, then Z, then N. Direct shortcut: Ctrl+Alt+0.</w:t>
      </w:r>
    </w:p>
    <w:p>
      <w:pPr>
        <w:widowControl/>
      </w:pPr>
      <w:r>
        <w:t>Jumps to this numbered practice-note position in score order. The digits 1 through 0 represent items 1 through 10; no music or note text is rewritten.</w:t>
      </w:r>
    </w:p>
    <w:p>
      <w:pPr>
        <w:widowControl/>
      </w:pPr>
      <w:r>
        <w:t>Detailed workflow and results: guided task 24 Bookmarks, practice notes and Markdown exchange.</w:t>
      </w:r>
    </w:p>
    <w:p>
      <w:pPr>
        <w:pStyle w:val="Heading3"/>
        <w:widowControl/>
      </w:pPr>
      <w:r>
        <w:t>Import practice notes from Markdown</w:t>
      </w:r>
    </w:p>
    <w:p>
      <w:pPr>
        <w:widowControl/>
      </w:pPr>
      <w:r>
        <w:t>Menu route: Practice &gt; Import practice notes from Markdown. Menu access: Alt+R, then 0. Direct shortcut: No default direct shortcut.</w:t>
      </w:r>
    </w:p>
    <w:p>
      <w:pPr>
        <w:widowControl/>
      </w:pPr>
      <w:r>
        <w:t>Previews marked practice-note blocks from a matching exported reading. Accepted notes are added without changing score notes or source music. Changed or mismatched position markers are rejected.</w:t>
      </w:r>
    </w:p>
    <w:p>
      <w:pPr>
        <w:widowControl/>
      </w:pPr>
      <w:r>
        <w:t>Detailed workflow and results: guided task 24 Bookmarks, practice notes and Markdown exchange.</w:t>
      </w:r>
    </w:p>
    <w:p>
      <w:pPr>
        <w:pStyle w:val="Heading2"/>
        <w:widowControl/>
      </w:pPr>
      <w:r>
        <w:t>ChatGPT menu</w:t>
      </w:r>
    </w:p>
    <w:p>
      <w:pPr>
        <w:pStyle w:val="Heading3"/>
        <w:widowControl/>
      </w:pPr>
      <w:r>
        <w:t>Show or hide chat panel</w:t>
      </w:r>
    </w:p>
    <w:p>
      <w:pPr>
        <w:widowControl/>
      </w:pPr>
      <w:r>
        <w:t>Menu route: ChatGPT &gt; Show or hide chat panel. Menu access: Alt+C, then S. Direct shortcut: Ctrl+Shift+C.</w:t>
      </w:r>
    </w:p>
    <w:p>
      <w:pPr>
        <w:widowControl/>
      </w:pPr>
      <w:r>
        <w:t>Shows the ChatGPT panel or returns to the score. Opening it does not start a microphone.</w:t>
      </w:r>
    </w:p>
    <w:p>
      <w:pPr>
        <w:widowControl/>
      </w:pPr>
      <w:r>
        <w:t>Detailed workflow and results: guided task 13 Use written ChatGPT and optional AI help.</w:t>
      </w:r>
    </w:p>
    <w:p>
      <w:pPr>
        <w:pStyle w:val="Heading3"/>
        <w:widowControl/>
      </w:pPr>
      <w:r>
        <w:t>Connect ChatGPT</w:t>
      </w:r>
    </w:p>
    <w:p>
      <w:pPr>
        <w:widowControl/>
      </w:pPr>
      <w:r>
        <w:t>Menu route: ChatGPT &gt; Connect ChatGPT. Menu access: Alt+C, then C. Direct shortcut: F4.</w:t>
      </w:r>
    </w:p>
    <w:p>
      <w:pPr>
        <w:widowControl/>
      </w:pPr>
      <w:r>
        <w:t>Opens the connection flow in your browser. Complete sign-in and return. No question or score is sent by merely opening the connection flow. ChatGPT may ask you to sign in again, sometimes repeatedly, when saved sign-in expires or stops working. OpenAI service or sign-in changes may be a factor, but the cause is not always known. Press F4, complete sign-in in the browser, return to SpeakTab and retry your question.</w:t>
      </w:r>
    </w:p>
    <w:p>
      <w:pPr>
        <w:widowControl/>
      </w:pPr>
      <w:r>
        <w:t>Detailed workflow and results: guided task 13 Use written ChatGPT and optional AI help.</w:t>
      </w:r>
    </w:p>
    <w:p>
      <w:pPr>
        <w:pStyle w:val="Heading3"/>
        <w:widowControl/>
      </w:pPr>
      <w:r>
        <w:t>Refresh models</w:t>
      </w:r>
    </w:p>
    <w:p>
      <w:pPr>
        <w:widowControl/>
      </w:pPr>
      <w:r>
        <w:t>Menu route: ChatGPT &gt; Refresh models. Menu access: Alt+C, then R. Direct shortcut: No default direct shortcut.</w:t>
      </w:r>
    </w:p>
    <w:p>
      <w:pPr>
        <w:widowControl/>
      </w:pPr>
      <w:r>
        <w:t>Reloads the model list from the saved ChatGPT connection. Choose a returned model if needed.</w:t>
      </w:r>
    </w:p>
    <w:p>
      <w:pPr>
        <w:widowControl/>
      </w:pPr>
      <w:r>
        <w:t>Detailed workflow and results: guided task 13 Use written ChatGPT and optional AI help.</w:t>
      </w:r>
    </w:p>
    <w:p>
      <w:pPr>
        <w:pStyle w:val="Heading3"/>
        <w:widowControl/>
      </w:pPr>
      <w:r>
        <w:t>Focus ChatGPT question</w:t>
      </w:r>
    </w:p>
    <w:p>
      <w:pPr>
        <w:widowControl/>
      </w:pPr>
      <w:r>
        <w:t>Menu route: ChatGPT &gt; Focus ChatGPT question. Menu access: Alt+C, then F. Direct shortcut: F5.</w:t>
      </w:r>
    </w:p>
    <w:p>
      <w:pPr>
        <w:widowControl/>
      </w:pPr>
      <w:r>
        <w:t>Focuses Ask ChatGPT without sending. Type or edit the question, then press Enter. Repeating F5 never re-sends previous text.</w:t>
      </w:r>
    </w:p>
    <w:p>
      <w:pPr>
        <w:widowControl/>
      </w:pPr>
      <w:r>
        <w:t>Detailed workflow and results: guided task 13 Use written ChatGPT and optional AI help.</w:t>
      </w:r>
    </w:p>
    <w:p>
      <w:pPr>
        <w:pStyle w:val="Heading3"/>
        <w:widowControl/>
      </w:pPr>
      <w:r>
        <w:t>Read full answer</w:t>
      </w:r>
    </w:p>
    <w:p>
      <w:pPr>
        <w:widowControl/>
      </w:pPr>
      <w:r>
        <w:t>Menu route: ChatGPT &gt; Read full answer. Menu access: Alt+C, then E. Direct shortcut: F6.</w:t>
      </w:r>
    </w:p>
    <w:p>
      <w:pPr>
        <w:widowControl/>
      </w:pPr>
      <w:r>
        <w:t>Focuses the complete ChatGPT answer from its beginning. Read with text-navigation or Braille commands.</w:t>
      </w:r>
    </w:p>
    <w:p>
      <w:pPr>
        <w:widowControl/>
      </w:pPr>
      <w:r>
        <w:t>Detailed workflow and results: guided task 13 Use written ChatGPT and optional AI help.</w:t>
      </w:r>
    </w:p>
    <w:p>
      <w:pPr>
        <w:pStyle w:val="Heading3"/>
        <w:widowControl/>
      </w:pPr>
      <w:r>
        <w:t>Choose model</w:t>
      </w:r>
    </w:p>
    <w:p>
      <w:pPr>
        <w:widowControl/>
      </w:pPr>
      <w:r>
        <w:t>Menu route: ChatGPT &gt; Choose model. Menu access: Alt+C, then H. Direct shortcut: Ctrl+Alt+M.</w:t>
      </w:r>
    </w:p>
    <w:p>
      <w:pPr>
        <w:widowControl/>
      </w:pPr>
      <w:r>
        <w:t>Reveals and focuses the ChatGPT model selector. Available models depend on the connection.</w:t>
      </w:r>
    </w:p>
    <w:p>
      <w:pPr>
        <w:widowControl/>
      </w:pPr>
      <w:r>
        <w:t>Detailed workflow and results: guided task 13 Use written ChatGPT and optional AI help.</w:t>
      </w:r>
    </w:p>
    <w:p>
      <w:pPr>
        <w:pStyle w:val="Heading3"/>
        <w:widowControl/>
      </w:pPr>
      <w:r>
        <w:t>Connection status</w:t>
      </w:r>
    </w:p>
    <w:p>
      <w:pPr>
        <w:widowControl/>
      </w:pPr>
      <w:r>
        <w:t>Menu route: ChatGPT &gt; Connection status. Menu access: Alt+C, then O. Direct shortcut: Ctrl+Alt+C.</w:t>
      </w:r>
    </w:p>
    <w:p>
      <w:pPr>
        <w:widowControl/>
      </w:pPr>
      <w:r>
        <w:t>Shows the current ChatGPT connection status on demand.</w:t>
      </w:r>
    </w:p>
    <w:p>
      <w:pPr>
        <w:widowControl/>
      </w:pPr>
      <w:r>
        <w:t>Detailed workflow and results: guided task 13 Use written ChatGPT and optional AI help.</w:t>
      </w:r>
    </w:p>
    <w:p>
      <w:pPr>
        <w:pStyle w:val="Heading2"/>
        <w:widowControl/>
      </w:pPr>
      <w:r>
        <w:t>Voice menu</w:t>
      </w:r>
    </w:p>
    <w:p>
      <w:pPr>
        <w:pStyle w:val="Heading3"/>
        <w:widowControl/>
      </w:pPr>
      <w:r>
        <w:t>Start continuous AI teacher</w:t>
      </w:r>
    </w:p>
    <w:p>
      <w:pPr>
        <w:widowControl/>
      </w:pPr>
      <w:r>
        <w:t>Menu route: Voice &gt; Start continuous AI teacher. Menu access: Alt+V, then S. Direct shortcut: F8.</w:t>
      </w:r>
    </w:p>
    <w:p>
      <w:pPr>
        <w:widowControl/>
      </w:pPr>
      <w:r>
        <w:t>Explicitly starts the configured teacher voice connection and microphone. Wait for the listening announcement, then speak naturally. F9 disconnects and stops that microphone.</w:t>
      </w:r>
    </w:p>
    <w:p>
      <w:pPr>
        <w:widowControl/>
      </w:pPr>
      <w:r>
        <w:t>Detailed workflow and results: guided task 27 Set up the AI teacher, voice replies and lesson memory.</w:t>
      </w:r>
    </w:p>
    <w:p>
      <w:pPr>
        <w:pStyle w:val="Heading3"/>
        <w:widowControl/>
      </w:pPr>
      <w:r>
        <w:t>Stop AI teacher and microphone</w:t>
      </w:r>
    </w:p>
    <w:p>
      <w:pPr>
        <w:widowControl/>
      </w:pPr>
      <w:r>
        <w:t>Menu route: Voice &gt; Stop AI teacher and microphone. Menu access: Alt+V, then T. Direct shortcut: F9.</w:t>
      </w:r>
    </w:p>
    <w:p>
      <w:pPr>
        <w:widowControl/>
      </w:pPr>
      <w:r>
        <w:t>Ends the teacher connection and stops its microphone. F12 only quiets playback announcements; teacher speech continues.</w:t>
      </w:r>
    </w:p>
    <w:p>
      <w:pPr>
        <w:widowControl/>
      </w:pPr>
      <w:r>
        <w:t>Detailed workflow and results: guided task 27 Set up the AI teacher, voice replies and lesson memory.</w:t>
      </w:r>
    </w:p>
    <w:p>
      <w:pPr>
        <w:pStyle w:val="Heading3"/>
        <w:widowControl/>
      </w:pPr>
      <w:r>
        <w:t>Silence or resume playback announcements</w:t>
      </w:r>
    </w:p>
    <w:p>
      <w:pPr>
        <w:widowControl/>
      </w:pPr>
      <w:r>
        <w:t>Menu route: Voice &gt; Silence or resume playback announcements. Menu access: Alt+V, then I. Direct shortcut: F12.</w:t>
      </w:r>
    </w:p>
    <w:p>
      <w:pPr>
        <w:widowControl/>
      </w:pPr>
      <w:r>
        <w:t>Toggles automatic playback announcements only. AI teacher replies stay spoken. Music, manual score navigation and microphone connections remain unchanged. Press F12 again to resume.</w:t>
      </w:r>
    </w:p>
    <w:p>
      <w:pPr>
        <w:widowControl/>
      </w:pPr>
      <w:r>
        <w:t>Detailed workflow and results: guided task 27 Set up the AI teacher, voice replies and lesson memory.</w:t>
      </w:r>
    </w:p>
    <w:p>
      <w:pPr>
        <w:pStyle w:val="Heading3"/>
        <w:widowControl/>
      </w:pPr>
      <w:r>
        <w:t>Silence ChatGPT speech</w:t>
      </w:r>
    </w:p>
    <w:p>
      <w:pPr>
        <w:widowControl/>
      </w:pPr>
      <w:r>
        <w:t>Menu route: Voice &gt; Silence ChatGPT speech. Menu access: Alt+V, then L. Direct shortcut: No default direct shortcut.</w:t>
      </w:r>
    </w:p>
    <w:p>
      <w:pPr>
        <w:widowControl/>
      </w:pPr>
      <w:r>
        <w:t>Menu-only ChatGPT silence action. It turns optional ChatGPT read-aloud off; the teacher stays spoken. Use the separate ChatGPT speech controls for read-aloud; F12 changes only playback announcements. Music, microphone connections and your own screen reader remain unchanged.</w:t>
      </w:r>
    </w:p>
    <w:p>
      <w:pPr>
        <w:widowControl/>
      </w:pPr>
      <w:r>
        <w:t>Detailed workflow and results: guided task 27 Set up the AI teacher, voice replies and lesson memory.</w:t>
      </w:r>
    </w:p>
    <w:p>
      <w:pPr>
        <w:pStyle w:val="Heading3"/>
        <w:widowControl/>
      </w:pPr>
      <w:r>
        <w:t>Resume ChatGPT speech</w:t>
      </w:r>
    </w:p>
    <w:p>
      <w:pPr>
        <w:widowControl/>
      </w:pPr>
      <w:r>
        <w:t>Menu route: Voice &gt; Resume ChatGPT speech. Menu access: Alt+V, then R. Direct shortcut: No default direct shortcut.</w:t>
      </w:r>
    </w:p>
    <w:p>
      <w:pPr>
        <w:widowControl/>
      </w:pPr>
      <w:r>
        <w:t>Menu-only ChatGPT resume action. It restores optional ChatGPT read-aloud when enabled; the teacher stays spoken. Use the separate ChatGPT speech controls for read-aloud; F12 changes only playback announcements. Music, microphone connections and your own screen reader remain unchanged.</w:t>
      </w:r>
    </w:p>
    <w:p>
      <w:pPr>
        <w:widowControl/>
      </w:pPr>
      <w:r>
        <w:t>Detailed workflow and results: guided task 27 Set up the AI teacher, voice replies and lesson memory.</w:t>
      </w:r>
    </w:p>
    <w:p>
      <w:pPr>
        <w:pStyle w:val="Heading3"/>
        <w:widowControl/>
      </w:pPr>
      <w:r>
        <w:t>Replay answer</w:t>
      </w:r>
    </w:p>
    <w:p>
      <w:pPr>
        <w:widowControl/>
      </w:pPr>
      <w:r>
        <w:t>Menu route: Voice &gt; Replay answer. Menu access: Alt+V, then E. Direct shortcut: F7.</w:t>
      </w:r>
    </w:p>
    <w:p>
      <w:pPr>
        <w:widowControl/>
      </w:pPr>
      <w:r>
        <w:t>Replays an available answer in the selected conversation, using its enabled output preference.</w:t>
      </w:r>
    </w:p>
    <w:p>
      <w:pPr>
        <w:widowControl/>
      </w:pPr>
      <w:r>
        <w:t>Detailed workflow and results: guided task 27 Set up the AI teacher, voice replies and lesson memory.</w:t>
      </w:r>
    </w:p>
    <w:p>
      <w:pPr>
        <w:pStyle w:val="Heading3"/>
        <w:widowControl/>
      </w:pPr>
      <w:r>
        <w:t>Voice settings</w:t>
      </w:r>
    </w:p>
    <w:p>
      <w:pPr>
        <w:widowControl/>
      </w:pPr>
      <w:r>
        <w:t>Menu route: Voice &gt; Voice settings. Menu access: Alt+V, then V. Direct shortcut: Ctrl+Alt+O.</w:t>
      </w:r>
    </w:p>
    <w:p>
      <w:pPr>
        <w:widowControl/>
      </w:pPr>
      <w:r>
        <w:t>Opens settings for the selected conversation without starting a microphone. ChatGPT has local Windows read-aloud. AI teacher has a provider access key, output voice and Teacher microphone. The teacher stays spoken; Speak ChatGPT answers enables optional ChatGPT read-aloud; speech speed is separate from music speed. Tab through settings and read their names. Save voice setup keeps the intended preferences. F8 starts the configured teacher and F9 ends it.</w:t>
      </w:r>
    </w:p>
    <w:p>
      <w:pPr>
        <w:widowControl/>
      </w:pPr>
      <w:r>
        <w:t>Detailed workflow and results: guided task 27 Set up the AI teacher, voice replies and lesson memory.</w:t>
      </w:r>
    </w:p>
    <w:p>
      <w:pPr>
        <w:pStyle w:val="Heading3"/>
        <w:widowControl/>
      </w:pPr>
      <w:r>
        <w:t>Choose AI voice</w:t>
      </w:r>
    </w:p>
    <w:p>
      <w:pPr>
        <w:widowControl/>
      </w:pPr>
      <w:r>
        <w:t>Menu route: Voice &gt; Choose AI voice. Menu access: Alt+V, then C. Direct shortcut: Ctrl+Alt+V.</w:t>
      </w:r>
    </w:p>
    <w:p>
      <w:pPr>
        <w:widowControl/>
      </w:pPr>
      <w:r>
        <w:t>Reveals the teacher voice selector. Choose a supported voice while disconnected.</w:t>
      </w:r>
    </w:p>
    <w:p>
      <w:pPr>
        <w:widowControl/>
      </w:pPr>
      <w:r>
        <w:t>Detailed workflow and results: guided task 27 Set up the AI teacher, voice replies and lesson memory.</w:t>
      </w:r>
    </w:p>
    <w:p>
      <w:pPr>
        <w:pStyle w:val="Heading3"/>
        <w:widowControl/>
      </w:pPr>
      <w:r>
        <w:t>Remember AI teacher access key on/off</w:t>
      </w:r>
    </w:p>
    <w:p>
      <w:pPr>
        <w:widowControl/>
      </w:pPr>
      <w:r>
        <w:t>Menu route: Voice &gt; Remember AI teacher access key on/off. Menu access: Alt+V, then M. Direct shortcut: Ctrl+Alt+R.</w:t>
      </w:r>
    </w:p>
    <w:p>
      <w:pPr>
        <w:widowControl/>
      </w:pPr>
      <w:r>
        <w:t>Chooses whether Save voice setup will remember the AI teacher provider access key securely for this Windows account. An access key is a private service credential, not a keyboard shortcut or score key signature. To remove the stored credential, turn remembering off and choose Save voice setup. It is separate from written ChatGPT sign-in; this command does not start a teacher session.</w:t>
      </w:r>
    </w:p>
    <w:p>
      <w:pPr>
        <w:widowControl/>
      </w:pPr>
      <w:r>
        <w:t>Detailed workflow and results: guided task 27 Set up the AI teacher, voice replies and lesson memory.</w:t>
      </w:r>
    </w:p>
    <w:p>
      <w:pPr>
        <w:pStyle w:val="Heading3"/>
        <w:widowControl/>
      </w:pPr>
      <w:r>
        <w:t>Save voice setup</w:t>
      </w:r>
    </w:p>
    <w:p>
      <w:pPr>
        <w:widowControl/>
      </w:pPr>
      <w:r>
        <w:t>Menu route: Voice &gt; Save voice setup. Menu access: Alt+V, then A. Direct shortcut: Ctrl+Alt+K.</w:t>
      </w:r>
    </w:p>
    <w:p>
      <w:pPr>
        <w:widowControl/>
      </w:pPr>
      <w:r>
        <w:t>Saves the explicitly chosen voice preferences and key-retention choice. It does not start a lesson.</w:t>
      </w:r>
    </w:p>
    <w:p>
      <w:pPr>
        <w:widowControl/>
      </w:pPr>
      <w:r>
        <w:t>Detailed workflow and results: guided task 27 Set up the AI teacher, voice replies and lesson memory.</w:t>
      </w:r>
    </w:p>
    <w:p>
      <w:pPr>
        <w:pStyle w:val="Heading3"/>
        <w:widowControl/>
      </w:pPr>
      <w:r>
        <w:t>Add alternate lesson reference file</w:t>
      </w:r>
    </w:p>
    <w:p>
      <w:pPr>
        <w:widowControl/>
      </w:pPr>
      <w:r>
        <w:t>Menu route: Voice &gt; Add alternate lesson reference file. Menu access: Alt+V, then D. Direct shortcut: Ctrl+Alt+F.</w:t>
      </w:r>
    </w:p>
    <w:p>
      <w:pPr>
        <w:widowControl/>
      </w:pPr>
      <w:r>
        <w:t>Selects a separate reference for written ChatGPT or the live teacher. Check the file and current connection before asking about it. Ctrl+S retains it with the reading; attaching does not replace or automatically align the main score.</w:t>
      </w:r>
    </w:p>
    <w:p>
      <w:pPr>
        <w:widowControl/>
      </w:pPr>
      <w:r>
        <w:t>Detailed workflow and results: guided task 27 Set up the AI teacher, voice replies and lesson memory.</w:t>
      </w:r>
    </w:p>
    <w:p>
      <w:pPr>
        <w:pStyle w:val="Heading3"/>
        <w:widowControl/>
      </w:pPr>
      <w:r>
        <w:t>AI teacher API access key</w:t>
      </w:r>
    </w:p>
    <w:p>
      <w:pPr>
        <w:widowControl/>
      </w:pPr>
      <w:r>
        <w:t>Menu route: Voice &gt; AI teacher API access key. Menu access: Alt+V, then O. Direct shortcut: Ctrl+Shift+K.</w:t>
      </w:r>
    </w:p>
    <w:p>
      <w:pPr>
        <w:widowControl/>
      </w:pPr>
      <w:r>
        <w:t>Focuses the masked AI teacher API access key field in its settings. This is the private credential for the connected voice service, separate from written ChatGPT sign-in. Enter it only in that field, then choose the intended remembering option and Save voice setup. Core reading and Voice control need no such key. Opening or editing the field does not start listening.</w:t>
      </w:r>
    </w:p>
    <w:p>
      <w:pPr>
        <w:widowControl/>
      </w:pPr>
      <w:r>
        <w:t>Detailed workflow and results: guided task 27 Set up the AI teacher, voice replies and lesson memory.</w:t>
      </w:r>
    </w:p>
    <w:p>
      <w:pPr>
        <w:pStyle w:val="Heading3"/>
        <w:widowControl/>
      </w:pPr>
      <w:r>
        <w:t>Explain conversation speech routing</w:t>
      </w:r>
    </w:p>
    <w:p>
      <w:pPr>
        <w:widowControl/>
      </w:pPr>
      <w:r>
        <w:t>Menu route: Voice &gt; Explain conversation speech routing. Menu access: Alt+V, then U. Direct shortcut: Ctrl+Alt+W.</w:t>
      </w:r>
    </w:p>
    <w:p>
      <w:pPr>
        <w:widowControl/>
      </w:pPr>
      <w:r>
        <w:t>Reports how speech works in the selected conversation. Written ChatGPT uses local Windows read-aloud; AI teacher uses its configured provider voice. These conversation routes stay fixed. Speak ChatGPT answers controls only ChatGPT read-aloud, and F12 quiets playback announcements only; teacher speech stays on. This information command does not change a hidden voice preference, microphone state or conversation tab.</w:t>
      </w:r>
    </w:p>
    <w:p>
      <w:pPr>
        <w:widowControl/>
      </w:pPr>
      <w:r>
        <w:t>Detailed workflow and results: guided task 27 Set up the AI teacher, voice replies and lesson memory.</w:t>
      </w:r>
    </w:p>
    <w:p>
      <w:pPr>
        <w:pStyle w:val="Heading3"/>
        <w:widowControl/>
      </w:pPr>
      <w:r>
        <w:t>Speak ChatGPT answers on off</w:t>
      </w:r>
    </w:p>
    <w:p>
      <w:pPr>
        <w:widowControl/>
      </w:pPr>
      <w:r>
        <w:t>Menu route: Voice &gt; Speak ChatGPT answers on/off. Menu access: Alt+V, then P. Direct shortcut: Ctrl+Alt+S.</w:t>
      </w:r>
    </w:p>
    <w:p>
      <w:pPr>
        <w:widowControl/>
      </w:pPr>
      <w:r>
        <w:t>Changes optional ChatGPT read-aloud. Turning it off leaves ChatGPT replies as text; teacher replies stay spoken. F12 quiets playback announcements independently of ChatGPT read-aloud and teacher voice.</w:t>
      </w:r>
    </w:p>
    <w:p>
      <w:pPr>
        <w:widowControl/>
      </w:pPr>
      <w:r>
        <w:t>Detailed workflow and results: guided task 27 Set up the AI teacher, voice replies and lesson memory.</w:t>
      </w:r>
    </w:p>
    <w:p>
      <w:pPr>
        <w:pStyle w:val="Heading3"/>
        <w:widowControl/>
      </w:pPr>
      <w:r>
        <w:t>Read voice status</w:t>
      </w:r>
    </w:p>
    <w:p>
      <w:pPr>
        <w:widowControl/>
      </w:pPr>
      <w:r>
        <w:t>Menu route: Voice &gt; Read voice status. Menu access: Alt+V, then B. Direct shortcut: Ctrl+Alt+I.</w:t>
      </w:r>
    </w:p>
    <w:p>
      <w:pPr>
        <w:widowControl/>
      </w:pPr>
      <w:r>
        <w:t>Focuses the current conversation status for on-demand reading. Routine progress remains quiet during ordinary conversation.</w:t>
      </w:r>
    </w:p>
    <w:p>
      <w:pPr>
        <w:widowControl/>
      </w:pPr>
      <w:r>
        <w:t>Detailed workflow and results: guided task 27 Set up the AI teacher, voice replies and lesson memory.</w:t>
      </w:r>
    </w:p>
    <w:p>
      <w:pPr>
        <w:pStyle w:val="Heading3"/>
        <w:widowControl/>
      </w:pPr>
      <w:r>
        <w:t>Test voice</w:t>
      </w:r>
    </w:p>
    <w:p>
      <w:pPr>
        <w:widowControl/>
      </w:pPr>
      <w:r>
        <w:t>Menu route: Voice &gt; Test voice. Menu access: Alt+V, then F. Direct shortcut: Ctrl+Alt+T.</w:t>
      </w:r>
    </w:p>
    <w:p>
      <w:pPr>
        <w:widowControl/>
      </w:pPr>
      <w:r>
        <w:t>Runs the explicitly selected voice test. Teacher voice testing can use provider charges; its test keeps microphone input off. It does not establish physical listening acceptance.</w:t>
      </w:r>
    </w:p>
    <w:p>
      <w:pPr>
        <w:widowControl/>
      </w:pPr>
      <w:r>
        <w:t>Detailed workflow and results: guided task 27 Set up the AI teacher, voice replies and lesson memory.</w:t>
      </w:r>
    </w:p>
    <w:p>
      <w:pPr>
        <w:pStyle w:val="Heading3"/>
        <w:widowControl/>
      </w:pPr>
      <w:r>
        <w:t>Faster speech</w:t>
      </w:r>
    </w:p>
    <w:p>
      <w:pPr>
        <w:widowControl/>
      </w:pPr>
      <w:r>
        <w:t>Menu route: Voice &gt; Faster speech. Menu access: Alt+V, then H. Direct shortcut: Ctrl+Alt+Up.</w:t>
      </w:r>
    </w:p>
    <w:p>
      <w:pPr>
        <w:widowControl/>
      </w:pPr>
      <w:r>
        <w:t>Increases the optional speech-output speed where supported. It does not change music playback tempo.</w:t>
      </w:r>
    </w:p>
    <w:p>
      <w:pPr>
        <w:widowControl/>
      </w:pPr>
      <w:r>
        <w:t>Detailed workflow and results: guided task 27 Set up the AI teacher, voice replies and lesson memory.</w:t>
      </w:r>
    </w:p>
    <w:p>
      <w:pPr>
        <w:pStyle w:val="Heading3"/>
        <w:widowControl/>
      </w:pPr>
      <w:r>
        <w:t>Slower speech</w:t>
      </w:r>
    </w:p>
    <w:p>
      <w:pPr>
        <w:widowControl/>
      </w:pPr>
      <w:r>
        <w:t>Menu route: Voice &gt; Slower speech. Menu access: Alt+V, then W. Direct shortcut: Ctrl+Alt+Down.</w:t>
      </w:r>
    </w:p>
    <w:p>
      <w:pPr>
        <w:widowControl/>
      </w:pPr>
      <w:r>
        <w:t>Decreases the optional speech-output speed where supported. It does not change music playback tempo.</w:t>
      </w:r>
    </w:p>
    <w:p>
      <w:pPr>
        <w:widowControl/>
      </w:pPr>
      <w:r>
        <w:t>Detailed workflow and results: guided task 27 Set up the AI teacher, voice replies and lesson memory.</w:t>
      </w:r>
    </w:p>
    <w:p>
      <w:pPr>
        <w:pStyle w:val="Heading3"/>
        <w:widowControl/>
      </w:pPr>
      <w:r>
        <w:t>Restart ChatGPT dictation after replies</w:t>
      </w:r>
    </w:p>
    <w:p>
      <w:pPr>
        <w:widowControl/>
      </w:pPr>
      <w:r>
        <w:t>Menu route: Voice &gt; Restart ChatGPT dictation after replies. Menu access: Alt+V, then N. Direct shortcut: Ctrl+Alt+H.</w:t>
      </w:r>
    </w:p>
    <w:p>
      <w:pPr>
        <w:widowControl/>
      </w:pPr>
      <w:r>
        <w:t>In ChatGPT question dictation, toggles whether listening restarts after an answer. Start microphone questions (sends on pause) must first be explicitly started; turning this choice on alone does not activate a microphone. Stop ChatGPT or F9 ends dictation. This setting does not control Voice control and does not stop continuous AI teacher listening; use F9 to end the teacher. In AI teacher settings, this command explains that distinction instead of changing its listening state.</w:t>
      </w:r>
    </w:p>
    <w:p>
      <w:pPr>
        <w:widowControl/>
      </w:pPr>
      <w:r>
        <w:t>Detailed workflow and results: guided task 27 Set up the AI teacher, voice replies and lesson memory.</w:t>
      </w:r>
    </w:p>
    <w:p>
      <w:pPr>
        <w:pStyle w:val="Heading3"/>
        <w:widowControl/>
      </w:pPr>
      <w:r>
        <w:t>Voice control on off</w:t>
      </w:r>
    </w:p>
    <w:p>
      <w:pPr>
        <w:widowControl/>
      </w:pPr>
      <w:r>
        <w:t>Menu route: Voice &gt; Voice control on/off. Menu access: Alt+V, then G. Direct shortcut: Ctrl+Alt+L.</w:t>
      </w:r>
    </w:p>
    <w:p>
      <w:pPr>
        <w:widowControl/>
      </w:pPr>
      <w:r>
        <w:t>Starts or stops Voice control listening through the Windows default microphone. Use supported spoken phrases to navigate, play/stop, loop or describe music while your hands are on an instrument. Check status after Ctrl+Alt+L because it toggles. Results appear as text for your screen reader. Say stop listening or use Ctrl+Alt+L while on to stop; F12 affects playback announcements only; teacher speech stays on.</w:t>
      </w:r>
    </w:p>
    <w:p>
      <w:pPr>
        <w:widowControl/>
      </w:pPr>
      <w:r>
        <w:t>Detailed workflow and results: guided task 8 Use Voice control.</w:t>
      </w:r>
    </w:p>
    <w:p>
      <w:pPr>
        <w:pStyle w:val="Heading3"/>
        <w:widowControl/>
      </w:pPr>
      <w:r>
        <w:t>Voice control window</w:t>
      </w:r>
    </w:p>
    <w:p>
      <w:pPr>
        <w:widowControl/>
      </w:pPr>
      <w:r>
        <w:t>Menu route: Voice &gt; Voice control window. Menu access: Alt+V, then J. Direct shortcut: No default direct shortcut.</w:t>
      </w:r>
    </w:p>
    <w:p>
      <w:pPr>
        <w:widowControl/>
      </w:pPr>
      <w:r>
        <w:t>Opens the Voice control window and its status without starting listening. Exact phrases lists supported commands; Start listening begins microphone input. Escape, Ctrl+2 or Return to music returns to the reader and preserves the listening state. Stop listening or Ctrl+Alt+L while on turns it off.</w:t>
      </w:r>
    </w:p>
    <w:p>
      <w:pPr>
        <w:widowControl/>
      </w:pPr>
      <w:r>
        <w:t>Detailed workflow and results: guided task 8 Use Voice control.</w:t>
      </w:r>
    </w:p>
    <w:p>
      <w:pPr>
        <w:pStyle w:val="Heading3"/>
        <w:widowControl/>
      </w:pPr>
      <w:r>
        <w:t>Voice control, AI teacher and speech help</w:t>
      </w:r>
    </w:p>
    <w:p>
      <w:pPr>
        <w:widowControl/>
      </w:pPr>
      <w:r>
        <w:t>Menu route: Voice &gt; Voice control, AI teacher and speech help. Menu access: Alt+V, then K. Direct shortcut: No default direct shortcut.</w:t>
      </w:r>
    </w:p>
    <w:p>
      <w:pPr>
        <w:widowControl/>
      </w:pPr>
      <w:r>
        <w:t>Explains the separate tools: typed ChatGPT questions, Voice control spoken app commands, conversational AI teacher and read-aloud output. Read the purpose, setup, start and stop controls for the tool you intend to use. Opening help starts none of them. Escape closes help.</w:t>
      </w:r>
    </w:p>
    <w:p>
      <w:pPr>
        <w:widowControl/>
      </w:pPr>
      <w:r>
        <w:t>Detailed workflow and results: guided task 27 Set up the AI teacher, voice replies and lesson memory.</w:t>
      </w:r>
    </w:p>
    <w:p>
      <w:pPr>
        <w:pStyle w:val="Heading3"/>
        <w:widowControl/>
      </w:pPr>
      <w:r>
        <w:t>Voice control settings</w:t>
      </w:r>
    </w:p>
    <w:p>
      <w:pPr>
        <w:widowControl/>
      </w:pPr>
      <w:r>
        <w:t>Menu route: Voice &gt; Voice control settings. Menu access: Alt+V, then Q. Direct shortcut: No default direct shortcut.</w:t>
      </w:r>
    </w:p>
    <w:p>
      <w:pPr>
        <w:widowControl/>
      </w:pPr>
      <w:r>
        <w:t>Opens Voice control and focuses Require SpeakTab wake word. Leave it unchecked to say next beat; check it to require SpeakTab next beat. The choice is saved when possible. It cannot activate an off microphone. Start listening or Ctrl+Alt+L starts Voice control; Stop listening ends it. Return to music preserves the existing state.</w:t>
      </w:r>
    </w:p>
    <w:p>
      <w:pPr>
        <w:widowControl/>
      </w:pPr>
      <w:r>
        <w:t>Detailed workflow and results: guided task 8 Use Voice control.</w:t>
      </w:r>
    </w:p>
    <w:p>
      <w:pPr>
        <w:pStyle w:val="Heading3"/>
        <w:widowControl/>
      </w:pPr>
      <w:r>
        <w:t>Voice control phrases</w:t>
      </w:r>
    </w:p>
    <w:p>
      <w:pPr>
        <w:widowControl/>
      </w:pPr>
      <w:r>
        <w:t>Menu route: Voice &gt; Voice control phrases. Menu access: Alt+V, then X. Direct shortcut: Ctrl+Shift+X.</w:t>
      </w:r>
    </w:p>
    <w:p>
      <w:pPr>
        <w:widowControl/>
      </w:pPr>
      <w:r>
        <w:t>Shows the complete supported Voice control phrases and accepted alternatives in read-only text, whether listening is off or on. Read the examples, then use only the command you intend. This reference does not start listening. Escape or Ctrl+2 returns to the score while keeping the existing state.</w:t>
      </w:r>
    </w:p>
    <w:p>
      <w:pPr>
        <w:widowControl/>
      </w:pPr>
      <w:r>
        <w:t>Detailed workflow and results: guided task 8 Use Voice control.</w:t>
      </w:r>
    </w:p>
    <w:p>
      <w:pPr>
        <w:pStyle w:val="Heading3"/>
        <w:widowControl/>
      </w:pPr>
      <w:r>
        <w:t>Teacher profile and spoken onboarding</w:t>
      </w:r>
    </w:p>
    <w:p>
      <w:pPr>
        <w:widowControl/>
      </w:pPr>
      <w:r>
        <w:t>Menu route: Voice &gt; Teacher profile and spoken onboarding. Menu access: Alt+V, then 0. Direct shortcut: No default direct shortcut.</w:t>
      </w:r>
    </w:p>
    <w:p>
      <w:pPr>
        <w:widowControl/>
      </w:pPr>
      <w:r>
        <w:t>Review or edit preferences, name the teacher, Save, or choose Spoken onboarding to save and start questions with the configured live teacher. A focused setup explanation appears if it cannot start.</w:t>
      </w:r>
    </w:p>
    <w:p>
      <w:pPr>
        <w:widowControl/>
      </w:pPr>
      <w:r>
        <w:t>Detailed workflow and results: guided task 27 Set up the AI teacher, voice replies and lesson memory.</w:t>
      </w:r>
    </w:p>
    <w:p>
      <w:pPr>
        <w:pStyle w:val="Heading3"/>
        <w:widowControl/>
      </w:pPr>
      <w:r>
        <w:t>AI teacher setup</w:t>
      </w:r>
    </w:p>
    <w:p>
      <w:pPr>
        <w:widowControl/>
      </w:pPr>
      <w:r>
        <w:t>Menu route: Voice &gt; AI teacher setup. Menu access: Alt+V, then 1. Direct shortcut: No default direct shortcut.</w:t>
      </w:r>
    </w:p>
    <w:p>
      <w:pPr>
        <w:widowControl/>
      </w:pPr>
      <w:r>
        <w:t>Opens the setup controls for the connected teacher. Inspect its provider/connection, model, voice, microphone, status and profile before starting. Changing setup does not certify that a live conversation works. Use its explicit start action or F8 to begin, and F9 to stop. A missing setup or connection is reported; correct that named requirement before retrying.</w:t>
      </w:r>
    </w:p>
    <w:p>
      <w:pPr>
        <w:widowControl/>
      </w:pPr>
      <w:r>
        <w:t>Detailed workflow and results: guided task 27 Set up the AI teacher, voice replies and lesson memory.</w:t>
      </w:r>
    </w:p>
    <w:p>
      <w:pPr>
        <w:pStyle w:val="Heading2"/>
        <w:widowControl/>
      </w:pPr>
      <w:r>
        <w:t>Help menu</w:t>
      </w:r>
    </w:p>
    <w:p>
      <w:pPr>
        <w:pStyle w:val="Heading3"/>
        <w:widowControl/>
      </w:pPr>
      <w:r>
        <w:t>Welcome to SpeakTab</w:t>
      </w:r>
    </w:p>
    <w:p>
      <w:pPr>
        <w:widowControl/>
      </w:pPr>
      <w:r>
        <w:t>Menu route: Help &gt; Welcome to SpeakTab. Menu access: Alt+H, then W. Direct shortcut: No default direct shortcut.</w:t>
      </w:r>
    </w:p>
    <w:p>
      <w:pPr>
        <w:widowControl/>
      </w:pPr>
      <w:r>
        <w:t>Opens the ten-topic welcome introduction. Arrows choose a topic, Tab reaches its selectable text and actions, and Escape or Continue to reader returns to the app. The repeat-at-startup option is optional; opening a score directly bypasses the automatic welcome. Opening this introduction does not start speech, a microphone or a network request.</w:t>
      </w:r>
    </w:p>
    <w:p>
      <w:pPr>
        <w:widowControl/>
      </w:pPr>
      <w:r>
        <w:t>Detailed workflow and results: guided task 29 Help, updates, reports and safe exit.</w:t>
      </w:r>
    </w:p>
    <w:p>
      <w:pPr>
        <w:pStyle w:val="Heading3"/>
        <w:widowControl/>
      </w:pPr>
      <w:r>
        <w:t>Check for updates</w:t>
      </w:r>
    </w:p>
    <w:p>
      <w:pPr>
        <w:widowControl/>
      </w:pPr>
      <w:r>
        <w:t>Menu route: Help &gt; Check for updates. Menu access: Alt+H, then C. Direct shortcut: No default direct shortcut.</w:t>
      </w:r>
    </w:p>
    <w:p>
      <w:pPr>
        <w:widowControl/>
      </w:pPr>
      <w:r>
        <w:t>Checks for a newer published stable app. Download and install uses the complete app package and keeps recovery information. Save work first. A network failure does not prevent offline reading.</w:t>
      </w:r>
    </w:p>
    <w:p>
      <w:pPr>
        <w:widowControl/>
      </w:pPr>
      <w:r>
        <w:t>Detailed workflow and results: guided task 29 Help, updates, reports and safe exit.</w:t>
      </w:r>
    </w:p>
    <w:p>
      <w:pPr>
        <w:pStyle w:val="Heading3"/>
        <w:widowControl/>
      </w:pPr>
      <w:r>
        <w:t>Keyboard help</w:t>
      </w:r>
    </w:p>
    <w:p>
      <w:pPr>
        <w:widowControl/>
      </w:pPr>
      <w:r>
        <w:t>Menu route: Help &gt; Keyboard help. Menu access: Alt+H, then K. Direct shortcut: F1.</w:t>
      </w:r>
    </w:p>
    <w:p>
      <w:pPr>
        <w:widowControl/>
      </w:pPr>
      <w:r>
        <w:t>Opens local help for keyboard use and the current control. Read it and close to return. It is different from changing assignments.</w:t>
      </w:r>
    </w:p>
    <w:p>
      <w:pPr>
        <w:widowControl/>
      </w:pPr>
      <w:r>
        <w:t>Detailed workflow and results: guided task 29 Help, updates, reports and safe exit.</w:t>
      </w:r>
    </w:p>
    <w:p>
      <w:pPr>
        <w:pStyle w:val="Heading3"/>
        <w:widowControl/>
      </w:pPr>
      <w:r>
        <w:t>Command palette</w:t>
      </w:r>
    </w:p>
    <w:p>
      <w:pPr>
        <w:widowControl/>
      </w:pPr>
      <w:r>
        <w:t>Menu route: Help &gt; Command palette. Menu access: Alt+H, then P. Direct shortcut: Ctrl+Alt+P.</w:t>
      </w:r>
    </w:p>
    <w:p>
      <w:pPr>
        <w:widowControl/>
      </w:pPr>
      <w:r>
        <w:t>Search by action name, menu or key. Choose a real menu command and Enter to run it. Context-key entries explain where a key works. Escape closes the palette.</w:t>
      </w:r>
    </w:p>
    <w:p>
      <w:pPr>
        <w:widowControl/>
      </w:pPr>
      <w:r>
        <w:t>Detailed workflow and results: guided task 29 Help, updates, reports and safe exit.</w:t>
      </w:r>
    </w:p>
    <w:p>
      <w:pPr>
        <w:pStyle w:val="Heading3"/>
        <w:widowControl/>
      </w:pPr>
      <w:r>
        <w:t>Guided tutorials</w:t>
      </w:r>
    </w:p>
    <w:p>
      <w:pPr>
        <w:widowControl/>
      </w:pPr>
      <w:r>
        <w:t>Menu route: Help &gt; Guided tutorials. Menu access: Alt+H, then G. Direct shortcut: Ctrl+Shift+H.</w:t>
      </w:r>
    </w:p>
    <w:p>
      <w:pPr>
        <w:widowControl/>
      </w:pPr>
      <w:r>
        <w:t>Opens 37 guided tasks. Choose a topic to see its first instruction. Previous step and Next step move inside that task; Previous lesson and Next lesson change topics. Show whole lesson switches to complete reference text. Read displayed text explicitly starts local Windows speech; changing steps/topics or closing stops it. No musical action is performed for you.</w:t>
      </w:r>
    </w:p>
    <w:p>
      <w:pPr>
        <w:widowControl/>
      </w:pPr>
      <w:r>
        <w:t>Detailed workflow and results: guided task 29 Help, updates, reports and safe exit.</w:t>
      </w:r>
    </w:p>
    <w:p>
      <w:pPr>
        <w:pStyle w:val="Heading3"/>
        <w:widowControl/>
      </w:pPr>
      <w:r>
        <w:t>Supported music files</w:t>
      </w:r>
    </w:p>
    <w:p>
      <w:pPr>
        <w:widowControl/>
      </w:pPr>
      <w:r>
        <w:t>Menu route: Help &gt; Supported music files. Menu access: Alt+H, then H. Direct shortcut: No default direct shortcut.</w:t>
      </w:r>
    </w:p>
    <w:p>
      <w:pPr>
        <w:widowControl/>
      </w:pPr>
      <w:r>
        <w:t>Opens guidance about supported music files, including structured non-guitar scores, guitar tablature, chord charts and PDFs. Read which details each format supplies and when recognition is needed. A supported extension does not certify every arrangement. Escape closes the guidance.</w:t>
      </w:r>
    </w:p>
    <w:p>
      <w:pPr>
        <w:widowControl/>
      </w:pPr>
      <w:r>
        <w:t>Detailed workflow and results: guided task 29 Help, updates, reports and safe exit.</w:t>
      </w:r>
    </w:p>
    <w:p>
      <w:pPr>
        <w:pStyle w:val="Heading3"/>
        <w:widowControl/>
      </w:pPr>
      <w:r>
        <w:t>User guide</w:t>
      </w:r>
    </w:p>
    <w:p>
      <w:pPr>
        <w:widowControl/>
      </w:pPr>
      <w:r>
        <w:t>Menu route: Help &gt; User guide. Menu access: Alt+H, then U. Direct shortcut: Ctrl+Shift+U.</w:t>
      </w:r>
    </w:p>
    <w:p>
      <w:pPr>
        <w:widowControl/>
      </w:pPr>
      <w:r>
        <w:t>Opens the native guide with a heading chooser and read-only section text. Choose a heading, Tab to read its instructions, and Escape to close. This expanded manual adds detailed operating steps and the complete current shortcut and voice references.</w:t>
      </w:r>
    </w:p>
    <w:p>
      <w:pPr>
        <w:widowControl/>
      </w:pPr>
      <w:r>
        <w:t>Detailed workflow and results: guided task 29 Help, updates, reports and safe exit.</w:t>
      </w:r>
    </w:p>
    <w:p>
      <w:pPr>
        <w:pStyle w:val="Heading3"/>
        <w:widowControl/>
      </w:pPr>
      <w:r>
        <w:t>Keyboard shortcuts</w:t>
      </w:r>
    </w:p>
    <w:p>
      <w:pPr>
        <w:widowControl/>
      </w:pPr>
      <w:r>
        <w:t>Menu route: Help &gt; Keyboard shortcuts. Menu access: Alt+H, then E. Direct shortcut: No default direct shortcut.</w:t>
      </w:r>
    </w:p>
    <w:p>
      <w:pPr>
        <w:widowControl/>
      </w:pPr>
      <w:r>
        <w:t>Opens the packaged shortcut document. Menus and the command palette show your current customized assignments. The Complete main menu command reference lists factory assignments by menu.</w:t>
      </w:r>
    </w:p>
    <w:p>
      <w:pPr>
        <w:widowControl/>
      </w:pPr>
      <w:r>
        <w:t>Detailed workflow and results: guided task 29 Help, updates, reports and safe exit.</w:t>
      </w:r>
    </w:p>
    <w:p>
      <w:pPr>
        <w:pStyle w:val="Heading3"/>
        <w:widowControl/>
      </w:pPr>
      <w:r>
        <w:t>Release notes</w:t>
      </w:r>
    </w:p>
    <w:p>
      <w:pPr>
        <w:widowControl/>
      </w:pPr>
      <w:r>
        <w:t>Menu route: Help &gt; Release notes. Menu access: Alt+H, then R. Direct shortcut: No default direct shortcut.</w:t>
      </w:r>
    </w:p>
    <w:p>
      <w:pPr>
        <w:widowControl/>
      </w:pPr>
      <w:r>
        <w:t>Opens the local release history and changes. Consult the manual chapters for operating steps.</w:t>
      </w:r>
    </w:p>
    <w:p>
      <w:pPr>
        <w:widowControl/>
      </w:pPr>
      <w:r>
        <w:t>Detailed workflow and results: guided task 29 Help, updates, reports and safe exit.</w:t>
      </w:r>
    </w:p>
    <w:p>
      <w:pPr>
        <w:pStyle w:val="Heading3"/>
        <w:widowControl/>
      </w:pPr>
      <w:r>
        <w:t>Feature audit and testing</w:t>
      </w:r>
    </w:p>
    <w:p>
      <w:pPr>
        <w:widowControl/>
      </w:pPr>
      <w:r>
        <w:t>Menu route: Help &gt; Feature audit and testing. Menu access: Alt+H, then F. Direct shortcut: No default direct shortcut.</w:t>
      </w:r>
    </w:p>
    <w:p>
      <w:pPr>
        <w:widowControl/>
      </w:pPr>
      <w:r>
        <w:t>Opens the packaged feature and verification record, including limits. Automated checks are different from tests with your screen reader, music and devices.</w:t>
      </w:r>
    </w:p>
    <w:p>
      <w:pPr>
        <w:widowControl/>
      </w:pPr>
      <w:r>
        <w:t>Detailed workflow and results: guided task 29 Help, updates, reports and safe exit.</w:t>
      </w:r>
    </w:p>
    <w:p>
      <w:pPr>
        <w:pStyle w:val="Heading3"/>
        <w:widowControl/>
      </w:pPr>
      <w:r>
        <w:t>Screen reader hands on check</w:t>
      </w:r>
    </w:p>
    <w:p>
      <w:pPr>
        <w:widowControl/>
      </w:pPr>
      <w:r>
        <w:t>Menu route: Help &gt; Screen reader hands-on check. Menu access: Alt+H, then S. Direct shortcut: No default direct shortcut.</w:t>
      </w:r>
    </w:p>
    <w:p>
      <w:pPr>
        <w:widowControl/>
      </w:pPr>
      <w:r>
        <w:t>Opens the local hands-on check document. Use it to record actual observed behavior with your setup; it does not automatically run a screen-reader test.</w:t>
      </w:r>
    </w:p>
    <w:p>
      <w:pPr>
        <w:widowControl/>
      </w:pPr>
      <w:r>
        <w:t>Detailed workflow and results: guided task 29 Help, updates, reports and safe exit.</w:t>
      </w:r>
    </w:p>
    <w:p>
      <w:pPr>
        <w:pStyle w:val="Heading3"/>
        <w:widowControl/>
      </w:pPr>
      <w:r>
        <w:t>Prepare feature test report</w:t>
      </w:r>
    </w:p>
    <w:p>
      <w:pPr>
        <w:widowControl/>
      </w:pPr>
      <w:r>
        <w:t>Menu route: Help &gt; Prepare feature test report. Menu access: Alt+H, then A. Direct shortcut: No default direct shortcut.</w:t>
      </w:r>
    </w:p>
    <w:p>
      <w:pPr>
        <w:widowControl/>
      </w:pPr>
      <w:r>
        <w:t>Opens an editable results template that can stay open while you test. Mark observed results, then copy, save or prepare an email draft. Nothing is sent automatically.</w:t>
      </w:r>
    </w:p>
    <w:p>
      <w:pPr>
        <w:widowControl/>
      </w:pPr>
      <w:r>
        <w:t>Detailed workflow and results: guided task 29 Help, updates, reports and safe exit.</w:t>
      </w:r>
    </w:p>
    <w:p>
      <w:pPr>
        <w:pStyle w:val="Heading3"/>
        <w:widowControl/>
      </w:pPr>
      <w:r>
        <w:t>Feature walkthrough</w:t>
      </w:r>
    </w:p>
    <w:p>
      <w:pPr>
        <w:widowControl/>
      </w:pPr>
      <w:r>
        <w:t>Menu route: Help &gt; Feature walkthrough. Menu access: Alt+H, then T. Direct shortcut: No default direct shortcut.</w:t>
      </w:r>
    </w:p>
    <w:p>
      <w:pPr>
        <w:widowControl/>
      </w:pPr>
      <w:r>
        <w:t>Opens a local feature walkthrough. It is a reading document, not an action-detecting training mode.</w:t>
      </w:r>
    </w:p>
    <w:p>
      <w:pPr>
        <w:widowControl/>
      </w:pPr>
      <w:r>
        <w:t>Detailed workflow and results: guided task 29 Help, updates, reports and safe exit.</w:t>
      </w:r>
    </w:p>
    <w:p>
      <w:pPr>
        <w:pStyle w:val="Heading3"/>
        <w:widowControl/>
      </w:pPr>
      <w:r>
        <w:t>Package verification</w:t>
      </w:r>
    </w:p>
    <w:p>
      <w:pPr>
        <w:widowControl/>
      </w:pPr>
      <w:r>
        <w:t>Menu route: Help &gt; Package verification. Menu access: Alt+H, then V. Direct shortcut: No default direct shortcut.</w:t>
      </w:r>
    </w:p>
    <w:p>
      <w:pPr>
        <w:widowControl/>
      </w:pPr>
      <w:r>
        <w:t>Opens the packaged verification notes for source, runtime and distribution checks. It does not validate the musical accuracy of your current import.</w:t>
      </w:r>
    </w:p>
    <w:p>
      <w:pPr>
        <w:widowControl/>
      </w:pPr>
      <w:r>
        <w:t>Detailed workflow and results: guided task 29 Help, updates, reports and safe exit.</w:t>
      </w:r>
    </w:p>
    <w:p>
      <w:pPr>
        <w:pStyle w:val="Heading3"/>
        <w:widowControl/>
      </w:pPr>
      <w:r>
        <w:t>Report a bug   email the developer</w:t>
      </w:r>
    </w:p>
    <w:p>
      <w:pPr>
        <w:widowControl/>
      </w:pPr>
      <w:r>
        <w:t>Menu route: Help &gt; Report a bug / email the developer. Menu access: Alt+H, then O. Direct shortcut: Ctrl+Shift+B.</w:t>
      </w:r>
    </w:p>
    <w:p>
      <w:pPr>
        <w:widowControl/>
      </w:pPr>
      <w:r>
        <w:t>Opens the problem-report form. Describe steps and the expected and actual result, then choose local save, copy or reviewed email draft.</w:t>
      </w:r>
    </w:p>
    <w:p>
      <w:pPr>
        <w:widowControl/>
      </w:pPr>
      <w:r>
        <w:t>Detailed workflow and results: guided task 29 Help, updates, reports and safe exit.</w:t>
      </w:r>
    </w:p>
    <w:p>
      <w:pPr>
        <w:pStyle w:val="Heading3"/>
        <w:widowControl/>
      </w:pPr>
      <w:r>
        <w:t>Customize keyboard shortcuts</w:t>
      </w:r>
    </w:p>
    <w:p>
      <w:pPr>
        <w:widowControl/>
      </w:pPr>
      <w:r>
        <w:t>Menu route: Help &gt; Customize keyboard shortcuts. Menu access: Alt+H, then M. Direct shortcut: No default direct shortcut.</w:t>
      </w:r>
    </w:p>
    <w:p>
      <w:pPr>
        <w:widowControl/>
      </w:pPr>
      <w:r>
        <w:t>Opens searchable action assignments. Assign, clear or restore optional defaults, then Save and close. Cancel discards edits. Guided task 14 explains the full assignment procedure and its results.</w:t>
      </w:r>
    </w:p>
    <w:p>
      <w:pPr>
        <w:widowControl/>
      </w:pPr>
      <w:r>
        <w:t>Detailed workflow and results: guided task 14 Assign your own keyboard shortcuts.</w:t>
      </w:r>
    </w:p>
    <w:p>
      <w:pPr>
        <w:pStyle w:val="Heading1"/>
        <w:widowControl/>
      </w:pPr>
      <w:r>
        <w:t>Detailed reading teaching and recovery reference</w:t>
      </w:r>
    </w:p>
    <w:p>
      <w:pPr>
        <w:widowControl/>
      </w:pPr>
      <w:r>
        <w:t>The following reference retains the further settings, source distinctions and worked details needed for advanced use. Use the related task first if its workflow is new. Reports of past checks describe those particular files and conditions; they do not guarantee every score or device.</w:t>
      </w:r>
    </w:p>
    <w:p>
      <w:pPr>
        <w:pStyle w:val="Heading2"/>
        <w:widowControl/>
      </w:pPr>
      <w:r>
        <w:t>Follow a purchased course workbook</w:t>
      </w:r>
    </w:p>
    <w:p>
      <w:pPr>
        <w:widowControl/>
      </w:pPr>
      <w:r>
        <w:t>Keep the complete original PDF. Follow its contents page and lesson order; a workbook is a course reference, not one long song. A useful practice excerpt is usually one complete lesson or exercise with its explanatory text, not an arbitrary handful of pages. Include the explanation of symbols, picking directions, tuning and rhythm when the exercise depends on them.</w:t>
      </w:r>
    </w:p>
    <w:p>
      <w:pPr>
        <w:widowControl/>
      </w:pPr>
      <w:r>
        <w:t>If a helper organizes a large workbook, ask for numbered lesson copies and an index giving each lesson heading and original PDF page range. Keep printed page numbers distinct from PDF page numbers, which may include a cover and front matter. Copies should retain the original page layout and page order. Image-only pages need recognition or help from someone who can interpret them; extracting text alone does not verify musical notes or tab alignment.</w:t>
      </w:r>
    </w:p>
    <w:p>
      <w:pPr>
        <w:widowControl/>
      </w:pPr>
      <w:r>
        <w:t>Open the lesson excerpt through Voice &gt; Add alternate lesson reference file, or File &gt; Companion chord or lyric sheet &gt; Add reference file. Keep the main reading open. Written ChatGPT and the live teacher can compare the supplied lesson with it. Identify the lesson and exercise. Long references can be truncated; a scanned exercise may need separate supported recovery.</w:t>
      </w:r>
    </w:p>
    <w:p>
      <w:pPr>
        <w:widowControl/>
      </w:pPr>
      <w:r>
        <w:t>Ask the teacher to save a factual lesson summary before stopping or switching, including the course lesson, original page range and next exercise. Save the reading with Ctrl+S if it should be available later. Ask her to remember general teaching preferences separately in Teacher profile. Purchased books and lesson excerpts are personal course materials; do not put them into public app packages or shared demonstration files. Attaching a reference for AI use supplies recovered content to the configured service, so choose the relevant excerpt deliberately.</w:t>
      </w:r>
    </w:p>
    <w:p>
      <w:pPr>
        <w:pStyle w:val="Heading2"/>
        <w:widowControl/>
      </w:pPr>
      <w:r>
        <w:t>Start guitar with the original beginner studies</w:t>
      </w:r>
    </w:p>
    <w:p>
      <w:pPr>
        <w:widowControl/>
      </w:pPr>
      <w:r>
        <w:t>Twelve original eight-bar studies are included with SpeakTab: a melody, a small two-chord accompaniment and an alternating bass fingerpicking pattern. The first three are in 4/4; later studies add new rhythms and a separate, explicitly written 3/4 waltz. All provide standard tuning, strings and frets, with a suggested tempo of 60 quarter-note BPM. You may practice more slowly. The companion instructions explain the first bar and how to build up one step at a time.</w:t>
      </w:r>
    </w:p>
    <w:p>
      <w:pPr>
        <w:widowControl/>
      </w:pPr>
      <w:r>
        <w:t>1. Open the extracted SpeakTab package folder, then its fixtures folder. Use Ctrl+O to open beginner-melody.musicxml. The other files are beginner-chords.musicxml and beginner-fingerpicking.musicxml. Read beginner-guitar-practice.txt for the complete practice plan. If someone installed a separate copy of the studies, open that folder instead.</w:t>
      </w:r>
    </w:p>
    <w:p>
      <w:pPr>
        <w:widowControl/>
      </w:pPr>
      <w:r>
        <w:t>2. Begin with the melody. Ask the teacher Teach me the first beginner study using strings frets and counting. The first bar is string 1 open, string 2 fret 3, string 2 fret 1, string 2 fret 3. Play one quarter note on each count 1 2 3 4. Locate the notes before adding a pulse. Practice one bar, report what felt difficult, then join two bars when comfortable.</w:t>
      </w:r>
    </w:p>
    <w:p>
      <w:pPr>
        <w:widowControl/>
      </w:pPr>
      <w:r>
        <w:t>3. The chord study uses only strings 3 2 1. C major uses frets 0 1 0; A minor uses 2 1 0. Pluck those three strings together four separate times per bar. The fingerpicking study alternates bass and melody on four quarter-note counts. Follow the supplied file and companion plan for later bars. You do not need to learn a large six-string chord grip before starting these small studies.</w:t>
      </w:r>
    </w:p>
    <w:p>
      <w:pPr>
        <w:widowControl/>
      </w:pPr>
      <w:r>
        <w:t>4. Ask for the kind of guidance you need. For example, Give me one manageable practice step and let me report the result before the next step, or Explain this entire measure before we practice. Ask the teacher to remember this as a preference if it should carry into later lessons. Save a passage note about any sticking point, and use Ctrl+S when you want a saved reading for later. These studies have not been a substitute for a teacher hearing and checking your performance.</w:t>
      </w:r>
    </w:p>
    <w:p>
      <w:pPr>
        <w:pStyle w:val="Heading2"/>
        <w:widowControl/>
      </w:pPr>
      <w:r>
        <w:t>Music teaching resources</w:t>
      </w:r>
    </w:p>
    <w:p>
      <w:pPr>
        <w:widowControl/>
      </w:pPr>
      <w:r>
        <w:t>The live teacher can consult a built-in teaching library without a song loaded. It contains 27 original teaching topics and practice patterns plus 24 routes to free educational resources. These include work beyond beginner level. The reference directory supplies links and brief descriptions; it does not install complete textbooks, watch videos for you or retrain the AI. Online reference access needs an internet connection, and some publishers require a free account.</w:t>
      </w:r>
    </w:p>
    <w:p>
      <w:pPr>
        <w:widowControl/>
      </w:pPr>
      <w:r>
        <w:t>For piano, try Give me an intermediate hand independence exercise in 4/4, Teach me to bring out a melody within a chord, or Explain inversions and smooth voice leading with exact pitches. Other topics include arpeggios, accompaniment patterns, guide tones, pedal choices and separate melodic lines. Ask for notes with octaves, rhythm, suggested hand assignments, the exercise purpose, a comfortable starting tempo and a way to check the result. Suggested assignments and pedal choices are not printed score markings.</w:t>
      </w:r>
    </w:p>
    <w:p>
      <w:pPr>
        <w:widowControl/>
      </w:pPr>
      <w:r>
        <w:t>For guitar, try Give me a fingerstyle exercise with an alternating bass, Teach triad inversions on the upper three strings, or Give me an intermediate chord-tone targeting exercise. Other topics include string crossings, legato, shell voicings, sixteenth-note rhythm, muting and harmonics. Ask for string and fret positions, tuning assumptions and the rhythmic count. Tell the teacher your tuning and playing approach, and check that the proposed exercise uses them.</w:t>
      </w:r>
    </w:p>
    <w:p>
      <w:pPr>
        <w:widowControl/>
      </w:pPr>
      <w:r>
        <w:t>For rhythm, ask Explain the written meter before we count this passage, Explain where the tie begins and ends, or Help me keep the pulse while I play syncopation. A passage written in 4/4 remains in 4/4 while you practice it. Swing, a triplet or a different accent pattern does not itself change the time signature to 6/8. A separate cross-meter exercise should be clearly identified with its purpose. If the reading has no reliable written time signature, check that the response states that limitation and uses your stated meter provisionally. Older saved readings may need reimporting from their original score to obtain newly retained meter information.</w:t>
      </w:r>
    </w:p>
    <w:p>
      <w:pPr>
        <w:widowControl/>
      </w:pPr>
      <w:r>
        <w:t>Describe the difficulty or name the passage you want to practise. Your saved profile supplies your experience and preferences to the connected teacher; check that its response fits your request. You can say Make that more challenging, Simplify the coordination but keep the rhythm, or Use my preferred counting. An original exercise is separate practice material; it is not automatically imported, played by the app or substituted into the score. Ask separately to save useful instructions as a practice note or a lesson summary.</w:t>
      </w:r>
    </w:p>
    <w:p>
      <w:pPr>
        <w:widowControl/>
      </w:pPr>
      <w:r>
        <w:t>Free references include Open Music Theory for rhythm, meter, harmony, jazz voicings and counterpoint; MIT OpenCourseWare Fundamentals of Music and its piano lab; and community-written Wikibooks piano and guitar references. Berklee offers free handbooks, sometimes through account access, and JustinGuitar provides intermediate lesson routes. Individual sites have their own access and reuse terms. Open Music Theory and Wikibooks include attribution and share-alike requirements; MIT has noncommercial terms and exceptions; copyrighted Berklee and JustinGuitar lessons are linked rather than copied into SpeakTab.</w:t>
      </w:r>
    </w:p>
    <w:p>
      <w:pPr>
        <w:widowControl/>
      </w:pPr>
      <w:r>
        <w:t>Ask the teacher Find a free resource for piano voice leading or What teaching resources do you have for intermediate guitar rhythm. She can consult the local topic guide and use music-reference research for further verified detail. Ask for the source link when you want the original. The detailed directory and attribution are included in the source package as docs/Teaching Library.txt. No claim is made that every external page, diagram, worksheet or video works with every screen reader.</w:t>
      </w:r>
    </w:p>
    <w:p>
      <w:pPr>
        <w:pStyle w:val="Heading2"/>
        <w:widowControl/>
      </w:pPr>
      <w:r>
        <w:t>Save a practice note with the teacher</w:t>
      </w:r>
    </w:p>
    <w:p>
      <w:pPr>
        <w:widowControl/>
      </w:pPr>
      <w:r>
        <w:t>A practice note is your own reminder attached to a position in the current arrangement. It does not change the imported notes, rhythm or tuning. The live teacher can save a note during a lesson and read saved notes when discussing that passage. A teaching preference, such as your way of counting, belongs in Teacher profile so it can be used with other music too.</w:t>
      </w:r>
    </w:p>
    <w:p>
      <w:pPr>
        <w:widowControl/>
      </w:pPr>
      <w:r>
        <w:t>1. Open the music file and select the position where the reminder belongs. You can ask the teacher to go to the desired measure first. Check the announced measure before saving. The note is attached to the current selected position; merely discussing another measure does not move that selection.</w:t>
      </w:r>
    </w:p>
    <w:p>
      <w:pPr>
        <w:widowControl/>
      </w:pPr>
      <w:r>
        <w:t>2. With the live teacher connected, say Save a practice note here saying count this slowly as 1 e and a. State the actual text you want saved. Saying save or add a practice note authorizes saving it directly. Asking her to suggest a note or draft wording does not mean it has been saved.</w:t>
      </w:r>
    </w:p>
    <w:p>
      <w:pPr>
        <w:widowControl/>
      </w:pPr>
      <w:r>
        <w:t>3. Wait for the result. Check the app result for confirmation that the personal note was saved and read its announced location. A failed save, cancelled request or drafted sentence is not a saved note. If she only says the proposed text, ask Did you save that practice note here and wait for the app result. An exact repeated single-line note is not added twice. A different new note is appended to existing notes at that position.</w:t>
      </w:r>
    </w:p>
    <w:p>
      <w:pPr>
        <w:widowControl/>
      </w:pPr>
      <w:r>
        <w:t>4. To inspect or edit the saved note, choose Practice &gt; Write or edit a practice reminder. Read the existing text, make any changes, then choose Save note. Cancel keeps the existing note. You can also ask the teacher to review the practice note; this opens the editor and waits for your Save or Cancel choice.</w:t>
      </w:r>
    </w:p>
    <w:p>
      <w:pPr>
        <w:widowControl/>
      </w:pPr>
      <w:r>
        <w:t>5. Personal notes are stored locally for that music file and selected part. Reopen the same file and return to the position to use them again. Use Ctrl+S to update the saved reading before transferring or sharing that reading, so its copy includes your latest notes. A note is personal annotation, not a correction to source notation. Ask separately to correct a reading if the musical data itself is wrong.</w:t>
      </w:r>
    </w:p>
    <w:p>
      <w:pPr>
        <w:pStyle w:val="Heading2"/>
        <w:widowControl/>
      </w:pPr>
      <w:r>
        <w:t>Remember your teaching preferences between lessons</w:t>
      </w:r>
    </w:p>
    <w:p>
      <w:pPr>
        <w:widowControl/>
      </w:pPr>
      <w:r>
        <w:t>Any preference you ask the teacher to remember can be saved, including pacing, explanations, feedback, terminology, goals, accessibility or counting. Counting is one example. A counting preference describes how you want rhythms explained across lessons. For example, you may prefer the spoken sixteenth-note count 1 e and a. Check that the saved preference contains your intended syllables. It does not change the written rhythm or playback.</w:t>
      </w:r>
    </w:p>
    <w:p>
      <w:pPr>
        <w:widowControl/>
      </w:pPr>
      <w:r>
        <w:t>1. During a live lesson, say Remember my counting preference for future lessons use 1 e and a for sixteenth notes. Name the instrument if the preference is specific to it, or say it applies to all your instruments.</w:t>
      </w:r>
    </w:p>
    <w:p>
      <w:pPr>
        <w:widowControl/>
      </w:pPr>
      <w:r>
        <w:t>2. Wait for confirmation that the teacher profile was saved. Open the teacher profile and check the appropriate instrument preference or remembered preferences field. Your other saved preferences should still be present. A spoken promise without a successful save is not confirmation.</w:t>
      </w:r>
    </w:p>
    <w:p>
      <w:pPr>
        <w:widowControl/>
      </w:pPr>
      <w:r>
        <w:t>3. To check or enter it yourself, choose Voice &gt; AI teacher setup, then Teacher profile. Read the piano preferences, guitar preferences or What preferences would you like me to remember between lessons answer, as appropriate. Enter or revise the counting instructions and choose Save. Normal Save stores preferences without starting onboarding.</w:t>
      </w:r>
    </w:p>
    <w:p>
      <w:pPr>
        <w:widowControl/>
      </w:pPr>
      <w:r>
        <w:t>4. At the next lesson, ask What counting preference have you saved for me. Compare its answer with the stored profile. You can ask the teacher to update the preference later, or edit the same field yourself. Preferences are local to this Windows user and are supplied to AI teaching when used; they are not automatically copied to another computer.</w:t>
      </w:r>
    </w:p>
    <w:p>
      <w:pPr>
        <w:widowControl/>
      </w:pPr>
      <w:r>
        <w:t>For a reminder that applies only to one passage, save a practice note there instead. You may use both: a general counting preference plus a note about a particular rhythm. You can continue asking for playback, navigation, saving and other app actions while discussing notes. A settings window, file picker or review may still require your choice; opening it is not proof the action finished.</w:t>
      </w:r>
    </w:p>
    <w:p>
      <w:pPr>
        <w:widowControl/>
      </w:pPr>
      <w:r>
        <w:t>SPOKEN ONBOARDING Spoken onboarding saves your profile and immediately requests the spoken questions. If the teacher is already connected, she receives the request now. With a configured live connection it starts the teacher. If setup is missing or a connection fails, a focused window titled Spoken onboarding has not started explains the result and offers Voice connection settings. Your onboarding request remains saved. Complete the named settings, then choose Spoken onboarding again or Start continuous AI teacher (F8). F9 stops a live lesson or cancels a connection.</w:t>
      </w:r>
    </w:p>
    <w:p>
      <w:pPr>
        <w:pStyle w:val="Heading2"/>
        <w:widowControl/>
      </w:pPr>
      <w:r>
        <w:t>Saved arrangement files and portability</w:t>
      </w:r>
    </w:p>
    <w:p>
      <w:pPr>
        <w:widowControl/>
      </w:pPr>
      <w:r>
        <w:t>Each named reading file contains reopenable music and workspace metadata, including companion references, position, speed, loop and saved lesson information. Keep that metadata when editing a saved file outside SpeakTab. Backups are kept outside the active reading list. Deleted readings are not automatically restored. File &gt; My readings &gt; Open library folder opens the library in Explorer.</w:t>
      </w:r>
    </w:p>
    <w:p>
      <w:pPr>
        <w:widowControl/>
      </w:pPr>
      <w:r>
        <w:t>Different original files or selected parts can be different arrangements, even with the same song title. They remain separate named reading files; matching titles receive a number such as (2). SpeakTab does not decide they are musically identical just because their names match. Reopening an existing saved reading does not create a reading of that reading. Old source files and older reading copies are not automatically moved into My readings.</w:t>
      </w:r>
    </w:p>
    <w:p>
      <w:pPr>
        <w:widowControl/>
      </w:pPr>
      <w:r>
        <w:t>Use File &gt; Export reading copy as text, Markdown or HTML for a separate outside copy. Ctrl+S keeps the reopenable song and workspace. Export follows the chosen compact or expanded style, with each beat and its details on one logical line. Long lines may wrap. Export does not save unsaved workspace changes. Keep original music for future imports and part selection.</w:t>
      </w:r>
    </w:p>
    <w:p>
      <w:pPr>
        <w:pStyle w:val="Heading2"/>
        <w:widowControl/>
      </w:pPr>
      <w:r>
        <w:t>Retained companion context and limits</w:t>
      </w:r>
    </w:p>
    <w:p>
      <w:pPr>
        <w:widowControl/>
      </w:pPr>
      <w:r>
        <w:t>Press Ctrl+S to keep the reference with this saved song. The workspace stores the imported reference content so a later lesson does not depend on finding that reference file again. Keep the original so it can be supplied with any later request for help or correction.</w:t>
      </w:r>
    </w:p>
    <w:p>
      <w:pPr>
        <w:widowControl/>
      </w:pPr>
      <w:r>
        <w:t>Attach copied chart is a different option. With an original Guitar Pro score open, copy a matching chart and press Ctrl+Shift+A. Follow the existing matching and alignment prompts, then review the result and save the reading. A saved reading contains the selected part; reopen the original Guitar Pro file when you need the original-score attachment or part-selection route.</w:t>
      </w:r>
    </w:p>
    <w:p>
      <w:pPr>
        <w:widowControl/>
      </w:pPr>
      <w:r>
        <w:t>Remove reference clears the companion from the next question; Ctrl+S retains that removal. Attachments do not automatically align measures or merge arrangements. Written context includes up to 32,000 companion characters, with up to 20,000 source characters first; omissions are marked. Supply a smaller excerpt when needed. The live teacher keeps its separate reference tools.</w:t>
      </w:r>
    </w:p>
    <w:p>
      <w:pPr>
        <w:pStyle w:val="Heading2"/>
        <w:widowControl/>
      </w:pPr>
      <w:r>
        <w:t>Name your teacher and choose how you learn</w:t>
      </w:r>
    </w:p>
    <w:p>
      <w:pPr>
        <w:widowControl/>
      </w:pPr>
      <w:r>
        <w:t>SpeakTab uses one music teacher who follows the selected instrument and arrangement. Give her a name and teaching preferences in Teacher profile. Guitar and piano have dedicated preference fields; put preferences for other instruments in What preferences would you like me to remember between lessons. Her name does not change the speaking voice.</w:t>
      </w:r>
    </w:p>
    <w:p>
      <w:pPr>
        <w:widowControl/>
      </w:pPr>
      <w:r>
        <w:t>1. Choose Voice &gt; Teacher profile and spoken onboarding.</w:t>
      </w:r>
    </w:p>
    <w:p>
      <w:pPr>
        <w:widowControl/>
      </w:pPr>
      <w:r>
        <w:t>2. To type your preferences, Tab through the questions, enter only what you want to share, and choose Save. Blank answers are allowed.</w:t>
      </w:r>
    </w:p>
    <w:p>
      <w:pPr>
        <w:widowControl/>
      </w:pPr>
      <w:r>
        <w:t>3. To answer aloud instead, choose Spoken onboarding. This saves your answers and requests spoken questions now. If setup is incomplete, the Spoken onboarding has not started window explains what to complete. After connecting, listen for the next unanswered profile question and answer it. If no question is heard, read the onboarding status and check the connection and selected reply output before trying again.</w:t>
      </w:r>
    </w:p>
    <w:p>
      <w:pPr>
        <w:widowControl/>
      </w:pPr>
      <w:r>
        <w:t>4. Answer one question at a time. Say "skip this question," "stop onboarding," or "let's practice instead" whenever you want. An answer you actually give can be stored by the teacher's profile tool. You do not have to finish onboarding before playing music.</w:t>
      </w:r>
    </w:p>
    <w:p>
      <w:pPr>
        <w:widowControl/>
      </w:pPr>
      <w:r>
        <w:t>5. If the teacher was already connected when you chose Spoken onboarding, say "Start onboarding" or "Ask me about how I like to learn." She can retrieve the current profile during the lesson.</w:t>
      </w:r>
    </w:p>
    <w:p>
      <w:pPr>
        <w:widowControl/>
      </w:pPr>
      <w:r>
        <w:t>6. To change a preference later, say, for example, "For guitar, I prefer strings and frets. For piano, use note names." Or reopen the profile window, edit the fields and Save.</w:t>
      </w:r>
    </w:p>
    <w:p>
      <w:pPr>
        <w:widowControl/>
      </w:pPr>
      <w:r>
        <w:t>Questions cover your teacher's name, your preferred name, instruments and experience, learning goals, guitar wording, piano wording, explanation style, speech or braille access, practice time, musical interests and what you want remembered. You can use a nickname and omit any answer. The current profile is stored locally and included in AI teaching context when you use that teaching connection. Forget profile clears the current saved answers. It does not delete your music or saved song workspaces.</w:t>
      </w:r>
    </w:p>
    <w:p>
      <w:pPr>
        <w:widowControl/>
      </w:pPr>
      <w:r>
        <w:t>Spoken onboarding uses the live teacher connection and its existing API voice setup; it is not a new free offline conversation mode. The separate Voice control continues to use its fixed reader commands. Regular typed answers can use profile context but cannot claim to have performed live teacher tools.</w:t>
      </w:r>
    </w:p>
    <w:p>
      <w:pPr>
        <w:pStyle w:val="Heading2"/>
        <w:widowControl/>
      </w:pPr>
      <w:r>
        <w:t>Save a lesson and return to it later</w:t>
      </w:r>
    </w:p>
    <w:p>
      <w:pPr>
        <w:widowControl/>
      </w:pPr>
      <w:r>
        <w:t>Saving music and remembering a lesson are related but different. Ctrl+S saves the reading and practice state. To keep a useful summary of your conversation, ask the live teacher to save it for next time. A complete spoken conversation is not automatically turned into a lesson summary.</w:t>
      </w:r>
    </w:p>
    <w:p>
      <w:pPr>
        <w:widowControl/>
      </w:pPr>
      <w:r>
        <w:t>Worked example for returning to a saved song</w:t>
      </w:r>
    </w:p>
    <w:p>
      <w:pPr>
        <w:widowControl/>
      </w:pPr>
      <w:r>
        <w:t>1. Open the arrangement you want, attach any companion chart, and practice.</w:t>
      </w:r>
    </w:p>
    <w:p>
      <w:pPr>
        <w:widowControl/>
      </w:pPr>
      <w:r>
        <w:t>2. Say, "Save this for next time. Remember that I was working on the second verse and want to practice that chord change slowly."</w:t>
      </w:r>
    </w:p>
    <w:p>
      <w:pPr>
        <w:widowControl/>
      </w:pPr>
      <w:r>
        <w:t>3. Wait for the actual save result. The teacher can save a short factual summary with the reading, companion and practice state. If saving fails, the lesson is not safely saved just because she discussed it.</w:t>
      </w:r>
    </w:p>
    <w:p>
      <w:pPr>
        <w:widowControl/>
      </w:pPr>
      <w:r>
        <w:t>4. In a later lesson, say, "Open [song title]. Review what we did last time and start over."</w:t>
      </w:r>
    </w:p>
    <w:p>
      <w:pPr>
        <w:widowControl/>
      </w:pPr>
      <w:r>
        <w:t>5. Confirm the opened arrangement's name and stored summary. Ask to start at its beginning, then check the selected position. Starting over changes the position; it does not erase your previous summary or bookmarks.</w:t>
      </w:r>
    </w:p>
    <w:p>
      <w:pPr>
        <w:widowControl/>
      </w:pPr>
      <w:r>
        <w:t>Worked example for switching songs</w:t>
      </w:r>
    </w:p>
    <w:p>
      <w:pPr>
        <w:widowControl/>
      </w:pPr>
      <w:r>
        <w:t>1. Say, "Switch to [another song title]."</w:t>
      </w:r>
    </w:p>
    <w:p>
      <w:pPr>
        <w:widowControl/>
      </w:pPr>
      <w:r>
        <w:t>2. The teacher first looks for a matching saved song workspace. If several arrangements match, tell her which one you mean.</w:t>
      </w:r>
    </w:p>
    <w:p>
      <w:pPr>
        <w:widowControl/>
      </w:pPr>
      <w:r>
        <w:t>3. If the current reading has unsaved changes, she asks whether to save it, leave without saving, or cancel. Answer "save it," "don't save it," or "cancel the switch." She can then repeat the opening action with your choice.</w:t>
      </w:r>
    </w:p>
    <w:p>
      <w:pPr>
        <w:widowControl/>
      </w:pPr>
      <w:r>
        <w:t>4. A saved song resumes at its stored position unless Start over was selected. Say "start this one from the beginning" when that is what you want.</w:t>
      </w:r>
    </w:p>
    <w:p>
      <w:pPr>
        <w:widowControl/>
      </w:pPr>
      <w:r>
        <w:t>If no workspace exists yet, she can look for an older local original in My Music. Opening it creates a fresh import; ask her to save it when you want it in My readings. Do not treat a similarly named song, different artist or alternative arrangement as an automatic match. A saved summary is context, not proof that the teacher heard you play or that every note in an import is correct.</w:t>
      </w:r>
    </w:p>
    <w:p>
      <w:pPr>
        <w:pStyle w:val="Heading2"/>
        <w:widowControl/>
      </w:pPr>
      <w:r>
        <w:t>Practice with drums when no song is open</w:t>
      </w:r>
    </w:p>
    <w:p>
      <w:pPr>
        <w:widowControl/>
      </w:pPr>
      <w:r>
        <w:t>SpeakTab includes original synthesized practice loops. They are available offline and need no downloaded recording or subscription. They provide a steady practice pattern; they do not assess your timing or synchronize automatically to the loaded score.</w:t>
      </w:r>
    </w:p>
    <w:p>
      <w:pPr>
        <w:widowControl/>
      </w:pPr>
      <w:r>
        <w:t>1. Choose Practice &gt; Practice drums — no song needed.</w:t>
      </w:r>
    </w:p>
    <w:p>
      <w:pPr>
        <w:widowControl/>
      </w:pPr>
      <w:r>
        <w:t>2. Select Rock 4/4, Light 4/4, Waltz 3/4 or Compound 6/8.</w:t>
      </w:r>
    </w:p>
    <w:p>
      <w:pPr>
        <w:widowControl/>
      </w:pPr>
      <w:r>
        <w:t>3. Set Tempo in BPM, from 30 to 240. For the two 4/4 patterns and the waltz this is the quarter-note pulse. Compound 6/8 uses the dotted-quarter pulse, two pulses per bar.</w:t>
      </w:r>
    </w:p>
    <w:p>
      <w:pPr>
        <w:widowControl/>
      </w:pPr>
      <w:r>
        <w:t>4. Set Volume from 0 to 100 percent. Start low enough to hear your instrument and teacher.</w:t>
      </w:r>
    </w:p>
    <w:p>
      <w:pPr>
        <w:widowControl/>
      </w:pPr>
      <w:r>
        <w:t>5. Choose Start / apply. Change the settings and choose Start / apply again to hear the new pattern.</w:t>
      </w:r>
    </w:p>
    <w:p>
      <w:pPr>
        <w:widowControl/>
      </w:pPr>
      <w:r>
        <w:t>6. Choose Stop, Close and stop, or press Escape to stop this window's drums. Practice &gt; Stop practice drums also stops a loop started by the live teacher.</w:t>
      </w:r>
    </w:p>
    <w:p>
      <w:pPr>
        <w:widowControl/>
      </w:pPr>
      <w:r>
        <w:t>With the live teacher, say "Give me a light four-four drum beat at 70 BPM" or "Let's practice a waltz without a song." She can start the supported loop, change it by starting it with new settings, report its status and stop it. Say "Stop practice drums" to stop the beat while keeping the lesson active. Starting score playback stops practice drums so they do not compete as independent tempos. Closing SpeakTab stops them too.</w:t>
      </w:r>
    </w:p>
    <w:p>
      <w:pPr>
        <w:widowControl/>
      </w:pPr>
      <w:r>
        <w:t>These sounds are simple synthesized percussion, not recorded acoustic drum performances. Musicca also offers a free browser drum machine at https://www.musicca.com/drum-machine . Browser accessibility and automation were not certified; the built-in controls are the native SpeakTab route.</w:t>
      </w:r>
    </w:p>
    <w:p>
      <w:pPr>
        <w:pStyle w:val="Heading2"/>
        <w:widowControl/>
      </w:pPr>
      <w:r>
        <w:t>Export contracted textual braille</w:t>
      </w:r>
    </w:p>
    <w:p>
      <w:pPr>
        <w:widowControl/>
      </w:pPr>
      <w:r>
        <w:t>Textual BRF translates exported prose into braille: measures, notes, supplied strings/frets, lyrics and personal notes. It follows compact or expanded reading style, with the existing 40-cell, 25-line page wrapping. It is not braille music; raw tab diagrams and hidden saved-music data are omitted. The reader exports prose rather than MusicXML. To export a composition as MusicXML, use Export MusicXML in the separate composer. Standard braille-music transcription is not supplied.</w:t>
      </w:r>
    </w:p>
    <w:p>
      <w:pPr>
        <w:widowControl/>
      </w:pPr>
      <w:r>
        <w:t>1. Open and check the reading you want to export. Save any music changes first.</w:t>
      </w:r>
    </w:p>
    <w:p>
      <w:pPr>
        <w:widowControl/>
      </w:pPr>
      <w:r>
        <w:t>2. Choose File &gt; Export textual braille BRF.</w:t>
      </w:r>
    </w:p>
    <w:p>
      <w:pPr>
        <w:widowControl/>
      </w:pPr>
      <w:r>
        <w:t>3. In Save as type, keep Contracted English textual braille, UEB grade 2, which is the default. Uncontracted English, UEB grade 1, is available only if you deliberately select it.</w:t>
      </w:r>
    </w:p>
    <w:p>
      <w:pPr>
        <w:widowControl/>
      </w:pPr>
      <w:r>
        <w:t>4. Choose a filename ending in .brf and Save. Translation runs locally using bundled Liblouis; it does not send the reading to an AI service.</w:t>
      </w:r>
    </w:p>
    <w:p>
      <w:pPr>
        <w:widowControl/>
      </w:pPr>
      <w:r>
        <w:t>5. Wait for the exported-file status. A failed translation is reported instead of being labeled a successful export.</w:t>
      </w:r>
    </w:p>
    <w:p>
      <w:pPr>
        <w:widowControl/>
      </w:pPr>
      <w:r>
        <w:t>6. Open the BRF using your usual braille-file workflow. It uses 40 cells per line and 25 lines per page. The file already contains translated braille; avoid applying a second literary translation to its braille ASCII characters. Review the result on your own display or embosser.</w:t>
      </w:r>
    </w:p>
    <w:p>
      <w:pPr>
        <w:widowControl/>
      </w:pPr>
      <w:r>
        <w:t>The default English code is Unified English Braille. This release does not offer every national braille code or page size. Software checks exercise real contracted translation and file formatting. Physical braille-display and embosser acceptance remain hands-on tests.</w:t>
      </w:r>
    </w:p>
    <w:p>
      <w:pPr>
        <w:pStyle w:val="Heading2"/>
        <w:widowControl/>
      </w:pPr>
      <w:r>
        <w:t>Website text and recovery actions</w:t>
      </w:r>
    </w:p>
    <w:p>
      <w:pPr>
        <w:widowControl/>
      </w:pPr>
      <w:r>
        <w:t>Website text import stays available only for selectable tab/chord text. It does not capture pictures or interactive tab players. The search window's Read PDF or image with AI button opens the existing file-recovery flow: save an offered PDF/image, select it, review the requested scope and send from the recovery window. Opening the button does not send a website, credentials or file. This is not an automatic signed-in browser capture. AI recovered music remains subject to the existing review/coverage safeguards.</w:t>
      </w:r>
    </w:p>
    <w:p>
      <w:pPr>
        <w:pStyle w:val="Heading2"/>
        <w:widowControl/>
      </w:pPr>
      <w:r>
        <w:t>Teaching sites and offered downloads</w:t>
      </w:r>
    </w:p>
    <w:p>
      <w:pPr>
        <w:widowControl/>
      </w:pPr>
      <w:r>
        <w:t>Teacher lesson links: JustinGuitar: https://www.justinguitar.com/songs/ and separate official Tabs service https://www.justinguitar.com/store/tabs . No GP/PDF export verified; a tested direct request was blocked. Lauren Bateman: https://www.laurenbateman.com/songs/ . Useful for beginner and intermediate chord accompaniment. Visible on-page chords do not guarantee downloadable charts or successful automatic extraction. GuitarLessons365: https://guitarlessons365.com/song-lessons/ and https://guitarlessons365.com/free-lessons/ . Technique and classical lessons may include tab PDFs. Many copyrighted song lessons do not offer tab or chord downloads. A video is not an importable score.</w:t>
      </w:r>
    </w:p>
    <w:p>
      <w:pPr>
        <w:pStyle w:val="Heading2"/>
        <w:widowControl/>
      </w:pPr>
      <w:r>
        <w:t>Search catalogs and browser handoffs</w:t>
      </w:r>
    </w:p>
    <w:p>
      <w:pPr>
        <w:widowControl/>
      </w:pPr>
      <w:r>
        <w:t>F2 starts with GTPtabs, a named Guitar Pro catalog. Choose one tested source before searching. General web discovery is available only through the explicit AI search the web button; returned music still needs song/artist and actual import checks. AI search selected site enforces that site. The live teacher searches the tested catalogs rather than silently scraping general engines.</w:t>
      </w:r>
    </w:p>
    <w:p>
      <w:pPr>
        <w:widowControl/>
      </w:pPr>
      <w:r>
        <w:t>Automatic catalogs: GTPtabs, GuitarTabsExplorer, Musicnoteslib, GoTabs, ChordLines and TabFan. Teacher PDF catalogs: Classical Guitar Shed and Six String Fingerpicking. Teacher lessons are listed only when a free PDF link passes import; paid Get the Tab links, video-only lessons and a different artist's same-titled song are not accepted as free tabs. Accented titles can match unaccented searches.</w:t>
      </w:r>
    </w:p>
    <w:p>
      <w:pPr>
        <w:widowControl/>
      </w:pPr>
      <w:r>
        <w:t>Browser download routes are retained when useful even without direct import: Ultimate Guitar, Guitar Pro mySongBook, Blue Morris, Guitar Alliance's actual PDF download library, TrueFire and Guitareo/Musora. Each retained source displays specific download/return-to-SpeakTab guidance. Account access, protected-score export and musical accuracy are not assumed. Member libraries are not searched using the user's credentials. Open the selected source’s download guidance before using its browser route. If a page is unavailable or offers no supported file, choose another listed source or obtain a permitted score independently and open it with Ctrl+O.</w:t>
      </w:r>
    </w:p>
    <w:p>
      <w:pPr>
        <w:pStyle w:val="Heading2"/>
        <w:widowControl/>
      </w:pPr>
      <w:r>
        <w:t>Returning from the Voice control window</w:t>
      </w:r>
    </w:p>
    <w:p>
      <w:pPr>
        <w:widowControl/>
      </w:pPr>
      <w:r>
        <w:t>Press Ctrl+Alt+L or choose Start listening in Voice control settings to start the Voice control listener. Successful activation returns focus to the score. Escape or Ctrl+2 from the Voice control window returns to the score while keeping the current listening state. To turn the listener off, choose Stop listening or press Ctrl+Alt+L while it is on.</w:t>
      </w:r>
    </w:p>
    <w:p>
      <w:pPr>
        <w:pStyle w:val="Heading2"/>
        <w:widowControl/>
      </w:pPr>
      <w:r>
        <w:t>Ultimate Guitar browser download handoff</w:t>
      </w:r>
    </w:p>
    <w:p>
      <w:pPr>
        <w:widowControl/>
      </w:pPr>
      <w:r>
        <w:t>Ultimate Guitar uses the normal system browser and its sign-in. Find tabs &gt; Ultimate Guitar in browser and the teacher's Ultimate Guitar action now open a native download handoff. Export/download an available Guitar Pro file in the browser into Downloads. For ten minutes the handoff checks new/changed GP, GPX, GP3/4/5 files; one stable new download is import-validated and opened. Multiple downloads require selection. Existing downloads or another save folder use Choose downloaded file. Close stops waiting. Credentials stay in the browser. The app does not itself operate the site's sign-in/export controls. Custom Downloads locations need Choose downloaded file.</w:t>
      </w:r>
    </w:p>
    <w:p>
      <w:pPr>
        <w:pStyle w:val="Heading2"/>
        <w:widowControl/>
      </w:pPr>
      <w:r>
        <w:t>Teacher replacement actions and current work</w:t>
      </w:r>
    </w:p>
    <w:p>
      <w:pPr>
        <w:widowControl/>
      </w:pPr>
      <w:r>
        <w:t>When asking the live teacher to replace the active music, name the intended score and choose a numbered result if several are offered. Adding a reference file keeps the current reading instead. Save unfinished work before switching. Cancelled or failed imports leave the current reading in place. Read the replacement coverage and hear its music; seek help with notes or ties that seem wrong.</w:t>
      </w:r>
    </w:p>
    <w:p>
      <w:pPr>
        <w:pStyle w:val="Heading2"/>
        <w:widowControl/>
      </w:pPr>
      <w:r>
        <w:t>Choose a part and check the import</w:t>
      </w:r>
    </w:p>
    <w:p>
      <w:pPr>
        <w:widowControl/>
      </w:pPr>
      <w:r>
        <w:t>From an original MusicXML, MuseScore or supported Guitar Pro score, use File &gt; Choose musical part (Ctrl+T), or Change musical part. A saved reading holds one selected part. For further part choices, reopen the matching original score.</w:t>
      </w:r>
    </w:p>
    <w:p>
      <w:pPr>
        <w:widowControl/>
      </w:pPr>
      <w:r>
        <w:t>The opening title identifies the selected part. Routine movement concentrates on the current measure and music. To hear the instrument and part again, use Practice &gt; Import summary and uncertainties (default Alt+Shift+I). This also reports recovered positions, timing warnings and available PDF page coverage.</w:t>
      </w:r>
    </w:p>
    <w:p>
      <w:pPr>
        <w:widowControl/>
      </w:pPr>
      <w:r>
        <w:t>Instrument identity comes from supplied part information and notation. Two staves or a filename alone do not establish an instrument or hand assignment. Supplied guitar strings and frets identify guitar tab where applicable. If identity is unclear, review the import summary and original rather than guessing.</w:t>
      </w:r>
    </w:p>
    <w:p>
      <w:pPr>
        <w:pStyle w:val="Heading2"/>
        <w:widowControl/>
      </w:pPr>
      <w:r>
        <w:t>Review or set guitar tuning</w:t>
      </w:r>
    </w:p>
    <w:p>
      <w:pPr>
        <w:widowControl/>
      </w:pPr>
      <w:r>
        <w:t>Ctrl+4 (Navigate &gt; Tuning) reviews the declared string count and supplied open pitches in source string order, including re-entrant tuning. Ctrl+Shift+I opens Score information. Escape returns without changing notes. Missing or incomplete tuning is reported; extra strings or missing pitches are not invented.</w:t>
      </w:r>
    </w:p>
    <w:p>
      <w:pPr>
        <w:widowControl/>
      </w:pPr>
      <w:r>
        <w:t>For editable text tab, choose Standard, Drop D, Half step down or Custom in the tuning selector. Custom takes six pitch names with octaves, high to low, such as E4 B3 G3 D3 A2 E2. Apply text changes with Ctrl+Enter. Printed string labels can supply note names while their octaves are inferred; printed capo information is reported separately where recognized.</w:t>
      </w:r>
    </w:p>
    <w:p>
      <w:pPr>
        <w:widowControl/>
      </w:pPr>
      <w:r>
        <w:t>If tuning does not gain focus, confirm the intended part in the part selector and retry Ctrl+4. If another part must be selected and then the intended one reselected, check that the final title names the intended part before reading. Older readings may need the original score reopened to recover tuning details.</w:t>
      </w:r>
    </w:p>
    <w:p>
      <w:pPr>
        <w:pStyle w:val="Heading2"/>
        <w:widowControl/>
      </w:pPr>
      <w:r>
        <w:t>Save  reopen and export a reading</w:t>
      </w:r>
    </w:p>
    <w:p>
      <w:pPr>
        <w:widowControl/>
      </w:pPr>
      <w:r>
        <w:t>Ctrl+S saves or updates a reopenable reading in Saved Readings inside SpeakTab. Opening music does not create reading copies beside the source. Arrangements are kept in Saved Readings &gt; Songs. Closing or switching asks Yes to save, No to leave without saving, or Cancel to keep the current reading open.</w:t>
      </w:r>
    </w:p>
    <w:p>
      <w:pPr>
        <w:widowControl/>
      </w:pPr>
      <w:r>
        <w:t>File &gt; My readings lists saved arrangements and lesson summaries. Resume restores your place; Start over preserves history. Ctrl+S updates the reopenable reading. Export reading copy as text, Markdown or HTML creates a separate report with compact beat lines. Textual braille BRF defaults to contracted UEB prose. Keep original scores for reimport and part selection.</w:t>
      </w:r>
    </w:p>
    <w:p>
      <w:pPr>
        <w:pStyle w:val="Heading2"/>
        <w:widowControl/>
      </w:pPr>
      <w:r>
        <w:t>Read piano and other staff notation</w:t>
      </w:r>
    </w:p>
    <w:p>
      <w:pPr>
        <w:widowControl/>
      </w:pPr>
      <w:r>
        <w:t>Read supplied pitch, octave, staff, duration, rests and markings in the full explanation. A source voice number identifies an independent written rhythm on one staff, not a singer or a speech setting. Staff labels do not automatically assign hands. Ctrl+2 returns to the score, where Left/Right follows the shared time line and Up/Down inspects simultaneous notes.</w:t>
      </w:r>
    </w:p>
    <w:p>
      <w:pPr>
        <w:widowControl/>
      </w:pPr>
      <w:r>
        <w:t>A note gives its complete sounding length at its first attack. An untied note that continues under another staff is not repeatedly named at later positions. F3 and explicit staff reading retain written tie evidence. Ordinary navigation and external reading prose omit known tied continuations. A new attack of the same pitch is still announced.</w:t>
      </w:r>
    </w:p>
    <w:p>
      <w:pPr>
        <w:widowControl/>
      </w:pPr>
      <w:r>
        <w:t>The supplied time signature and MusicXML key are named on the opening score row only; a missing key is not inferred. Older saved readings can need the original MusicXML reopened for a key omitted by the former importer. MusicXML duration numbers use quarter-note units:0.5 is an eighth note,0.25 a sixteenth and1.5 a dotted quarter. A written12/8 measure has twelve eighth-note divisions grouped into four dotted-quarter pulses, or six quarter-note units.</w:t>
      </w:r>
    </w:p>
    <w:p>
      <w:pPr>
        <w:widowControl/>
      </w:pPr>
      <w:r>
        <w:t>Grace-note pitches and supplied frets remain in numbered written notices and the source summary. Unmeasured graces do not add timed attacks or overwrite normal frets. Trills, mordents, turns and tremolo retain available written labels; these notices do not promise expressive ornament playback.</w:t>
      </w:r>
    </w:p>
    <w:p>
      <w:pPr>
        <w:pStyle w:val="Heading2"/>
        <w:widowControl/>
      </w:pPr>
      <w:r>
        <w:t>Follow one piano staff</w:t>
      </w:r>
    </w:p>
    <w:p>
      <w:pPr>
        <w:widowControl/>
      </w:pPr>
      <w:r>
        <w:t>Choose Navigate &gt; Piano staff &gt; Choose staff (menu Alt+N, then D, then C). Select a supplied staff and confirm. The reply names the chosen staff and its current event; choosing may move to an available entry if that staff has none at the current position. Next staff and Previous staff choose another supplied staff. Next note on selected staff and Previous note on selected staff follow genuine attacks on the chosen staff across measures, skipping other-staff attacks and rests. At the first or last note, a boundary message appears and the position stays unchanged. Both staves remain visible. Ordinary Left/Right and Up/Down arrows still navigate the complete score; choosing a staff does not lock those arrows to it.</w:t>
      </w:r>
    </w:p>
    <w:p>
      <w:pPr>
        <w:widowControl/>
      </w:pPr>
      <w:r>
        <w:t>Read selected staff in this measure describes the chosen staff without moving. Current selected staff reports the choice and supplied clef; the spoken phrase is which staff; F3 opens full beat details. Ordinary score rows omit staff numbers, including when crossing measures or moving between simultaneous notes. A tie is identified at its starting attack with the combined sounding length. Routine navigation then omits known tied continuations and unchanged held-note placeholders while the other staff moves. A genuinely repeated attack of the same pitch is still read. Written rests remain. Explicit staff reading and full details retain source context. These staff commands change navigation and queries; text, Markdown, HTML and BRF exports still cover all supplied staves of the selected part.</w:t>
      </w:r>
    </w:p>
    <w:p>
      <w:pPr>
        <w:widowControl/>
      </w:pPr>
      <w:r>
        <w:t>Voice phrases include next staff, previous staff, which staff, next note on staff, previous note on staff and read staff. Numbered forms include go to staff two and read staff two when that label exists in the reading. Staff numbers are source identities, not automatic hand assignments. These commands need a piano/keyboard reading with supplied staff labels. Optional keys can be assigned through Help &gt; Customize keyboard shortcuts.</w:t>
      </w:r>
    </w:p>
    <w:p>
      <w:pPr>
        <w:pStyle w:val="Heading2"/>
        <w:widowControl/>
      </w:pPr>
      <w:r>
        <w:t>Check written strumming and picking</w:t>
      </w:r>
    </w:p>
    <w:p>
      <w:pPr>
        <w:widowControl/>
      </w:pPr>
      <w:r>
        <w:t>Choose Navigate &gt; Written picking and strumming to inspect supplied count, down/up stroke or string-pattern text. Chord symbols alone do not establish a strumming pattern, and missing or image-only patterns are not invented. The checker is separate from F3. F3 always opens the current full beat description. Ctrl+1 reveals retained source information for comparison; Ctrl+2 returns to the score.</w:t>
      </w:r>
    </w:p>
    <w:p>
      <w:pPr>
        <w:pStyle w:val="Heading2"/>
        <w:widowControl/>
      </w:pPr>
      <w:r>
        <w:t>Set a loop and optional speed increases</w:t>
      </w:r>
    </w:p>
    <w:p>
      <w:pPr>
        <w:widowControl/>
      </w:pPr>
      <w:r>
        <w:t>A saved active loop can resume when the reading reopens; the status identifies it. Ctrl+Shift+0 clears the loop immediately, including the saved copy; no Save is needed. Ctrl+S saves a newly created loop. Stop playback keeps the loop.</w:t>
      </w:r>
    </w:p>
    <w:p>
      <w:pPr>
        <w:widowControl/>
      </w:pPr>
      <w:r>
        <w:t>1. Open Practice &gt; Loop a measure range (default Ctrl+Shift+9).</w:t>
      </w:r>
    </w:p>
    <w:p>
      <w:pPr>
        <w:widowControl/>
      </w:pPr>
      <w:r>
        <w:t>2. Enter the first and last original measure numbers. Both are included.</w:t>
      </w:r>
    </w:p>
    <w:p>
      <w:pPr>
        <w:widowControl/>
      </w:pPr>
      <w:r>
        <w:t>3. For a constant speed, leave Increase playback speed automatically unchecked.</w:t>
      </w:r>
    </w:p>
    <w:p>
      <w:pPr>
        <w:widowControl/>
      </w:pPr>
      <w:r>
        <w:t>4. For gradual increases, check Increase playback speed automatically and set the</w:t>
      </w:r>
    </w:p>
    <w:p>
      <w:pPr>
        <w:widowControl/>
      </w:pPr>
      <w:r>
        <w:t>starting percentage, target percentage, increase size and repetitions.</w:t>
      </w:r>
    </w:p>
    <w:p>
      <w:pPr>
        <w:widowControl/>
      </w:pPr>
      <w:r>
        <w:t>5. Choose Enable loop. Press Ctrl+P to play.</w:t>
      </w:r>
    </w:p>
    <w:p>
      <w:pPr>
        <w:widowControl/>
      </w:pPr>
      <w:r>
        <w:t>6. Ctrl+Shift+P stops. Practice &gt; Clear loop removes the loop.</w:t>
      </w:r>
    </w:p>
    <w:p>
      <w:pPr>
        <w:widowControl/>
      </w:pPr>
      <w:r>
        <w:t>For example, start at 60%, target 100%, increase by 5 percentage points after every 3 complete loops. Start and target range from 25% to 200%, increase size from 1 to 50 points and repetitions from 1 to 100. Complete loops count; an interrupted loop does not. At the target, repeating continues at that speed.</w:t>
      </w:r>
    </w:p>
    <w:p>
      <w:pPr>
        <w:widowControl/>
      </w:pPr>
      <w:r>
        <w:t>Ctrl+Shift+L loops the selected whole measure. For exact endpoints, select the first position and press Ctrl+Shift+1, then select the last and press Ctrl+Shift+2. Start, end, clear and playback stop give accessible confirmations while retaining score focus. Ctrl+Shift+9 opens the familiar measure range window.</w:t>
      </w:r>
    </w:p>
    <w:p>
      <w:pPr>
        <w:widowControl/>
      </w:pPr>
      <w:r>
        <w:t>When adjusting an existing partial loop in the loop window, leave Keep exact current loop endpoints checked to retain its precise beats. Editing either measure number switches to whole-measure endpoints. Cancel or Escape leaves the loop and speed settings as they were. Unchanged settings preserve progress. Use Practice &gt; Loop a measure range to reopen these combined settings.</w:t>
      </w:r>
    </w:p>
    <w:p>
      <w:pPr>
        <w:widowControl/>
      </w:pPr>
      <w:r>
        <w:t>Use Practice &gt; Automatic speed-increase status to hear settings and progress. Stop automatic playback speed increases disables increases while keeping current speed. Manual speed changes also disable automatic increases. Stopping resets the repetition count but keeps the speed. Opening another reading or changing part turns the plan off. A saved workspace can restore its loop range; automatic gradual-speed progression remains a session setting. They do not assess how accurately you play.</w:t>
      </w:r>
    </w:p>
    <w:p>
      <w:pPr>
        <w:pStyle w:val="Heading2"/>
        <w:widowControl/>
      </w:pPr>
      <w:r>
        <w:t>Voice loop certain measures</w:t>
      </w:r>
    </w:p>
    <w:p>
      <w:pPr>
        <w:widowControl/>
      </w:pPr>
      <w:r>
        <w:t>With Voice control listening, say loop measures four through eight, replacing the two numbers with existing original measure numbers. Both endpoints are included. Then say play. Stop music stops playback; stop looping or clear loop removes the range. If the wake setting is on, begin each phrase with SpeakTab. Loop settings opens the combined loop and optional gradual-speed dialog; finish or cancel it before another voice command.</w:t>
      </w:r>
    </w:p>
    <w:p>
      <w:pPr>
        <w:pStyle w:val="Heading2"/>
        <w:widowControl/>
      </w:pPr>
      <w:r>
        <w:t>Choose what speaks screen reader  Windows voice or AI</w:t>
      </w:r>
    </w:p>
    <w:p>
      <w:pPr>
        <w:widowControl/>
      </w:pPr>
      <w:r>
        <w:t>F5 focuses Ask ChatGPT. Type the question and press Enter to send it once. F6 focuses the ChatGPT answer from its beginning. The question and answer stay readable with screen-reader or Braille commands. Optional ChatGPT read-aloud uses local Windows voice.</w:t>
      </w:r>
    </w:p>
    <w:p>
      <w:pPr>
        <w:widowControl/>
      </w:pPr>
      <w:r>
        <w:t>F8 explicitly starts the configured AI teacher microphone. F9 disconnects that teacher and stops its microphone. A teacher lesson uses its voice connection and provider charges. Ctrl+2 returns to the score while retaining an active lesson; Escape from chat stops it and returns. Routine messages between conversation turns stay quiet. Ctrl+Alt+I reads status on demand.</w:t>
      </w:r>
    </w:p>
    <w:p>
      <w:pPr>
        <w:widowControl/>
      </w:pPr>
      <w:r>
        <w:t>Ctrl+Alt+L toggles Voice control for fixed commands. Its replies use your screen reader only. Voice &gt; Voice control phrases lists accepted commands without starting a new microphone session. These controls preserve already-started listening when returning to the score; explicit Stop listening stops it.</w:t>
      </w:r>
    </w:p>
    <w:p>
      <w:pPr>
        <w:widowControl/>
      </w:pPr>
      <w:r>
        <w:t>F12 quiets automatic playback announcements only; AI teacher replies stay spoken. Press F12 again to resume. Music, manual score navigation and microphone connections are unchanged. Use the explicit stop control for the microphone you started. Opening a tab never starts listening.</w:t>
      </w:r>
    </w:p>
    <w:p>
      <w:pPr>
        <w:pStyle w:val="Heading2"/>
        <w:widowControl/>
      </w:pPr>
      <w:r>
        <w:t>Use Voice control</w:t>
      </w:r>
    </w:p>
    <w:p>
      <w:pPr>
        <w:widowControl/>
      </w:pPr>
      <w:r>
        <w:t>USE THE VOICE CONTROL</w:t>
      </w:r>
    </w:p>
    <w:p>
      <w:pPr>
        <w:widowControl/>
      </w:pPr>
      <w:r>
        <w:t>Alt+Tab to the main SpeakTab reader before using these keys; Alt+Tab returns to this lesson.</w:t>
      </w:r>
    </w:p>
    <w:p>
      <w:pPr>
        <w:widowControl/>
      </w:pPr>
      <w:r>
        <w:t>1. Voice &gt; Voice control phrases opens the complete phrase list without starting a new microphone session. Read it with text navigation or Braille. Start listening or Ctrl+Alt+L explicitly enables fixed reader commands; Stop listening or Ctrl+Alt+L stops them.</w:t>
      </w:r>
    </w:p>
    <w:p>
      <w:pPr>
        <w:widowControl/>
      </w:pPr>
      <w:r>
        <w:t>2. Voice control uses the Windows default microphone. Choose and test that device in Windows Sound settings; Voice control settings contains the optional wake-word choice, not a separate microphone chooser. The Voice control recognizer needs Windows English speech recognition. It uses no AI credits. Replies use your screen reader only; no second app voice is added.</w:t>
      </w:r>
    </w:p>
    <w:p>
      <w:pPr>
        <w:widowControl/>
      </w:pPr>
      <w:r>
        <w:t>3. Say go to measure twelve, loop measures four through eight, slower, faster, normal speed, play or stop music. Say voice help to read available phrases. With Require SpeakTab wake word enabled, begin commands with SpeakTab.</w:t>
      </w:r>
    </w:p>
    <w:p>
      <w:pPr>
        <w:widowControl/>
      </w:pPr>
      <w:r>
        <w:t>4. Escape, Ctrl+2, Return to music, or closing the command window returns to the score while preserving an already-started Voice control listener. Explicit Stop listening, Ctrl+Alt+L or exiting SpeakTab stops it.</w:t>
      </w:r>
    </w:p>
    <w:p>
      <w:pPr>
        <w:widowControl/>
      </w:pPr>
      <w:r>
        <w:t>5. To stop the Voice control listener, press Ctrl+Alt+L while it is on, choose Stop listening in Voice control settings, or say stop listening. Confirm that the listener status says it is off. This listener controls fixed reader actions and gives screen-reader replies. F8 starts the separately configured connected teacher; F9 stops that teacher microphone. ChatGPT questions use F5, Enter and F6. Each route has its own controls.</w:t>
      </w:r>
    </w:p>
    <w:p>
      <w:pPr>
        <w:widowControl/>
      </w:pPr>
      <w:r>
        <w:t>6. F12 quiets automatic playback announcements only; teacher speech and every microphone remain unchanged. F9 ends the teacher; Ctrl+Alt+L toggles the Voice control. Always use the correct stop control for the microphone you started.</w:t>
      </w:r>
    </w:p>
    <w:p>
      <w:pPr>
        <w:widowControl/>
      </w:pPr>
      <w:r>
        <w:t>7. Try a harmless command on included music and confirm the selected position. Singing or background speech can match fixed commands; the optional wake word reduces accidental matches. An off microphone cannot hear a wake command.</w:t>
      </w:r>
    </w:p>
    <w:p>
      <w:pPr>
        <w:widowControl/>
      </w:pPr>
      <w:r>
        <w:t>8. Exact phrases remains available to inspect while the microphone is off. Opening this tutorial or reading Exact phrases preserves the current listening state; it does not start an off microphone. Start listening explicitly enables the Voice control. Its replies use your screen reader.</w:t>
      </w:r>
    </w:p>
    <w:p>
      <w:pPr>
        <w:pStyle w:val="Heading2"/>
        <w:widowControl/>
      </w:pPr>
      <w:r>
        <w:t>Use hands free teacher start and the optional wake word</w:t>
      </w:r>
    </w:p>
    <w:p>
      <w:pPr>
        <w:widowControl/>
      </w:pPr>
      <w:r>
        <w:t>Set the teacher connection in Voice &gt; Voice settings. F8 explicitly starts its microphone; F9 ends it. These routes are fixed and do not require switching a shared Windows/AI voice mode. If setup is incomplete, read the displayed setup result.</w:t>
      </w:r>
    </w:p>
    <w:p>
      <w:pPr>
        <w:widowControl/>
      </w:pPr>
      <w:r>
        <w:t>Ctrl+Alt+L explicitly starts the Voice control listener. With it already listening, say start teacher or stop teacher to control the configured lesson. Those commands preserve the already-on Voice control listener. Voice &gt; Voice control settings has an optional Require SpeakTab wake word; when enabled, prefix fixed reader commands with SpeakTab. Talk to guide opens the written ChatGPT question without starting the teacher.</w:t>
      </w:r>
    </w:p>
    <w:p>
      <w:pPr>
        <w:widowControl/>
      </w:pPr>
      <w:r>
        <w:t>An off microphone cannot hear a wake command. The Voice control listener never starts itself on app launch. Background speech or singing can match fixed commands; the wake word reduces but does not eliminate accidental matches. A teacher connection can receive musical input while active. Use F9 to end the teacher and Ctrl+Alt+L to stop the Voice control listener when desired.</w:t>
      </w:r>
    </w:p>
    <w:p>
      <w:pPr>
        <w:pStyle w:val="Heading2"/>
        <w:widowControl/>
      </w:pPr>
      <w:r>
        <w:t>Set up or troubleshoot the microphone</w:t>
      </w:r>
    </w:p>
    <w:p>
      <w:pPr>
        <w:widowControl/>
      </w:pPr>
      <w:r>
        <w:t>The Voice control needs an installed English Windows speech recognizer, microphone access and a working default input device. It needs no AI key. In Windows 11 Settings &gt; System &gt; Sound &gt; Input, select and test the microphone. In Settings &gt; Privacy &amp; security &gt; Microphone, enable microphone access and access for desktop apps. If SpeakTab reports no English recognizer, add the English Basic Speech recognition feature under Settings &gt; Time &amp; language &gt; Language &amp; region &gt; Language options. Windows labels may differ by version.</w:t>
      </w:r>
    </w:p>
    <w:p>
      <w:pPr>
        <w:widowControl/>
      </w:pPr>
      <w:r>
        <w:t>Read the voice window's status if Start listening fails. If it is listening but hears nothing, check mute and Windows input levels, then try one listed phrase at a normal pace. Keyboard access remains available while you fix it.</w:t>
      </w:r>
    </w:p>
    <w:p>
      <w:pPr>
        <w:pStyle w:val="Heading2"/>
        <w:widowControl/>
      </w:pPr>
      <w:r>
        <w:t>Start the optional AI teacher</w:t>
      </w:r>
    </w:p>
    <w:p>
      <w:pPr>
        <w:widowControl/>
      </w:pPr>
      <w:r>
        <w:t>USE CHATGPT AND THE AI TEACHER</w:t>
      </w:r>
    </w:p>
    <w:p>
      <w:pPr>
        <w:widowControl/>
      </w:pPr>
      <w:r>
        <w:t>Alt+Tab to the SpeakTab reader before trying these controls. Alt+Tab returns to this tutorial.</w:t>
      </w:r>
    </w:p>
    <w:p>
      <w:pPr>
        <w:widowControl/>
      </w:pPr>
      <w:r>
        <w:t>1. Connect ChatGPT with F4 if needed. F5 puts focus in Ask ChatGPT. Type your question and press Enter to send it once.</w:t>
      </w:r>
    </w:p>
    <w:p>
      <w:pPr>
        <w:widowControl/>
      </w:pPr>
      <w:r>
        <w:t>2. F6 puts focus at the beginning of the complete ChatGPT answer. Read with your screen reader or Braille commands. F5 returns to the question without re-sending it. Ctrl+2 returns to the score.</w:t>
      </w:r>
    </w:p>
    <w:p>
      <w:pPr>
        <w:widowControl/>
      </w:pPr>
      <w:r>
        <w:t>3. For a spoken teacher lesson, explicitly press F8. Wait for the connection and microphone announcement, then speak naturally. F9 ends the teacher lesson and stops that microphone. Opening a tab or typing a ChatGPT question never starts it.</w:t>
      </w:r>
    </w:p>
    <w:p>
      <w:pPr>
        <w:widowControl/>
      </w:pPr>
      <w:r>
        <w:t>4. F12 quiets automatic playback announcements only; AI teacher replies stay spoken. Press F12 again to resume. Music and an active teacher connection continue; F9 is the disconnect control. Manual screen-reader navigation remains available.</w:t>
      </w:r>
    </w:p>
    <w:p>
      <w:pPr>
        <w:widowControl/>
      </w:pPr>
      <w:r>
        <w:t>5. ChatGPT text answers use its chosen answer model. Optional ChatGPT read-aloud uses local Windows voice. The teacher uses its configured voice service and provider charges. Routine conversation-turn updates stay quiet; Ctrl+Alt+I reads status on demand.</w:t>
      </w:r>
    </w:p>
    <w:p>
      <w:pPr>
        <w:widowControl/>
      </w:pPr>
      <w:r>
        <w:t>6. To use ChatGPT in its own window for a bad score, choose File &gt; Prepare repair on ChatGPT website. Choose the original, explain the problem, and activate Copy request and open website. Paste the request and attach the original there. The request already explains SpeakTab and the required MusicXML or text output.</w:t>
      </w:r>
    </w:p>
    <w:p>
      <w:pPr>
        <w:widowControl/>
      </w:pPr>
      <w:r>
        <w:t>7. Download the returned copy and use Open returned file in the handoff, or Ctrl+O in SpeakTab. Read the missing-page report. If notes, rhythm or words seem wrong, try available AI help or work with a musician who can help correct them. The original file is preserved. Escape closes a dialog; no file is uploaded by merely opening the handoff.</w:t>
      </w:r>
    </w:p>
    <w:p>
      <w:pPr>
        <w:pStyle w:val="Heading2"/>
        <w:widowControl/>
      </w:pPr>
      <w:r>
        <w:t>Ask for musical help or app instructions</w:t>
      </w:r>
    </w:p>
    <w:p>
      <w:pPr>
        <w:widowControl/>
      </w:pPr>
      <w:r>
        <w:t>F5 focuses Ask ChatGPT; Enter sends and F6 focuses the answer. Ask in ordinary language about music, a fingering, practice or an app command. A selected measure is useful context when relevant, but is not a prerequisite for a general question. Treat analysis or fingering as a suggestion. If it seems wrong, try available AI help or work with a musician or someone who can help correct it.</w:t>
      </w:r>
    </w:p>
    <w:p>
      <w:pPr>
        <w:pStyle w:val="Heading2"/>
        <w:widowControl/>
      </w:pPr>
      <w:r>
        <w:t>Ask for app actions  music theory and Braille music</w:t>
      </w:r>
    </w:p>
    <w:p>
      <w:pPr>
        <w:widowControl/>
      </w:pPr>
      <w:r>
        <w:t>In the live AI lesson, ask for an action directly: stop music, loop this measure, open the user guide, open a new score, or show Voice control settings. The teacher can look up the current menu and invoke its existing action. For file opening it can open the normal picker; choose the actual file there. Settings, saving, exporting, sign-in and update windows retain their existing controls, reviews and Cancel behavior. Invoking a command does not prove the operation finished. Check the resulting window or status message, and finish any required file choice or confirmation there. Stop music pauses playback. Stop speaking interrupts the teacher's answer. Stop teacher ends the lesson while leaving an already-on Voice control listener available. Regular typed/Windows-voice answers give guidance; app-action tools are available in the live AI teacher. Asking how something works requests guidance, not a change.</w:t>
      </w:r>
    </w:p>
    <w:p>
      <w:pPr>
        <w:widowControl/>
      </w:pPr>
      <w:r>
        <w:t>Ask for theory at the depth you need: intervals, scales, keys, chords, inversions, harmonic function, cadences, voice leading, transposition, form, rhythm, ear training or improvisation. Name the instrument and use its supplied notation. Guitar and piano examples are available when relevant. Printed evidence, inferred harmony and suggested arrangements should stay distinct.</w:t>
      </w:r>
    </w:p>
    <w:p>
      <w:pPr>
        <w:widowControl/>
      </w:pPr>
      <w:r>
        <w:t>You can also ask about Braille music and describe cells by dot numbers. Give surrounding cells or octave/rhythm context if a symbol is ambiguous. For example: explain how octave signs work in music Braille, or help me understand this symbol in my piano part. Ask for the applicable music-code reference and source link, then compare the explanation with that reference when a dot pattern or rule is uncertain. Ask which national code and edition applies when relevant.</w:t>
      </w:r>
    </w:p>
    <w:p>
      <w:pPr>
        <w:widowControl/>
      </w:pPr>
      <w:r>
        <w:t>Music Braille is a music notation, distinct from literary Braille and ordinary screen-reader text on a Braille display. SpeakTab's accessible text is not an automatic certified music-Braille transcription. Braille music teaching does not add BRF score import, export or embossing. Compare technical examples with the relevant code; AI answers and research can be wrong or unavailable.</w:t>
      </w:r>
    </w:p>
    <w:p>
      <w:pPr>
        <w:widowControl/>
      </w:pPr>
      <w:r>
        <w:t>Useful primary references are the Braille Authority of North America music code: https://www.brailleauthority.org/music/music.html and the Library of Congress NLS music and learning resources: https://www.loc.gov/nls/services-and-resources/music-service-and-materials/</w:t>
      </w:r>
    </w:p>
    <w:p>
      <w:pPr>
        <w:pStyle w:val="Heading2"/>
        <w:widowControl/>
      </w:pPr>
      <w:r>
        <w:t>Keep voice preferences and protect your key</w:t>
      </w:r>
    </w:p>
    <w:p>
      <w:pPr>
        <w:widowControl/>
      </w:pPr>
      <w:r>
        <w:t>Use Voice &gt; Voice settings to inspect reply-output preferences. ChatGPT optional read-aloud uses local Windows voice. The teacher uses its configured voice connection; keep its API key private and masked. Save voice setup preserves chosen settings. F12 is a temporary playback-announcement toggle; teacher voice and saved ChatGPT choices stay unchanged. No preference change is required for ordinary score reading.</w:t>
      </w:r>
    </w:p>
    <w:p>
      <w:pPr>
        <w:pStyle w:val="Heading2"/>
        <w:widowControl/>
      </w:pPr>
      <w:r>
        <w:t>Troubleshooting by symptom</w:t>
      </w:r>
    </w:p>
    <w:p>
      <w:pPr>
        <w:pStyle w:val="Heading3"/>
        <w:widowControl/>
      </w:pPr>
      <w:r>
        <w:t>Arrows do not move through music</w:t>
      </w:r>
    </w:p>
    <w:p>
      <w:pPr>
        <w:widowControl/>
      </w:pPr>
      <w:r>
        <w:t>switch to the SpeakTab reader with Alt+Tab, then Ctrl+2. A tutorial, dialog, explanation or browser may have focus. Finish or cancel an open dialog before using score keys.</w:t>
      </w:r>
    </w:p>
    <w:p>
      <w:pPr>
        <w:pStyle w:val="Heading3"/>
        <w:widowControl/>
      </w:pPr>
      <w:r>
        <w:t>Nothing is read at the opening</w:t>
      </w:r>
    </w:p>
    <w:p>
      <w:pPr>
        <w:widowControl/>
      </w:pPr>
      <w:r>
        <w:t>check import warnings and the intended part. Some parts start later. Normal navigation can skip empty measures; use Ctrl+G or the measure selector to inspect an original measure deliberately.</w:t>
      </w:r>
    </w:p>
    <w:p>
      <w:pPr>
        <w:pStyle w:val="Heading3"/>
        <w:widowControl/>
      </w:pPr>
      <w:r>
        <w:t>Guitar strings are missing</w:t>
      </w:r>
    </w:p>
    <w:p>
      <w:pPr>
        <w:widowControl/>
      </w:pPr>
      <w:r>
        <w:t>check that the selected source actually supplies guitar strings and frets. A staff-only arrangement can supply pitches without fingering. Import summary and Ctrl+1 help establish what the source contains.</w:t>
      </w:r>
    </w:p>
    <w:p>
      <w:pPr>
        <w:pStyle w:val="Heading3"/>
        <w:widowControl/>
      </w:pPr>
      <w:r>
        <w:t>Part information is needed again</w:t>
      </w:r>
    </w:p>
    <w:p>
      <w:pPr>
        <w:widowControl/>
      </w:pPr>
      <w:r>
        <w:t>use Import summary and uncertainties. Routine movement concentrates on the measure instead of repeating the part.</w:t>
      </w:r>
    </w:p>
    <w:p>
      <w:pPr>
        <w:pStyle w:val="Heading3"/>
        <w:widowControl/>
      </w:pPr>
      <w:r>
        <w:t>Piano staff commands are unavailable</w:t>
      </w:r>
    </w:p>
    <w:p>
      <w:pPr>
        <w:widowControl/>
      </w:pPr>
      <w:r>
        <w:t>check piano/keyboard identity and supplied staff labels. The commands cannot reconstruct absent staff data.</w:t>
      </w:r>
    </w:p>
    <w:p>
      <w:pPr>
        <w:pStyle w:val="Heading3"/>
        <w:widowControl/>
      </w:pPr>
      <w:r>
        <w:t>The top of Full and Concise sounds the same</w:t>
      </w:r>
    </w:p>
    <w:p>
      <w:pPr>
        <w:widowControl/>
      </w:pPr>
      <w:r>
        <w:t>read farther in the full explanation for Details. The opening summary may be identical.</w:t>
      </w:r>
    </w:p>
    <w:p>
      <w:pPr>
        <w:pStyle w:val="Heading3"/>
        <w:widowControl/>
      </w:pPr>
      <w:r>
        <w:t>Playback sounds too fast despite a changed practice BPM</w:t>
      </w:r>
    </w:p>
    <w:p>
      <w:pPr>
        <w:widowControl/>
      </w:pPr>
      <w:r>
        <w:t>written tempo takes priority. Change playback speed percent and read the effective tempo summary.</w:t>
      </w:r>
    </w:p>
    <w:p>
      <w:pPr>
        <w:pStyle w:val="Heading3"/>
        <w:widowControl/>
      </w:pPr>
      <w:r>
        <w:t>Automatic speed does not increase</w:t>
      </w:r>
    </w:p>
    <w:p>
      <w:pPr>
        <w:widowControl/>
      </w:pPr>
      <w:r>
        <w:t>check that the plan is enabled on a valid loop, complete the configured repetitions, and read Practice &gt; Automatic speed-increase status. Manual speed changes, a new reading or a part change disable the plan.</w:t>
      </w:r>
    </w:p>
    <w:p>
      <w:pPr>
        <w:pStyle w:val="Heading3"/>
        <w:widowControl/>
      </w:pPr>
      <w:r>
        <w:t>Two voices speak at once</w:t>
      </w:r>
    </w:p>
    <w:p>
      <w:pPr>
        <w:widowControl/>
      </w:pPr>
      <w:r>
        <w:t>stop tutorial audio or a local practice-note read-aloud, or turn off Speak answers for unwanted app read-aloud. F12 quiets playback announcements only; teacher speech stays on. F9 ends the connected teacher. These controls affect different sources; Read voice status identifies the current mode.</w:t>
      </w:r>
    </w:p>
    <w:p>
      <w:pPr>
        <w:pStyle w:val="Heading3"/>
        <w:widowControl/>
      </w:pPr>
      <w:r>
        <w:t>The Voice control ignores a request</w:t>
      </w:r>
    </w:p>
    <w:p>
      <w:pPr>
        <w:widowControl/>
      </w:pPr>
      <w:r>
        <w:t>check Listening status and say a complete listed phrase. For a conversational question, type it in ChatGPT or start the separately configured AI teacher. Voice control accepts its listed app commands.</w:t>
      </w:r>
    </w:p>
    <w:p>
      <w:pPr>
        <w:pStyle w:val="Heading3"/>
        <w:widowControl/>
      </w:pPr>
      <w:r>
        <w:t>An optional key does something else</w:t>
      </w:r>
    </w:p>
    <w:p>
      <w:pPr>
        <w:widowControl/>
      </w:pPr>
      <w:r>
        <w:t>check the current window, command palette assignment and screen-reader key settings. Reassign the optional key.</w:t>
      </w:r>
    </w:p>
    <w:p>
      <w:pPr>
        <w:pStyle w:val="Heading3"/>
        <w:widowControl/>
      </w:pPr>
      <w:r>
        <w:t>A PDF or search result seems incomplete</w:t>
      </w:r>
    </w:p>
    <w:p>
      <w:pPr>
        <w:widowControl/>
      </w:pPr>
      <w:r>
        <w:t>read coverage warnings and seek help with anything that seems wrong. Try a compatible original score or another source.</w:t>
      </w:r>
    </w:p>
    <w:p>
      <w:pPr>
        <w:pStyle w:val="Heading3"/>
        <w:widowControl/>
      </w:pPr>
      <w:r>
        <w:t>No update is offered</w:t>
      </w:r>
    </w:p>
    <w:p>
      <w:pPr>
        <w:widowControl/>
      </w:pPr>
      <w:r>
        <w:t>An update is offered only when a newer stable version is published. A local test build may be ahead of the latest public release. If an update fails, keep the error message and download the complete SpeakTab-Windows.zip from the latest GitHub release. Save your work and close SpeakTab normally before replacing its program files. Extract the complete ZIP so its runtimes, assets, licences, samples and guides stay together. If the problem continues, report the update steps and the exact message through Report a problem. Review the report before sending it.</w:t>
      </w:r>
    </w:p>
    <w:p>
      <w:pPr>
        <w:pStyle w:val="Heading2"/>
        <w:widowControl/>
      </w:pPr>
      <w:r>
        <w:t>Ask the teacher to open or download replacement music</w:t>
      </w:r>
    </w:p>
    <w:p>
      <w:pPr>
        <w:widowControl/>
      </w:pPr>
      <w:r>
        <w:t>The live AI teacher can use the app's current menu actions, find local music files, open a supported file as your active reading, and download and open an importable public music file or chart. Start the live teacher with F8 after configuring your connection.</w:t>
      </w:r>
    </w:p>
    <w:p>
      <w:pPr>
        <w:widowControl/>
      </w:pPr>
      <w:r>
        <w:t>For example, say: "Find a better tab for this song and open the best suitable version." This delegates the search and choice. The teacher searches, checks the available music, and opens a suitable result. You can also choose a numbered search result yourself. Search alone does not save or open a song.</w:t>
      </w:r>
    </w:p>
    <w:p>
      <w:pPr>
        <w:widowControl/>
      </w:pPr>
      <w:r>
        <w:t>For local music, say: "Look in My Music and open my saved version of this song." Give the folder if your music is elsewhere. The teacher can list supported files and child folders and open a concrete file path without making you use the file picker. If two files could match, she needs enough information to choose the intended one.</w:t>
      </w:r>
    </w:p>
    <w:p>
      <w:pPr>
        <w:widowControl/>
      </w:pPr>
      <w:r>
        <w:t>For a public address, say: "Download and open the tab at this address," and provide the URL. The app checks whether the public source can be downloaded and imported. Account-only pages still require their normal browser sign-in; a video is not automatically a score. Coverage and musical accuracy are not established merely by passing an import check.</w:t>
      </w:r>
    </w:p>
    <w:p>
      <w:pPr>
        <w:widowControl/>
      </w:pPr>
      <w:r>
        <w:t>Opening replacement music changes the active reading. Adding an alternate reference keeps your current reading and attaches a comparison instead. Tell the teacher which result you want. Original source files are preserved. Save unsaved source edits before asking for replacement music. Failed or cancelled imports do not replace the active reading. A downloaded file can remain in My Music if a later import is cancelled.</w:t>
      </w:r>
    </w:p>
    <w:p>
      <w:pPr>
        <w:widowControl/>
      </w:pPr>
      <w:r>
        <w:t>For other app functions say what you want done, for example "Open playback settings" or "Show the instrument parts." The teacher looks up the current menu route and invokes the existing action. Dialogs retain their normal choices and confirmation controls; opening a dialog does not mean its settings were applied. Changes in the active lesson still need a live microphone test on your setup.</w:t>
      </w:r>
    </w:p>
    <w:p>
      <w:pPr>
        <w:pStyle w:val="Heading2"/>
        <w:widowControl/>
      </w:pPr>
      <w:r>
        <w:t>Main scores and companion chord or lyric sheets</w:t>
      </w:r>
    </w:p>
    <w:p>
      <w:pPr>
        <w:widowControl/>
      </w:pPr>
      <w:r>
        <w:t>Choose a structured score appropriate to your instrument: MusicXML or MuseScore for supported staff parts, or Guitar Pro for supported six-string guitar tab. PDF and text tab remain alternatives with stated recovery and timing limits. A file format does not prove correct notes, complete coverage or a matching arrangement.</w:t>
      </w:r>
    </w:p>
    <w:p>
      <w:pPr>
        <w:widowControl/>
      </w:pPr>
      <w:r>
        <w:t>The teacher checks score sources before settling for a simple text chart. F2 search results identify the verified format and place structured scores ahead of PDF/text results, even if the simpler chart arrived first. A song page that offers both readable text and a valid structured-score download prefers the score for a tab search. A failed or protected download is not treated as a usable score.</w:t>
      </w:r>
    </w:p>
    <w:p>
      <w:pPr>
        <w:widowControl/>
      </w:pPr>
      <w:r>
        <w:t>Keep a chord or lyric sheet as a companion through File &gt; Companion chord or lyric sheet &gt; Add reference file. Written ChatGPT and the live teacher can compare it with the main score; plain lyrics need not contain importable notes to be useful as a reference. Check arrangement, key, capo, tuning and section. Opening a replacement changes the main reading; attaching a reference keeps it open.</w:t>
      </w:r>
    </w:p>
    <w:p>
      <w:pPr>
        <w:widowControl/>
      </w:pPr>
      <w:r>
        <w:t>When no suitable structured score is confirmed, the teacher explains the limitation before using a PDF or plain-text tab as your main reading. Search failures do not prove that a better score is unavailable. Account and browser download choices remain with the source's normal controls.</w:t>
      </w:r>
    </w:p>
    <w:p>
      <w:pPr>
        <w:pStyle w:val="Heading2"/>
        <w:widowControl/>
      </w:pPr>
      <w:r>
        <w:t>Recover printed or visual PDF tablature</w:t>
      </w:r>
    </w:p>
    <w:p>
      <w:pPr>
        <w:widowControl/>
      </w:pPr>
      <w:r>
        <w:t>Some browser prints show clear tablature but store each line as a short image strip. There may be no selectable text. Copying that page cannot supply string/fret data. SpeakTab now considers wide image strips when deciding whether a PDF needs OCR. Plain text OCR alone does not prove which fret belongs to which string or establish exact rhythm.</w:t>
      </w:r>
    </w:p>
    <w:p>
      <w:pPr>
        <w:widowControl/>
      </w:pPr>
      <w:r>
        <w:t>File &gt; Repair current file with AI in app reads a PDF visually one original page at a time, up to twenty pages per run. Each page is sent to the selected assistant. The status announces the current page and completed count. This keeps dense scores within smaller output sections. Requests for tablature require the printed string/fret events, muted strings, rests and techniques; a chord chart is not a substitute for the tab.</w:t>
      </w:r>
    </w:p>
    <w:p>
      <w:pPr>
        <w:widowControl/>
      </w:pPr>
      <w:r>
        <w:t>Completed page scores, responses and coverage notes are retained privately under Saved Readings &gt; AI Repairs. Cancel stops additional work and preserves completed pages. If a later page fails, no complete replacement is applied; the report identifies the stopped page and the folder containing completed work. A provider's incomplete output remains unfinished and is never applied as a full score. Successful page outputs are combined only when their formats agree. MusicXML parts must have consistent identities before combination. The source file is preserved.</w:t>
      </w:r>
    </w:p>
    <w:p>
      <w:pPr>
        <w:widowControl/>
      </w:pPr>
      <w:r>
        <w:t>The page limit, visual processing and structural checks do not guarantee every printed note, rhythm mark, lyric or technique is correct. Read page coverage and uncertainties in the repair report. Seek help with passages that seem wrong. A larger file may need a smaller source section. PDF repair may take much longer; Cancel repair stops it and keeps completed passages. API-key modes use provider billing for each page request.</w:t>
      </w:r>
    </w:p>
    <w:p>
      <w:pPr>
        <w:widowControl/>
      </w:pPr>
      <w:r>
        <w:t>The live teacher can inspect the current import failure and request a separate repair without making you operate the repair window. Say: "Inspect this PDF and recover its actual tablature. Keep this exact arrangement." The teacher uses the configured ChatGPT answer model when connected, or the existing lesson API connection. Completed page files are retained if the run fails. Original music and unsaved edits are protected, and a later result cannot replace a different reading.</w:t>
      </w:r>
    </w:p>
    <w:p>
      <w:pPr>
        <w:widowControl/>
      </w:pPr>
      <w:r>
        <w:t>The teacher can also research conversion methods and downloadable score formats using its music-research tools. Its public search does not search your signed-in paid browser account. A source's Print, Save as PDF or account-only download still uses its normal browser controls. After the necessary browser step, ask the teacher to continue with the saved file. It must report the actual result and ask before substituting another arrangement when you want an exact source.</w:t>
      </w:r>
    </w:p>
    <w:p>
      <w:pPr>
        <w:pStyle w:val="Heading2"/>
        <w:widowControl/>
      </w:pPr>
      <w:r>
        <w:t>Visual tablature repair and incomplete recoveries</w:t>
      </w:r>
    </w:p>
    <w:p>
      <w:pPr>
        <w:widowControl/>
      </w:pPr>
      <w:r>
        <w:t>The same repair process handles supported tablature from different songs and sources. PDFs are read as original visual pages. Images and decoded files use the same tablature checks. If you ask to preserve strings, frets, tabs or tablature, a chord-only or pitch-only substitute is rejected. The teacher also honors its explicit tablature request setting.</w:t>
      </w:r>
    </w:p>
    <w:p>
      <w:pPr>
        <w:widowControl/>
      </w:pPr>
      <w:r>
        <w:t>A partial result with readable musical structure offers Open provisional reading. Choose it explicitly to open a separate annotated review copy; it does not apply automatically. The original remains intact. Coverage and missing-range warnings survive saved reopening and prose exports. Complete AI readings still carry an AI-assisted warning. Malformed results remain blocked.</w:t>
      </w:r>
    </w:p>
    <w:p>
      <w:pPr>
        <w:widowControl/>
      </w:pPr>
      <w:r>
        <w:t>ASCII tablature requires six strings. MusicXML supports an explicitly declared one-through-six string count per staff, including four-string ukulele. Supplied frets and re-entrant tuning are retained; missing tuning is not inferred from an instrument name. Guitar Pro part selection still requires supported six-string tracks. Seek help with recovered music that seems wrong.</w:t>
      </w:r>
    </w:p>
    <w:p>
      <w:pPr>
        <w:widowControl/>
      </w:pPr>
      <w:r>
        <w:t>In recovered text tab, reader measure numbers follow the recovered sequence. Printed source measure numbers remain headings for comparison. Beat positions are estimates; original durations, repeats and timing across parts may need help from AI or a musician to resolve. Keep the original score. A successful structural import does not prove the notes are accurate.</w:t>
      </w:r>
    </w:p>
    <w:p>
      <w:pPr>
        <w:pStyle w:val="Heading2"/>
        <w:widowControl/>
      </w:pPr>
      <w:r>
        <w:t>Recover the rest when one passage is incomplete</w:t>
      </w:r>
    </w:p>
    <w:p>
      <w:pPr>
        <w:widowControl/>
      </w:pPr>
      <w:r>
        <w:t>Visual repair can continue after an unreadable lyric or missing passage. Page readings and missing-range notes are retained. Structurally readable partial music opens only through the explicit provisional action, with gaps marked. Cancellation or a provider error stops further uploads and retains returned work.</w:t>
      </w:r>
    </w:p>
    <w:p>
      <w:pPr>
        <w:widowControl/>
      </w:pPr>
      <w:r>
        <w:t>Six-string text tabs may label the strings 1 through 6 from top to bottom when pitch labels are absent. These numbers identify strings and are not extra frets. Numeric labels do not establish tuning. Keep supplied tuning information with the reading. A complete-coverage claim can still miss a repeated note; seek help if something sounds or seems wrong. Text-tab playback continues to use estimated spacing rather than exact printed rests, ties or written durations.</w:t>
      </w:r>
    </w:p>
    <w:p>
      <w:pPr>
        <w:pStyle w:val="Heading2"/>
        <w:widowControl/>
      </w:pPr>
      <w:r>
        <w:t>Connection errors during visual repair</w:t>
      </w:r>
    </w:p>
    <w:p>
      <w:pPr>
        <w:widowControl/>
      </w:pPr>
      <w:r>
        <w:t>The saved ChatGPT repair connection now starts a separate secure connection for each file or PDF section. If a connection/provider error still stops a repair, earlier recovered pages and review notes remain saved. It does not automatically resend a failed page. The status includes the actual underlying error when available, so the teacher can distinguish a connection problem from unreadable notation. This does not guarantee network availability or correct musical transcription.</w:t>
      </w:r>
    </w:p>
    <w:p>
      <w:pPr>
        <w:pStyle w:val="Heading2"/>
        <w:widowControl/>
      </w:pPr>
      <w:r>
        <w:t>Cleaner descriptions and visual PDF recovery</w:t>
      </w:r>
    </w:p>
    <w:p>
      <w:pPr>
        <w:widowControl/>
      </w:pPr>
      <w:r>
        <w:t>Opening a reading explains when its timing is approximate. Moving, reading details, using bookmarks and asking the Voice control for the next position then use beat without repeating estimated. The full explanation adds source detail without repeating its own location and string list.</w:t>
      </w:r>
    </w:p>
    <w:p>
      <w:pPr>
        <w:widowControl/>
      </w:pPr>
      <w:r>
        <w:t>Some PDFs contain selectable digits; others contain pictures or outlined glyphs. The reader now recovers more short and low-margin tab systems and a verified older Guitar Pro font. Explicit alternative fingerings are identified as separate examples. A page count confirms recovered positions, not every original note. Seek help if the recovered music seems wrong.</w:t>
      </w:r>
    </w:p>
    <w:p>
      <w:pPr>
        <w:widowControl/>
      </w:pPr>
      <w:r>
        <w:t>Visual repair preserves the original file and saves each page and attempt. It can make one additional request to correct malformed text-tab formatting. When requested music remains unresolved, or returned notation cannot open despite an AI complete label, it can inspect the same page once using the full page and four overlapping detail views. Those are inspection views, not extra music pages. A connection error is not automatically resent. Recovery next steps are saved with the actual error, missing ranges and retained work. The teacher can investigate matching creator scores or conversion routes with its existing research tools; another arrangement is identified as an alternative. A failed connection does not establish that the page is unreadable. A result with missing requested notes or pages stays a separate review copy. Timing limitations are disclosed without treating otherwise complete notes as missing.</w:t>
      </w:r>
    </w:p>
    <w:p>
      <w:pPr>
        <w:widowControl/>
      </w:pPr>
      <w:r>
        <w:t>Recovered text uses uppercase R for an explicit rest; the rest remains a silent, navigable practice position with unencoded duration. A lower-case r immediately after a fret is a bend release. A tie is described as a hold, rather than invented vibrato or an extra attack. Where the source supplies tuning independently of numbered string labels, a header such as Tuning (strings 1 to 6): D A G D A D retains that high-to-low tuning. Missing octaves are inferred near normal guitar register and can be confirmed with Ctrl+4. String numbers alone never establish tuning.</w:t>
      </w:r>
    </w:p>
    <w:p>
      <w:pPr>
        <w:pStyle w:val="Heading2"/>
        <w:widowControl/>
      </w:pPr>
      <w:r>
        <w:t>Additional reading and microphone controls</w:t>
      </w:r>
    </w:p>
    <w:p>
      <w:pPr>
        <w:pStyle w:val="Heading2"/>
        <w:widowControl/>
      </w:pPr>
      <w:r>
        <w:t>Voice control returns to score</w:t>
      </w:r>
    </w:p>
    <w:p>
      <w:pPr>
        <w:widowControl/>
      </w:pPr>
      <w:r>
        <w:t>Press Ctrl+Alt+L to turn the Voice control on and return to the score. Start listening in the command window does the same after successful activation. Escape, Ctrl+2 and Return to music preserve listening. Use Stop listening or Ctrl+Alt+L to turn it off. Check numbered measure navigation and ordinary keyboard movement with your actual microphone and screen reader.</w:t>
      </w:r>
    </w:p>
    <w:p>
      <w:pPr>
        <w:pStyle w:val="Heading2"/>
        <w:widowControl/>
      </w:pPr>
      <w:r>
        <w:t>Find music from a named source</w:t>
      </w:r>
    </w:p>
    <w:p>
      <w:pPr>
        <w:widowControl/>
      </w:pPr>
      <w:r>
        <w:t>Press F2. Source filter starts on GTPtabs downloads. Enter a song and artist, then Search now. If that catalog does not have the arrangement, choose another named catalog and search again. There is no search-everything row. A zero result on one source does not prove a song is unavailable. Checked counts are arrangements, not certified complete songs. Chord charts are companions, not a substitute for requested picking tablature.</w:t>
      </w:r>
    </w:p>
    <w:p>
      <w:pPr>
        <w:widowControl/>
      </w:pPr>
      <w:r>
        <w:t>Normal search uses the selected source's direct artist/song catalog. AI search selected site stays on that source. AI search the web explicitly asks the configured AI to discover other sources and then checks matching music before listing it. Normal search does not scrape Google or DuckDuckGo. The teacher's ordinary music search uses the tested catalogs too. A named site's continued inclusion reflects actual tested successes, not a guarantee it has every song.</w:t>
      </w:r>
    </w:p>
    <w:p>
      <w:pPr>
        <w:pStyle w:val="Heading2"/>
        <w:widowControl/>
      </w:pPr>
      <w:r>
        <w:t>Download instructions for retained music sources</w:t>
      </w:r>
    </w:p>
    <w:p>
      <w:pPr>
        <w:widowControl/>
      </w:pPr>
      <w:r>
        <w:t>GTPtabs: choose a checked result and press Enter or Download and open. In the browser, open the song page and Download the actual Guitar Pro file. Prefer GP, GPX or GP3/4/5 over printing a PDF when offered.</w:t>
      </w:r>
    </w:p>
    <w:p>
      <w:pPr>
        <w:widowControl/>
      </w:pPr>
      <w:r>
        <w:t>GuitarTabsExplorer, GoTabs, Musicnoteslib, ChordLines and TabFan: select a checked result and press Enter. SpeakTab saves its actual selectable notation. Browser fallback: copy the chart and use Paste page text, Ctrl+Shift+V. Source type and approximate text timing remain explicit.</w:t>
      </w:r>
    </w:p>
    <w:p>
      <w:pPr>
        <w:widowControl/>
      </w:pPr>
      <w:r>
        <w:t>Classical Guitar Shed: choose the piece in the free sheet-music library, then Free Sheet Music &amp; Tabs and save the PDF. The source covers classical repertoire and lessons rather than a general pop-song catalog.</w:t>
      </w:r>
    </w:p>
    <w:p>
      <w:pPr>
        <w:widowControl/>
      </w:pPr>
      <w:r>
        <w:t>Six String Fingerpicking: choose the lesson and Get the tab. Only free PDF links are accepted by the automatic route. Some lessons point to paid Musicnotes scores; the free video does not make those tabs free. Check the chosen lesson for an explicitly available free PDF. If its score requires purchase, open the publisher page and review its terms.</w:t>
      </w:r>
    </w:p>
    <w:p>
      <w:pPr>
        <w:widowControl/>
      </w:pPr>
      <w:r>
        <w:t>Ultimate Guitar: sign in in your normal browser and choose an actual Guitar Pro arrangement. Use Download/Export if the selected arrangement offers it. The handoff can import the next single stable new Guitar Pro download in Downloads. Official/Pro viewing access does not guarantee a GP export. If only printing is offered, save a PDF for the recovery route.</w:t>
      </w:r>
    </w:p>
    <w:p>
      <w:pPr>
        <w:widowControl/>
      </w:pPr>
      <w:r>
        <w:t>Guitar Pro mySongBook: downloadable free score files and protected mySongBook viewing are different. Protected catalog scores generally cannot be exported into SpeakTab. Guitar Pro has its own account, separate from Ultimate Guitar.</w:t>
      </w:r>
    </w:p>
    <w:p>
      <w:pPr>
        <w:widowControl/>
      </w:pPr>
      <w:r>
        <w:t>Blue Morris: open Fingerstyle Guitar Tabs or Chord Charts, choose a lesson, and use an available Download PDF control. This is a browser download route; direct automated site search/import is not established. Some material requires separate membership access.</w:t>
      </w:r>
    </w:p>
    <w:p>
      <w:pPr>
        <w:widowControl/>
      </w:pPr>
      <w:r>
        <w:t>Guitar Alliance: use the surviving Instant Song Library download center and actual file links. Older lesson addresses can be broken, and a downloadable PDF may still need recovery.</w:t>
      </w:r>
    </w:p>
    <w:p>
      <w:pPr>
        <w:widowControl/>
      </w:pPr>
      <w:r>
        <w:t>TrueFire: open your course with your own account. In TrueFire 3, Chart opens a lesson PDF and Tab opens an available Guitar Pro asset. Username &gt; Storage &gt; course &gt; Folder reveals downloaded course files. Prefer GP5 where supplied. Older PowerTab PTB files do not import directly into SpeakTab. Not every lesson includes a file. Official help: https://intercom.help/truefire/en/articles/10860193-how-to-access-pdfs-jams-gp5-files-in-desktop-app</w:t>
      </w:r>
    </w:p>
    <w:p>
      <w:pPr>
        <w:widowControl/>
      </w:pPr>
      <w:r>
        <w:t>Guitareo/Musora: open the lesson, choose See More, then Resources below the video. Select the sheet-music file and save it if it opens in another tab. Check Assignments as well. Some licensed songs are on-screen only, with no download/print option. Official help: https://faq.musora.com/article/1208-how-do-i-download-resources-and-videos</w:t>
      </w:r>
    </w:p>
    <w:p>
      <w:pPr>
        <w:widowControl/>
      </w:pPr>
      <w:r>
        <w:t>For any browser download, keep the original and return through Open downloaded file in F2 or File &gt; Open music file, Ctrl+O. If a PDF does not import, use Repair another file with AI in app. No recognition success or exact timing is implied by downloading it. Credentials stay on the provider's site. The source details in the search window display these instructions for the currently selected source.</w:t>
      </w:r>
    </w:p>
    <w:p>
      <w:pPr>
        <w:pStyle w:val="Heading2"/>
        <w:widowControl/>
      </w:pPr>
      <w:r>
        <w:t>Which source should I choose</w:t>
      </w:r>
    </w:p>
    <w:p>
      <w:pPr>
        <w:widowControl/>
      </w:pPr>
      <w:r>
        <w:t>Choose a source for the kind of music and file you need. These examples describe the October 23 tests, not a promise that every song is available or every arrangement is accurate.</w:t>
      </w:r>
    </w:p>
    <w:p>
      <w:pPr>
        <w:widowControl/>
      </w:pPr>
      <w:r>
        <w:t>GTPtabs — Useful for downloadable Guitar Pro rock and pop arrangements. Start with a song title and artist, then check the selected part and arrangement. A catalog search does not guarantee that a particular song is available.</w:t>
      </w:r>
    </w:p>
    <w:p>
      <w:pPr>
        <w:widowControl/>
      </w:pPr>
      <w:r>
        <w:t>GuitarTabsExplorer — Text tablature and chord alternatives. Check the actual arrangement and coverage before importing.</w:t>
      </w:r>
    </w:p>
    <w:p>
      <w:pPr>
        <w:widowControl/>
      </w:pPr>
      <w:r>
        <w:t>Musicnoteslib — A broad legacy collection of text tabs and chord charts, including less common material. Check the artist, arrangement and actual notation; a matching title does not certify musical accuracy.</w:t>
      </w:r>
    </w:p>
    <w:p>
      <w:pPr>
        <w:widowControl/>
      </w:pPr>
      <w:r>
        <w:t>GoTabs — Text-tab and chord alternatives. Choose a checked result and review its completeness. Availability varies by song and artist.</w:t>
      </w:r>
    </w:p>
    <w:p>
      <w:pPr>
        <w:widowControl/>
      </w:pPr>
      <w:r>
        <w:t>ChordLines — Chord and lyric companions for accompaniment. A chord chart does not provide a complete picking or solo part.</w:t>
      </w:r>
    </w:p>
    <w:p>
      <w:pPr>
        <w:widowControl/>
      </w:pPr>
      <w:r>
        <w:t>TabFan — Primarily useful for chord-chart accompaniment. A chord sheet does not supply a complete picking or solo part.</w:t>
      </w:r>
    </w:p>
    <w:p>
      <w:pPr>
        <w:widowControl/>
      </w:pPr>
      <w:r>
        <w:t>Classical Guitar Shed - Classical guitar sheet music and lesson scores. These are guitar arrangements; verify instrumentation when you need a different instrument.</w:t>
      </w:r>
    </w:p>
    <w:p>
      <w:pPr>
        <w:widowControl/>
      </w:pPr>
      <w:r>
        <w:t>Six String Fingerpicking — Teacher-led fingerstyle arrangements. Some lessons offer free PDFs; others sell the tab separately. Match both title and artist before choosing an arrangement.</w:t>
      </w:r>
    </w:p>
    <w:p>
      <w:pPr>
        <w:widowControl/>
      </w:pPr>
      <w:r>
        <w:t>Choose sources by the material you need: a structured-score catalog for note-by-note study, a classical library for classical guitar, and a chord catalog for accompaniment. Read each source’s browser or download instructions.</w:t>
      </w:r>
    </w:p>
    <w:p>
      <w:pPr>
        <w:widowControl/>
      </w:pPr>
      <w:r>
        <w:t>PIANO STAFF LABELS Ordinary score rows and exported reading text omit routine staff numbers, including when changing measures or moving Up/Down. Explicit staff queries and F3 retain supplied staff identity and clefs. A single voice is not announced. Multiple voices on one staff use local numbers beginning at 1; the original source identifiers remain unchanged. Clefs and staff numbers do not determine hands. Missing clefs remain unspecified.</w:t>
      </w:r>
    </w:p>
    <w:p>
      <w:pPr>
        <w:widowControl/>
      </w:pPr>
      <w:r>
        <w:t>The live teacher accepts Documents, My Documents, Downloads, Desktop, Music, My Music and named child folders. A recursive local search can find a named file or folder within a requested root. The result names the folder searched and any access or search limits. Folder contents are not uploaded merely by listing them.</w:t>
      </w:r>
    </w:p>
    <w:p>
      <w:pPr>
        <w:widowControl/>
      </w:pPr>
      <w:r>
        <w:t>Teacher profile has Automatically remember lesson conversation for each piece locally. Asking the live teacher to remember lesson conversations for every piece can turn this on for future lessons; turn it off with the same request or checkbox. It is off by default until requested. Recognized student words and the teacher's spoken replies are saved locally per arrangement, independently of saving the reading. Reopening the same piece supplies recent conversation as context; earlier history remains on disk. Voice recognition can be wrong. These are conversation records, not verified performance assessments or automatically polished lesson summaries. Current lesson context, including saved memory, is supplied to the configured AI when teaching is used. No raw microphone recordings are stored by this feature. General onboarding without a loaded piece is not saved as piece memory.</w:t>
      </w:r>
    </w:p>
    <w:p>
      <w:pPr>
        <w:widowControl/>
      </w:pPr>
      <w:r>
        <w:t>Ctrl+S still explicitly saves a reading and its companion. Ask for a concise saved lesson summary or a passage practice note when wanted. Updating a summary preserves earlier memory history. Delayed recognized speech stays associated with the piece at the start of its conversation turn. Lesson memories are stored with your local Windows teacher profile. Turning automatic recording off retains existing history; it does not delete it. These records stay with the local Windows profile.</w:t>
      </w:r>
    </w:p>
    <w:p>
      <w:pPr>
        <w:widowControl/>
      </w:pPr>
      <w:r>
        <w:t>The connected teacher receives the current preferences, piece and saved lesson context with each reply. If you change a folder or request, check that the response uses the new context. Name the exact measures when asking for an explanation. The app computes tie-duration totals from supplied note chains; seek help if the musical advice seems wrong. Response quality, voice timing and microphone behavior depend on the live connection and your equipment.</w:t>
      </w:r>
    </w:p>
    <w:p>
      <w:pPr>
        <w:widowControl/>
      </w:pPr>
      <w:r>
        <w:t>CONTINUE THE LESSON AND FIND LOCAL COURSE EXERCISES In a live lesson, go on, move on, continue and next mean continue from the next unfinished teaching step, without a recap or restarting. Next measure is an explicit score-navigation request. Check the selected part, tuning and capo before following an exercise. Ask the teacher to explain these details whenever they affect your question. If a local course collection has a prepared index, ask the teacher which exercises and readings are available. A folder name alone does not make the course readable. The live teacher receives existing prepared readings and their coverage, with recommended harder material listed first. Open the intended reading and check its available measures before asking about its notes. Files marked only as source references are not proof that readable notes were recovered. The course index describes available local files; it does not download a course or grant access to a book.</w:t>
      </w:r>
    </w:p>
    <w:p>
      <w:pPr>
        <w:widowControl/>
      </w:pPr>
      <w:r>
        <w:t>PERSONAL STUDENT INFORMATION General teaching behavior is shared: continue to the next step and avoid unnecessary repetition. Personal music, current books or exercises, goals, preferences and lesson memories belong to the individual student. The teacher can remember a stated book or exercise collection in that student's local profile and keep progress separately for each piece. Naming a book does not mean the app has its files; the teacher must inspect the actual local course or file. Automatic piece memories are stored with the local Windows student's teacher profile, separately from the application and from another Windows student's profile. A new installation starts without anyone else's personal profile, course index or piece memories. Personal profiles, local course indexes, music and memory records are explicitly excluded from the distribution packages. The user can turn automatic memory off without deleting existing notes.</w:t>
      </w:r>
    </w:p>
    <w:p>
      <w:pPr>
        <w:widowControl/>
      </w:pPr>
      <w:r>
        <w:t>ULTIMATE GUITAR: PRINT IS DIFFERENT FROM A GP DOWNLOAD Ultimate Guitar's current website help distinguishes Guitar Pro tabs from Official tabs and from the Pro membership name. A Guitar Pro tab can offer a Download button lower on its webpage for gp, gpx, gp3, gp4 or gp5. That GP download is website-only, not available in UG mobile apps. Official tabs do not offer a downloadable GP file. An offered Print/Save as PDF creates a PDF and is not a structured GP export. Inspect the actual version and controls rather than assuming the subscription or interactive player supplies a GP download. A PDF remains an original reference and may require musical recovery/review in SpeakTab. UG help, checked October23 2026: https://help.ultimate-guitar.com/en/articles/6749046-website-how-to-download-guitar-pro-and-power-tabs https://help.ultimate-guitar.com/en/articles/6749040-website-can-i-download-the-official-tab https://help.ultimate-guitar.com/en/articles/10558773-website-how-to-download-a-song-as-a-pdf</w:t>
      </w:r>
    </w:p>
    <w:p>
      <w:pPr>
        <w:widowControl/>
      </w:pPr>
      <w:r>
        <w:t>Before independent practice, save useful teacher advice: ask Save a practice note for this passage, then verify the save result. Ctrl+Shift+Y (factory default) opens Practice &gt; Write or edit a practice reminder for manual Save or Cancel. A saved lesson summary is separate and can be requested for the song. Ctrl+S saves the reading workspace; it does not automatically turn a spoken explanation into a practice note.</w:t>
      </w:r>
    </w:p>
    <w:p>
      <w:pPr>
        <w:widowControl/>
      </w:pPr>
      <w:r>
        <w:t>Press F9 or use Voice &gt; Stop AI teacher and microphone when the AI lesson is finished. This ends the AI conversation. Ctrl+2 only returns to music; playback Pause only pauses music. Neither is an AI cost control. Start the teacher again when you need further help. Start another session only when further conversational teaching is wanted.</w:t>
      </w:r>
    </w:p>
    <w:p>
      <w:pPr>
        <w:widowControl/>
      </w:pPr>
      <w:r>
        <w:t>The current Realtime teacher is charged for response input/output, with input transcription separate. A connection that is truly silent does not itself have a per-minute connection charge. Detected speech, music or background sound may trigger responses and use credits. Accumulated conversation is also input to subsequent responses, with some input eligible for caching. Do not infer a personal bill from time alone. Official explanation: https://developers.openai.com/api/docs/guides/voice-latency-cost?voice-api=realtime</w:t>
      </w:r>
    </w:p>
    <w:p>
      <w:pPr>
        <w:widowControl/>
      </w:pPr>
      <w:r>
        <w:t>For repeated practice, use keyboard navigation, your screen reader or Braille, local playback/loops, and the Voice control commands. These local functions do not use AI credits. A connected AI teacher can still hear sound, so stop that lesson first when choosing free practice.</w:t>
      </w:r>
    </w:p>
    <w:p>
      <w:pPr>
        <w:widowControl/>
      </w:pPr>
      <w:r>
        <w:t>Practice &gt; Review saved practice notes... opens the notes for the current reading with their passage locations. No default shortcut is assigned; use the menu or assign your own in Help &gt; Customize keyboard shortcuts. Read the full text with your screen reader/Braille, or choose Read notes with Windows voice (stops AI). That button ends the AI conversation before speaking the saved notes locally, so the teacher cannot hear the reminder. It does not delete notes, change your score position or restart AI. Stop audio interrupts local speech; Escape closes the window and stops speech. F9 in the window stops AI and the local reading. Notes remain available after reopening the same reading. No timed or automatic spoken reminder is added.</w:t>
      </w:r>
    </w:p>
    <w:p>
      <w:pPr>
        <w:widowControl/>
      </w:pPr>
      <w:r>
        <w:t>Tests that compile and run local fixtures or simulated API responses do not use AI credits. Actual live teacher, AI search, transcription and file-repair tests may use paid service. Local software checks do not establish physical speech, screen-reader, Braille or microphone quality. Check those with your own equipment.</w:t>
      </w:r>
    </w:p>
    <w:p>
      <w:pPr>
        <w:widowControl/>
      </w:pPr>
      <w:r>
        <w:t>SPOKEN PRACTICE NOTE REMINDERS</w:t>
      </w:r>
    </w:p>
    <w:p>
      <w:pPr>
        <w:widowControl/>
      </w:pPr>
      <w:r>
        <w:t>Ask the teacher to save a practice note for the current passage and wait for the actual save confirmation. Stop the AI teacher with F9, or say stop teacher through an already-on Voice control. With the Voice control on (Ctrl+Alt+L toggles it), say read practice note, next practice note or previous practice note. If Require SpeakTab wake word is on, prefix the command with SpeakTab. The first reminder starts at the saved passage at or before the score selection, or the first saved note if none comes before. Next and previous then move through saved reminders in passage order, announcing each location and the beginning/end. This does not move the score or restart the AI teacher. Practice note is part of the phrase so next note keeps its established musical-navigation meaning. Read practice note repeats the currently chosen reminder. New or changed notes appear when the command rereads saved data. Switching readings resets reminder selection. Voice control feedback uses your screen reader rather than an additional app voice. Read the reminder in the status text and use your screen reader's stop-speech command if needed. Say stop listening to turn off the Voice control. No cloud AI is used by these reminder commands. No automatic timer is added.</w:t>
      </w:r>
    </w:p>
    <w:p>
      <w:pPr>
        <w:widowControl/>
      </w:pPr>
      <w:r>
        <w:t>The same text actions are in Practice &gt; Read saved practice note, Practice &gt; Next saved practice note and Practice &gt; Previous saved practice note. They have no factory shortcuts; optional custom keys are available. Practice &gt; Review saved practice notes... remains an optional text/Braille list with Windows read-aloud. An active AI teacher still receives ordinary requests, so stop her before using the free reminder commands.</w:t>
      </w:r>
    </w:p>
    <w:p>
      <w:pPr>
        <w:pStyle w:val="Heading2"/>
        <w:widowControl/>
      </w:pPr>
      <w:r>
        <w:t>Score formats and retained information</w:t>
      </w:r>
    </w:p>
    <w:p>
      <w:pPr>
        <w:widowControl/>
      </w:pPr>
      <w:r>
        <w:t>MusicXML and MuseScore are the preferred sources for supported staff parts. The October audit retained 164 structured source cases, including 160 meaningful selected parts: 20 each for violin, viola, piano, harp, drums, ukulele, voice with words and lead sheets. Three empty harp parts and one vocal-labelled case whose source selected Viola were excluded from meaningful coverage; replacements supplied the required counts. Format copies of one edition did not count as extra scores.</w:t>
      </w:r>
    </w:p>
    <w:p>
      <w:pPr>
        <w:widowControl/>
      </w:pPr>
      <w:r>
        <w:t>For the 164 MusicXML imports, 161 matched the independently decoded notes, rests, timing, ties and lyrics. Two piano sources contained inconsistent backward timing and one harp source contained a zero-duration ordinary note. SpeakTab reports recovered timing for these cases; their rhythm is not certified source-exact. Of 56 MuseScore files, 53 matched the checked measured pitches and durations; three exceeded size limits. Grace notes were retained as written information rather than additional timed attacks.</w:t>
      </w:r>
    </w:p>
    <w:p>
      <w:pPr>
        <w:widowControl/>
      </w:pPr>
      <w:r>
        <w:t>All 160 meaningful selected parts passed native row, navigation, full-detail, saved reopening and playback-plan checks. Independent decoding of all 164 saved readings preserved the checked musical data. Software audio excerpts were rendered for all eight groups. These are software checks, not physical listening, screen-reader or Braille-device acceptance.</w:t>
      </w:r>
    </w:p>
    <w:p>
      <w:pPr>
        <w:widowControl/>
      </w:pPr>
      <w:r>
        <w:t>The retained private score library has an index, original credits, limitations and reopenable selected-part readings. Its 295 original files were hash-checked unchanged. Some publisher piano files are excerpts. Source availability and collected license metadata are not permission to republish the collection.</w:t>
      </w:r>
    </w:p>
    <w:p>
      <w:pPr>
        <w:pStyle w:val="Heading2"/>
        <w:widowControl/>
      </w:pPr>
      <w:r>
        <w:t>Choosing a PDF recovery route</w:t>
      </w:r>
    </w:p>
    <w:p>
      <w:pPr>
        <w:widowControl/>
      </w:pPr>
      <w:r>
        <w:t>Try an available MusicXML or MuseScore edition first. For a PDF, open the original and read the reported coverage. In the 41-PDF audit, five produced chord-and-lyric charts or excerpts; 36 needed recognition or another supported source. Each instrument group had at least five actual notation PDFs from more than one collection. One additional drum-rudiment table was retained as a reference and did not count toward the five notation PDFs.</w:t>
      </w:r>
    </w:p>
    <w:p>
      <w:pPr>
        <w:widowControl/>
      </w:pPr>
      <w:r>
        <w:t>Automatic text or tab recovery does not transcribe every staff note. Ledger lines, rehearsal letters and Italian directions must not become invented frets or chords. SpeakTab prevents the two false readings found in the audit. The existing 12 guitar-PDF regressions retained nine chart/tab imports, two explicit unsupported-tab rejections and one staff-only case left to recognition. Some chart imports cover only the readable pages or chord material.</w:t>
      </w:r>
    </w:p>
    <w:p>
      <w:pPr>
        <w:widowControl/>
      </w:pPr>
      <w:r>
        <w:t>SpeakTab uses Audiveris for local recognition of printed notation. Suggested use: an optional try for simple files of roughly two or three pages. It can be slow, stall or return incorrect or incomplete music, even on one page. For longer PDFs, use direct AI repair in SpeakTab without local recognition first, the separate ChatGPT app or website, or a matching structured score. Earlier single-page trials produced seven files in eight attempts in about 13–26 seconds; those narrow timings do not predict long-score performance or prove accuracy. Check clefs, registers, rests, ties, parts, lyrics and fingering.</w:t>
      </w:r>
    </w:p>
    <w:p>
      <w:pPr>
        <w:widowControl/>
      </w:pPr>
      <w:r>
        <w:t>ChatGPT inside SpeakTab uses the configured connection and displays replies in the app. Written questions include available reading context; the separate in-app remediation commands can also process a selected original file. The ChatGPT website handoff prepares a request for a separate browser session. Paste that request, attach the original there and send it when ready; download any returned score and open it in SpeakTab. Browser sign-in is separate from the app connection, and opening the handoff sends nothing automatically. Developers have sometimes found the website replies better able to handle long conversations and large scores. This is developer experience, not a guarantee; results and processing time vary.</w:t>
      </w:r>
    </w:p>
    <w:p>
      <w:pPr>
        <w:pStyle w:val="Heading2"/>
        <w:widowControl/>
      </w:pPr>
      <w:r>
        <w:t>Results of the recovery comparison</w:t>
      </w:r>
    </w:p>
    <w:p>
      <w:pPr>
        <w:widowControl/>
      </w:pPr>
      <w:r>
        <w:t>Eight public sample pages were tried with local recognition and in-app AI. Three were also tried in the signed-in ChatGPT browser: violin, ukulele and the chord-and-lyric sheet. Staff comparisons were bounded opening passages, generally four printed measures; drums covered exercises 1 and 2, and the chord sheet covered its one page. These derivatives and trials do not certify recovery of the full original scores.</w:t>
      </w:r>
    </w:p>
    <w:p>
      <w:pPr>
        <w:widowControl/>
      </w:pPr>
      <w:r>
        <w:t>Violin: local output matched 19 of 23 checked events. In-app AI initially matched 21 of 23 because it added a tie; a focused follow-up matched all 23. The browser reading matched all 23. Viola: local output matched 6 of 8 complete checked events, although all eight core pitches and timings matched; in-app AI matched all eight. Local piano output retained the 68 checked core pitch/timing events but differed in tie detail and added an event. The first in-app piano request timed out. Its retry returned a clearly partial reading with missing melodic and accompaniment voices, not a complete replacement.</w:t>
      </w:r>
    </w:p>
    <w:p>
      <w:pPr>
        <w:widowControl/>
      </w:pPr>
      <w:r>
        <w:t>Harp: local recognition misread a clef change, matching 22 of 34 checked note/rest events; in-app AI matched all 34 encoded events. Its prose note count was inaccurate, illustrating why a confident summary is not verification. Solo voice (one singer): both routes matched the 14 checked note events, but local output mixed instructions/chord text into lyrics; the checked in-app result preserved both lyric lines. Vocal and ukulele AI files initially needed a conventional XML declaration removed from separate review copies before validation; no score nodes were changed.</w:t>
      </w:r>
    </w:p>
    <w:p>
      <w:pPr>
        <w:widowControl/>
      </w:pPr>
      <w:r>
        <w:t>Ukulele: local output returned 16 events, of which eight matched the 19-event passage, and omitted the checked frets. In-app AI and browser output matched all 19 notes and fret pairs. The browser initially omitted the four-string declaration; a follow-up supplied it without inventing tuning. Drums: both routes recovered the eight requested quarter-note hits and identities, but local output also treated instructions as lyrics and continued beyond the requested exercises. In-app AI kept the requested scope.</w:t>
      </w:r>
    </w:p>
    <w:p>
      <w:pPr>
        <w:widowControl/>
      </w:pPr>
      <w:r>
        <w:t>The in-app chord-sheet result retained its 13 chords, words and Chorus references. The browser reply stopped early, and a follow-up remained incomplete. Local staff recognition produced no score for that page. These are observed outcomes of this small trial, not a guarantee that any route always succeeds.</w:t>
      </w:r>
    </w:p>
    <w:p>
      <w:pPr>
        <w:pStyle w:val="Heading2"/>
        <w:widowControl/>
      </w:pPr>
      <w:r>
        <w:t>Reviewing a provisional reading</w:t>
      </w:r>
    </w:p>
    <w:p>
      <w:pPr>
        <w:widowControl/>
      </w:pPr>
      <w:r>
        <w:t>1. Keep the original PDF or score. Ask for a specific page and measure range, all relevant staves and voices, and an honest account of missing symbols. For vocal music, request every lyric verse. For fretted music, request the actual string count and supplied fret positions without invented tuning.</w:t>
      </w:r>
    </w:p>
    <w:p>
      <w:pPr>
        <w:widowControl/>
      </w:pPr>
      <w:r>
        <w:t>2. Review the coverage report before opening. A partial but structurally readable in-app result offers Open provisional reading. Choose it explicitly to open the separate annotated copy. This action does not establish musical accuracy. Unreadable or malformed data cannot be promoted into a playable score merely by adding a warning.</w:t>
      </w:r>
    </w:p>
    <w:p>
      <w:pPr>
        <w:widowControl/>
      </w:pPr>
      <w:r>
        <w:t>3. If anything sounds or seems wrong, ask available AI to investigate the notes, rhythm, words and reported coverage, or work with a musician or someone who can help correct the passage. Treat omitted spans as unknown music, not source rests. Familiar songs can still be transcribed incorrectly.</w:t>
      </w:r>
    </w:p>
    <w:p>
      <w:pPr>
        <w:widowControl/>
      </w:pPr>
      <w:r>
        <w:t>4. Save with Ctrl+S when useful. The provisional notice and exact reported gaps remain in the reopenable reading even if the original, candidate file or notice sidecar is moved. Text, Markdown, HTML and textual BRF exports retain warning prose. Textual BRF is literary prose about music, not Braille music notation; device comfort still needs hands-on review.</w:t>
      </w:r>
    </w:p>
    <w:p>
      <w:pPr>
        <w:widowControl/>
      </w:pPr>
      <w:r>
        <w:t>5. If a result fails, request a focused correction, a smaller passage or a self-contained MusicXML file without a DOCTYPE declaration. Recheck the correction. The violin tie and four-string browser corrections helped in this trial, while the dense piano remained partial and the browser chord sheet remained incomplete. For newly authored music, use the separate score composer described in guided tasks 15 through 22 and the complete composing control reference.</w:t>
      </w:r>
    </w:p>
    <w:p>
      <w:pPr>
        <w:pStyle w:val="Heading2"/>
        <w:widowControl/>
      </w:pPr>
      <w:r>
        <w:t>ChatGPT tasks for ChatGPT recovery</w:t>
      </w:r>
    </w:p>
    <w:p>
      <w:pPr>
        <w:widowControl/>
      </w:pPr>
      <w:r>
        <w:t>Ctrl+Shift+R opens the ChatGPT task window directly and focuses ChatGPT task. File &gt; Prepare repair on ChatGPT website remains available too. Choose Convert original file for the first request, or Correct previous ChatGPT result when ChatGPT has omitted material or gone off track. Describe the problem in Additional request. The ready-to-copy prompt updates automatically. Copy request for local ChatGPT Work copies the selected prompt; Copy request and open website also opens the browser. Attach the original there yourself. Choosing a prompt sends nothing.</w:t>
      </w:r>
    </w:p>
    <w:p>
      <w:pPr>
        <w:widowControl/>
      </w:pPr>
      <w:r>
        <w:t>The starter asks ChatGPT to handle the whole attached file unless you specify a smaller range, without making you send one prompt per page or repeatedly confirm continuation. It requests a downloadable MusicXML or text file, a final coverage check, correct string-count declarations, no duplicate staff/TAB attacks, and a warning retained in the returned file. If a limit prevents completion, it asks for a usable provisional file and exact gaps rather than an invented ending.</w:t>
      </w:r>
    </w:p>
    <w:p>
      <w:pPr>
        <w:widowControl/>
      </w:pPr>
      <w:r>
        <w:t>The correction prompt asks ChatGPT to recheck the original, preserve already-correct music and return a complete replacement for the requested scope. It is available when needed; it is not an extra step required for every conversion. A prompt cannot guarantee that the service will finish, obey every instruction or recover unreadable notation.</w:t>
      </w:r>
    </w:p>
    <w:p>
      <w:pPr>
        <w:widowControl/>
      </w:pPr>
      <w:r>
        <w:t>Reusable copies are also installed in Guides &gt; ChatGPT Recovery Prompts: Start a score recovery.txt and Correct a previous result.txt. SpeakTab ChatGPT Recovery Prompts.txt contains both. Copy the desired prompt into ChatGPT, attach the original score and optionally add your own passage or error description. Keep the original and inspect the returned coverage before opening it.</w:t>
      </w:r>
    </w:p>
    <w:p>
      <w:pPr>
        <w:pStyle w:val="Heading2"/>
        <w:widowControl/>
      </w:pPr>
      <w:r>
        <w:t>PDF reading and teacher notes October 27</w:t>
      </w:r>
    </w:p>
    <w:p>
      <w:pPr>
        <w:widowControl/>
      </w:pPr>
      <w:r>
        <w:t>This update keeps teacher comments, practice advice, explanations and other selectable PDF wording alongside the reading. Guitar and piano remain the main priorities; the same source-text preservation also applies to other supported parts. Source wording stays separate from playable notes and lyric cues.</w:t>
      </w:r>
    </w:p>
    <w:p>
      <w:pPr>
        <w:widowControl/>
      </w:pPr>
      <w:r>
        <w:t>For selectable guitar tablature, source-text rows appear near the corresponding staff. Chord-and-lyric sheets retain a source-text reference at each recovered page. Move up or down to read these rows, or use F3 for the full explanation at that location. Moving through musical time does not repeat the paragraph at every beat. Ctrl+1 retains the recovered source text, including pages with no playable positions.</w:t>
      </w:r>
    </w:p>
    <w:p>
      <w:pPr>
        <w:widowControl/>
      </w:pPr>
      <w:r>
        <w:t>When you save or open a locally recognized PDF score from the recognition window, its selectable page text is embedded in the saved MusicXML. SpeakTab places it at supplied page breaks when those breaks match the original page count. Otherwise it keeps the words with an explicit page-to-measure placement warning. Reopenable readings and text, Markdown and HTML exports retain the source-note text. Image-only or handwritten wording still needs visual reading or OCR; selectable-text preservation cannot recover missing image text.</w:t>
      </w:r>
    </w:p>
    <w:p>
      <w:pPr>
        <w:widowControl/>
      </w:pPr>
      <w:r>
        <w:t>Fix reading with AI in SpeakTab is the recommended next action when recognition is incomplete or doubtful. It opens in-app repair with the original, any matching recognized score and the reported problems. Nothing is sent until you choose Send file to AI for repair. Use ChatGPT website instead opens the separate website repair route; Ctrl+Shift+R remains available. A failed new import cannot attach the preceding score by mistake.</w:t>
      </w:r>
    </w:p>
    <w:p>
      <w:pPr>
        <w:widowControl/>
      </w:pPr>
      <w:r>
        <w:t>The recognition window flags short interior measures as well as overfull ones. A short measure can reflect missing music, a legitimate split measure or a fingering number mistaken for a tuplet. The warning identifies the measure and carries into correction; SpeakTab does not silently lengthen notes. If recognition produces several files, each may contain only one movement or part. The selected file is not presented as the whole original PDF.</w:t>
      </w:r>
    </w:p>
    <w:p>
      <w:pPr>
        <w:pStyle w:val="Heading2"/>
        <w:widowControl/>
      </w:pPr>
      <w:r>
        <w:t>Additional full PDF checks</w:t>
      </w:r>
    </w:p>
    <w:p>
      <w:pPr>
        <w:widowControl/>
      </w:pPr>
      <w:r>
        <w:t>Eight further complete PDFs were checked: violin divisions by Reddings, a Blake viola duet part, Maple Leaf Rag for piano, Mozart vocal music with words, two harp arrangements, a 13-page drum transcription and a two-page ukulele chord sheet. All 32 selected pages were visually reviewed and each complete PDF was tried through direct recovery and local recognition. This page review is not an independent certification of every note.</w:t>
      </w:r>
    </w:p>
    <w:p>
      <w:pPr>
        <w:widowControl/>
      </w:pPr>
      <w:r>
        <w:t>The ukulele sheet exposed raised chord labels, angle-bracket chords and chord lines mistaken for guitar strings. The corrected direct route retains all 200 printed chord markers in order and lyrics through the final page. Its timing remains an inferred practice guide. Chord diagrams were not converted into exact string-and-fret events.</w:t>
      </w:r>
    </w:p>
    <w:p>
      <w:pPr>
        <w:widowControl/>
      </w:pPr>
      <w:r>
        <w:t>The drum transcription exposed music glyphs and dynamics mistaken for F chords. The false chord reading is now rejected. Local recognition produced 103 parts from a single drum staff and failed to retain unpitched drum events; that output is not a trustworthy transcription. A matching structured edition can provide accessible notes. If something seems wrong, try available AI help or work with a musician who can help correct it. Successful import does not establish accuracy.</w:t>
      </w:r>
    </w:p>
    <w:p>
      <w:pPr>
        <w:widowControl/>
      </w:pPr>
      <w:r>
        <w:t>Both full Camptown Races harp pages were independently compared: all 44 melody pitches matched, but fingering brackets caused false triplet durations in measures 13 and 15. The new short-measure warning identifies those measures for review. The original recognition output is retained; no automatic rhythm correction is claimed. Multi-movement violin and viola results also demonstrate why every generated score file must be accounted for.</w:t>
      </w:r>
    </w:p>
    <w:p>
      <w:pPr>
        <w:widowControl/>
      </w:pPr>
      <w:r>
        <w:t>These checks add to the earlier 41-PDF audit and 12 guitar-PDF regressions. The earlier bounded AI and browser comparison remains documented above. No new AI or browser conversion was performed for these eight complete PDFs, and their local results do not establish which AI model would perform best.</w:t>
      </w:r>
    </w:p>
    <w:p>
      <w:pPr>
        <w:pStyle w:val="Heading1"/>
      </w:pPr>
      <w:r>
        <w:t>Finding scores lyrics and instrumental composition</w:t>
      </w:r>
    </w:p>
    <w:p>
      <w:pPr>
        <w:spacing w:after="120"/>
      </w:pPr>
      <w:r>
        <w:t>This chapter adds classical and instrument score lookup, lyric entry beside new notes, violin, harp and ukulele authoring, solo voice, and SATB or barbershop quartet templates. Start with the task that matches your purpose. Earlier piano and guitar examples remain available as optional examples. These features use ordinary keyboard controls; they require no previous notation software knowledge.</w:t>
      </w:r>
    </w:p>
    <w:p>
      <w:pPr>
        <w:pStyle w:val="Heading2"/>
      </w:pPr>
      <w:r>
        <w:t>Open the tools</w:t>
      </w:r>
    </w:p>
    <w:p>
      <w:pPr>
        <w:spacing w:after="120"/>
      </w:pPr>
      <w:r>
        <w:t>In the reader Ctrl+Shift+F opens Find scores. F2 also contains Scores. Ctrl+Shift+N opens the composer; New score offers the instrument and vocal ensemble templates. Ctrl+E enters notes and optional lyrics. On Score select an applied note for Ctrl+L lyric correction or String or harp markings. Copy lyrics to aligned voices is an explicit reviewed action on Score.</w:t>
      </w:r>
    </w:p>
    <w:p>
      <w:pPr>
        <w:pStyle w:val="Heading2"/>
      </w:pPr>
      <w:r>
        <w:t>Which scores can be changed in the composer</w:t>
      </w:r>
    </w:p>
    <w:p>
      <w:pPr>
        <w:spacing w:after="120"/>
      </w:pPr>
      <w:r>
        <w:t>Open project in the composer reopens a SpeakTab composition saved as .speaktabscore, including the supplied sample projects. It lets you change their notes, lyrics, instruments and measures. Use Save project as to keep a personal copy. The matching MusicXML files are for the reader or sharing; a MusicXML export made by SpeakTab can also reopen in the composer if its embedded project still matches the music. A score downloaded from MuseScore, IMSLP or another source does not become an editable composer project. Reading imported MusicXML, MuseScore or PDF scores and editing a SpeakTab composition are separate features.</w:t>
      </w:r>
    </w:p>
    <w:p>
      <w:pPr>
        <w:spacing w:after="120"/>
      </w:pPr>
      <w:r>
        <w:t>Every included example can also be read exactly as supplied: in the reader use Ctrl+O to open its .musicxml file, or Ctrl+Shift+F then Try included practice samples. No composing, editing or Apply action is needed. Use Ctrl+T to choose its part, Ctrl+2 to focus the music and F3 for full details. To change it, open the matching .speaktabscore file with Open project in the composer. Both routes use the same original sample; editing is optional.</w:t>
      </w:r>
    </w:p>
    <w:p>
      <w:pPr>
        <w:pStyle w:val="Heading2"/>
      </w:pPr>
      <w:r>
        <w:t>Which score source is useful for what</w:t>
      </w:r>
    </w:p>
    <w:p>
      <w:pPr>
        <w:spacing w:after="120"/>
      </w:pPr>
      <w:r>
        <w:t>FINDING SCORES</w:t>
      </w:r>
    </w:p>
    <w:p>
      <w:pPr>
        <w:spacing w:after="120"/>
      </w:pPr>
      <w:r>
        <w:t>FREE ORIGINAL PRACTICE SAMPLES</w:t>
        <w:br/>
        <w:br/>
        <w:t>The complete package includes sixteen free examples in Samples: piano, guitar, solo voice, voice with piano, violin, harp, SATB, barbershop, high-G and low-G ukulele, violin with harp, viola, cello, string quartet, drum kit and timpani. Try included practice samples opens their MusicXML files. Each also has an editable .speaktabscore project and matching notation PDF. Open projects from the composer, and use Save project as to make your own copy. Read Samples/README.md and the sample-only licence.</w:t>
      </w:r>
    </w:p>
    <w:p>
      <w:pPr>
        <w:spacing w:after="120"/>
      </w:pPr>
      <w:r>
        <w:t>For the most faithful note reading, prefer supplied MusicXML or MuseScore files. XML here means a musical score, not an arbitrary XML document. PDF can need recognition and may omit or misread notes, lyrics, harp markings or bowing. Keep the original for repair requests and read the coverage. Seek help if the imported result seems wrong. A search result has not yet been checked for musical completeness. No AI is used by this lookup.</w:t>
      </w:r>
    </w:p>
    <w:p>
      <w:pPr>
        <w:spacing w:after="120"/>
      </w:pPr>
      <w:r>
        <w:t>COMPOSER AND TITLE</w:t>
        <w:br/>
        <w:br/>
        <w:t>Both fields are optional. Enter either one, both, or leave them blank to browse an OpenScore collection. Instrument keywords apply to website searches; OpenScore uses the named collection instead. Optional example: search Arriaga in OpenScore string quartets, choose a quartet and MusicXML, then Download and open. Use any piece you prefer.</w:t>
      </w:r>
    </w:p>
    <w:p>
      <w:pPr>
        <w:spacing w:after="120"/>
      </w:pPr>
      <w:r>
        <w:t>Escape closes this window. Open downloaded file lets you choose a file obtained with your own account. Your current reading remains until a downloaded file is chosen to open.</w:t>
      </w:r>
    </w:p>
    <w:p>
      <w:pPr>
        <w:pStyle w:val="Heading2"/>
      </w:pPr>
      <w:r>
        <w:t>Instrument guide reader and composer</w:t>
      </w:r>
    </w:p>
    <w:p>
      <w:pPr>
        <w:pStyle w:val="Heading2"/>
      </w:pPr>
      <w:r>
        <w:t>Local playback sounds</w:t>
      </w:r>
    </w:p>
    <w:p>
      <w:r>
        <w:t>The reader offers Guitar, Piano/keyboard, Violin, Viola, Cello, Double bass, Harp, Flute, Piccolo, Recorder, Oboe, Clarinet, Bassoon, Saxophone, Trumpet, Trombone, French horn, Tuba, Organ, Accordion, Banjo, Ukulele, Electric bass, Marimba, Xylophone, Glockenspiel, Vibraphone, Timpani, Drum kit and Wordless choir. A structured score can also supply a General MIDI instrument program. Missing notes or rests cannot be repaired by changing the sound.</w:t>
      </w:r>
    </w:p>
    <w:p>
      <w:r>
        <w:t>The composer gives piano, guitar, violin, viola, cello, harp and timpani their corresponding practice sounds. Ukulele uses a guitar approximation: nylon guitar in the composer or explicit Ukulele reader choice, and acoustic guitar recordings for automatically identified fretted readings. Solo voice, SATB and barbershop use a wordless choir sound for each singer; written lyrics are retained but are not sung. Unpitched percussion uses the selected named drum sound, including simultaneous hits. Bowing and other written technique words do not change these practice sounds.</w:t>
      </w:r>
    </w:p>
    <w:p>
      <w:r>
        <w:t>To change reader playback sound, open Playback with Alt+P, then H for Choose instrument sound. In Playback settings, use Up/Down in Instrument sound for this reading, Tab to Apply and press Space. Ctrl+P plays; Ctrl+Shift+P stops. Automatic uses the source instrument when it can be identified. An unknown instrument without a supplied MIDI program may remain readable while playback reports no appropriate sound; choose an available sound explicitly in that case. A rest-only part stays silent. Keep the complete package's instrument assets with the app.</w:t>
      </w:r>
    </w:p>
    <w:p>
      <w:pPr>
        <w:spacing w:after="120"/>
      </w:pPr>
      <w:r>
        <w:t>Reader means opening an existing supplied score. Composer means creating or changing a SpeakTab composition. Searching for an instrument on a website does not itself add reading or composing support. The following reader coverage refers mainly to MusicXML and MuseScore unless another format is named. A PDF is a page image or document; recognition and review can still be needed for any instrument. No instrument has a guarantee that every score or advanced technique will be read correctly.</w:t>
      </w:r>
    </w:p>
    <w:p>
      <w:pPr>
        <w:spacing w:after="120"/>
      </w:pPr>
      <w:r>
        <w:t>Piano</w:t>
        <w:br/>
        <w:br/>
        <w:t>Reader: Supplied pitches, rhythms and upper/lower staves in structured scores.</w:t>
        <w:br/>
        <w:br/>
        <w:t>Composer: Yes: two staves, notes, chords, multiple rhythm lines, expressions and supported measure changes.</w:t>
      </w:r>
    </w:p>
    <w:p>
      <w:pPr>
        <w:spacing w:after="120"/>
      </w:pPr>
      <w:r>
        <w:t>Guitar</w:t>
        <w:br/>
        <w:br/>
        <w:t>Reader: Six-string Guitar Pro; supplied fretted MusicXML/MuseScore parts. Text TAB or chord charts can have inferred timing.</w:t>
        <w:br/>
        <w:br/>
        <w:t>Composer: Yes: six strings, explicit tuning/capo/frets or staff pitches, chords and strum/picking patterns. Advanced guitar techniques are not authored.</w:t>
      </w:r>
    </w:p>
    <w:p>
      <w:pPr>
        <w:spacing w:after="120"/>
      </w:pPr>
      <w:r>
        <w:t>Ukulele</w:t>
        <w:br/>
        <w:br/>
        <w:t>Reader: Declared four-string MusicXML/MuseScore parts, with supplied tuning and frets. Missing tuning is reported.</w:t>
        <w:br/>
        <w:br/>
        <w:t>Composer: Yes: four strings, explicit high-G or low-G/custom tuning, staff or TAB and supported picking/strum patterns.</w:t>
      </w:r>
    </w:p>
    <w:p>
      <w:pPr>
        <w:spacing w:after="120"/>
      </w:pPr>
      <w:r>
        <w:t>Violin</w:t>
        <w:br/>
        <w:br/>
        <w:t>Reader: Supplied staff pitches, rhythm, lyrics if present and retained supported written details in structured scores.</w:t>
        <w:br/>
        <w:br/>
        <w:t>Composer: Yes: one staff, bow direction, finger/string indications, supported slurs and expressions. Written techniques are not synthesized.</w:t>
      </w:r>
    </w:p>
    <w:p>
      <w:pPr>
        <w:spacing w:after="120"/>
      </w:pPr>
      <w:r>
        <w:t>Harp</w:t>
        <w:br/>
        <w:br/>
        <w:t>Reader: Supplied notes and both staves in structured scores. Complex notation still needs review.</w:t>
        <w:br/>
        <w:br/>
        <w:t>Composer: Yes: upper/lower staves, supported expressions and seven-pedal diagrams. Diagrams do not retune notes or establish playability.</w:t>
      </w:r>
    </w:p>
    <w:p>
      <w:pPr>
        <w:spacing w:after="120"/>
      </w:pPr>
      <w:r>
        <w:t>Solo voice or voice with accompaniment</w:t>
        <w:br/>
        <w:br/>
        <w:t>Reader: Supplied vocal pitches and lyrics, including verses. Preview uses a wordless sound.</w:t>
        <w:br/>
        <w:br/>
        <w:t>Composer: Yes: one unaccompanied singer or supported accompaniment templates. Words and syllables attach to notes; verses can be edited separately.</w:t>
      </w:r>
    </w:p>
    <w:p>
      <w:pPr>
        <w:spacing w:after="120"/>
      </w:pPr>
      <w:r>
        <w:t>SATB and barbershop quartet</w:t>
        <w:br/>
        <w:br/>
        <w:t>Reader: Separately supplied vocal parts and lyrics. The included examples demonstrate all four named singers.</w:t>
        <w:br/>
        <w:br/>
        <w:t>Composer: Yes: SATB is Soprano/Alto/Tenor/Bass; barbershop is Tenor/Lead/Baritone/Bass. Each singer has independent notes and words, on a separate staff. No automatic harmony or condensed shared-staff engraving.</w:t>
      </w:r>
    </w:p>
    <w:p>
      <w:pPr>
        <w:spacing w:after="120"/>
      </w:pPr>
      <w:r>
        <w:t>Viola</w:t>
        <w:br/>
        <w:br/>
        <w:t>Reader: Staff notation in structured scores; real viola cases were checked in the earlier reader audit.</w:t>
        <w:br/>
        <w:br/>
        <w:t>Composer: Yes: alto clef, its own practice sound, sounding pitches, bow direction and supplied finger/string markings. String quartet includes a separate Viola part.</w:t>
      </w:r>
    </w:p>
    <w:p>
      <w:pPr>
        <w:spacing w:after="120"/>
      </w:pPr>
      <w:r>
        <w:t>Cello</w:t>
        <w:br/>
        <w:br/>
        <w:t>Reader: Structured staff notation and supplied details; a real OpenScore Arriaga quartet cello part and the new original examples were checked. This is narrower evidence than a broad cello corpus audit.</w:t>
        <w:br/>
        <w:br/>
        <w:t>Composer: Yes: bass clef, optional part-wide tenor clef, its own sound, notes and supported bow/finger/string markings. String quartet includes a separate Cello part.</w:t>
      </w:r>
    </w:p>
    <w:p>
      <w:pPr>
        <w:spacing w:after="120"/>
      </w:pPr>
      <w:r>
        <w:t>Drum kit and unpitched percussion</w:t>
        <w:br/>
        <w:br/>
        <w:t>Reader: Supplied unpitched sound names and timed hits. Authored exports retain actual sound assignments instead of false pitched labels.</w:t>
        <w:br/>
        <w:br/>
        <w:t>Composer: Yes: named General MIDI sounds, rhythm, rests, simultaneous hits and additional rhythm lines when needed. Rolls, flams, rudiments and specialized sticking are not automatically expanded or synthesized.</w:t>
      </w:r>
    </w:p>
    <w:p>
      <w:pPr>
        <w:spacing w:after="120"/>
      </w:pPr>
      <w:r>
        <w:t>Timpani</w:t>
        <w:br/>
        <w:br/>
        <w:t>Reader: Supplied pitched percussion notes and timing remain pitched.</w:t>
        <w:br/>
        <w:br/>
        <w:t>Composer: Yes: ordinary sounding pitches, bass clef, durations and its own practice sound. Timpani pedal changes and automatic rolls are not provided.</w:t>
      </w:r>
    </w:p>
    <w:p>
      <w:pPr>
        <w:spacing w:after="120"/>
      </w:pPr>
      <w:r>
        <w:t>Other instruments</w:t>
        <w:br/>
        <w:br/>
        <w:t>Reader: Basic structured parts may open when the format supplies their pitches and rhythm. This is not a separately verified promise for every instrument, notation technique or file.</w:t>
        <w:br/>
        <w:br/>
        <w:t>Composer: No dedicated authoring type beyond Piano, Guitar, Ukulele, Voice, Violin, Viola, Cello, Harp, Percussion and Timpani.</w:t>
      </w:r>
    </w:p>
    <w:p>
      <w:pPr>
        <w:spacing w:after="120"/>
      </w:pPr>
      <w:r>
        <w:t>The earlier reader audit included real piano, violin, viola, harp, ukulele, vocal, drum and lead-sheet files, plus existing guitar and selected percussion checks. An earlier update added sixteen small original authored examples for the supported composer types and tests their readable XML and editable projects; it is not a new broad external-score audit. The real Arriaga cello part adds a specific cello reading check. Vocal audio is wordless and local playback is a practice approximation.</w:t>
      </w:r>
    </w:p>
    <w:p>
      <w:pPr>
        <w:spacing w:after="120"/>
      </w:pPr>
      <w:r>
        <w:t>Read an example as supplied with Ctrl+O and its .musicxml file. For optional editing, Ctrl+Shift+N opens the composer, then Open project opens its matching .speaktabscore file. A downloaded score does not become a composer project.</w:t>
      </w:r>
    </w:p>
    <w:p>
      <w:pPr>
        <w:pStyle w:val="Heading1"/>
        <w:widowControl/>
      </w:pPr>
      <w:r>
        <w:t>Complete fixed reader voice phrase reference</w:t>
      </w:r>
    </w:p>
    <w:p>
      <w:pPr>
        <w:widowControl/>
      </w:pPr>
      <w:r>
        <w:t>Voice &gt; Voice control phrases shows the complete command list whether Voice control is off or already listening; opening it does not change that state. Ctrl+Alt+L or Start listening explicitly enables it. Use whole listed phrases. If the optional Require SpeakTab wake word is checked, prefix the phrase with SpeakTab. Free commands use local Windows recognition and screen-reader replies; they are separate from the connected teacher and score-entry dictation.</w:t>
      </w:r>
    </w:p>
    <w:p>
      <w:pPr>
        <w:widowControl/>
      </w:pPr>
      <w:r>
        <w:t>VOICE CONTROL: EXACT PHRASES</w:t>
      </w:r>
    </w:p>
    <w:p>
      <w:pPr>
        <w:widowControl/>
      </w:pPr>
      <w:r>
        <w:t>Say one complete phrase at a time. The following examples are instructions you can use, not new commands.</w:t>
      </w:r>
    </w:p>
    <w:p>
      <w:pPr>
        <w:pStyle w:val="Heading2"/>
        <w:widowControl/>
      </w:pPr>
      <w:r>
        <w:t>Voice: go to a numbered measure</w:t>
      </w:r>
    </w:p>
    <w:p>
      <w:pPr>
        <w:widowControl/>
      </w:pPr>
      <w:r>
        <w:t>With your music open and Voice control listening, say:</w:t>
      </w:r>
    </w:p>
    <w:p>
      <w:pPr>
        <w:widowControl/>
      </w:pPr>
      <w:r>
        <w:t>go to measure twelve</w:t>
      </w:r>
    </w:p>
    <w:p>
      <w:pPr>
        <w:widowControl/>
      </w:pPr>
      <w:r>
        <w:t>Replace twelve with the original measure number you want. Do not say the word NUMBER. Numbers one through nine hundred ninety nine are accepted, and that measure must exist in the reading. You can also say go to bar twelve, measure twelve, or bar twelve.</w:t>
      </w:r>
    </w:p>
    <w:p>
      <w:pPr>
        <w:pStyle w:val="Heading2"/>
        <w:widowControl/>
      </w:pPr>
      <w:r>
        <w:t>Voice: loop certain measures</w:t>
      </w:r>
    </w:p>
    <w:p>
      <w:pPr>
        <w:widowControl/>
      </w:pPr>
      <w:r>
        <w:t>loop measures four through eight</w:t>
      </w:r>
    </w:p>
    <w:p>
      <w:pPr>
        <w:widowControl/>
      </w:pPr>
      <w:r>
        <w:t>play</w:t>
      </w:r>
    </w:p>
    <w:p>
      <w:pPr>
        <w:widowControl/>
      </w:pPr>
      <w:r>
        <w:t>The first phrase sets an inclusive range; play starts it. Replace four and eight with existing first and last measure numbers. Say stop looping or clear loop to remove the range. Stop music stops playback while keeping the range.</w:t>
      </w:r>
    </w:p>
    <w:p>
      <w:pPr>
        <w:pStyle w:val="Heading2"/>
        <w:widowControl/>
      </w:pPr>
      <w:r>
        <w:t>Voice: change music speed</w:t>
      </w:r>
    </w:p>
    <w:p>
      <w:pPr>
        <w:widowControl/>
      </w:pPr>
      <w:r>
        <w:t>slower</w:t>
      </w:r>
    </w:p>
    <w:p>
      <w:pPr>
        <w:widowControl/>
      </w:pPr>
      <w:r>
        <w:t>faster</w:t>
      </w:r>
    </w:p>
    <w:p>
      <w:pPr>
        <w:widowControl/>
      </w:pPr>
      <w:r>
        <w:t>normal speed</w:t>
      </w:r>
    </w:p>
    <w:p>
      <w:pPr>
        <w:widowControl/>
      </w:pPr>
      <w:r>
        <w:t>Slower reduces playback by ten percentage points, for example 100 to 90 percent. Faster raises it by ten points. Normal speed restores 100 percent. These change music playback, not answer speech rate, and disable automatic gradual increases. Current playback speed reports the percentage. Read tempo reports practice BPM and playback percentage; Playback &gt; Playback settings explains written versus effective tempo. The fixed microphone does not have a set exact BPM or set exact percentage phrase. Use Playback settings for exact values, or loop settings for the combined loop and optional gradual-speed window. Say play to hear the result.</w:t>
      </w:r>
    </w:p>
    <w:p>
      <w:pPr>
        <w:widowControl/>
      </w:pPr>
      <w:r>
        <w:t>RETURN TO YOUR MUSIC WITHOUT STOPPING LISTENING</w:t>
      </w:r>
    </w:p>
    <w:p>
      <w:pPr>
        <w:widowControl/>
      </w:pPr>
      <w:r>
        <w:t>Escape, Ctrl+2, Return to music, or closing this Voice control window returns to the score and keeps the microphone state. Keep speaking reader commands while navigating with the keyboard. Stop listening, Ctrl+Alt+L, or the spoken stop listening deliberately turns it off. Exiting SpeakTab also stops it.</w:t>
      </w:r>
    </w:p>
    <w:p>
      <w:pPr>
        <w:widowControl/>
      </w:pPr>
      <w:r>
        <w:t>TURN THE VOICE CONTROL ON</w:t>
      </w:r>
    </w:p>
    <w:p>
      <w:pPr>
        <w:widowControl/>
      </w:pPr>
      <w:r>
        <w:t>Ctrl+Alt+L toggles it. Voice &gt; Voice control on/off is the same command. Voice &gt; Voice control window opens its window without starting it; choose Start listening if it is off. The window's Exact phrases button and Voice &gt; Voice control phrases show this reference. Windows English speech recognition and microphone permission are needed. No AI account or key is needed for these reader commands.</w:t>
      </w:r>
    </w:p>
    <w:p>
      <w:pPr>
        <w:widowControl/>
      </w:pPr>
      <w:r>
        <w:t>WAKE WORD AND LISTENING</w:t>
      </w:r>
    </w:p>
    <w:p>
      <w:pPr>
        <w:widowControl/>
      </w:pPr>
      <w:r>
        <w:t>Voice control settings has Require SpeakTab wake word, off by default. When off, say go to measure twelve. When on, say SpeakTab go to measure twelve, SpeakTab loop measures four through eight, or SpeakTab slower. The microphone must already be listening. A microphone that is off cannot hear a command to turn itself on. Voice control returns text without an added app voice. The compatibility phrase stop speaking leaves its listening state unchanged; use your screen reader controls to stop reading text. Say stop listening to turn this listener off. During an active live teacher lesson, ordinary reader requests go to the teacher; the local listener keeps teacher start/stop and listening/reply controls to avoid moving twice.</w:t>
      </w:r>
    </w:p>
    <w:p>
      <w:pPr>
        <w:widowControl/>
      </w:pPr>
      <w:r>
        <w:t>COMMANDS IN MENU ORDER</w:t>
      </w:r>
    </w:p>
    <w:p>
      <w:pPr>
        <w:widowControl/>
      </w:pPr>
      <w:r>
        <w:t>The groups follow File, Navigate, Playback, Practice, ChatGPT, Voice and Help. Accepted alternatives appear beside their main phrase.</w:t>
      </w:r>
    </w:p>
    <w:p>
      <w:pPr>
        <w:widowControl/>
      </w:pPr>
      <w:r>
        <w:t>SHORT SPOKEN SUGGESTIONS</w:t>
      </w:r>
    </w:p>
    <w:p>
      <w:pPr>
        <w:widowControl/>
      </w:pPr>
      <w:r>
        <w:t>what can I say</w:t>
      </w:r>
    </w:p>
    <w:p>
      <w:pPr>
        <w:widowControl/>
      </w:pPr>
      <w:r>
        <w:t>next</w:t>
      </w:r>
    </w:p>
    <w:p>
      <w:pPr>
        <w:widowControl/>
      </w:pPr>
      <w:r>
        <w:t>stop help</w:t>
      </w:r>
    </w:p>
    <w:p>
      <w:pPr>
        <w:widowControl/>
      </w:pPr>
      <w:r>
        <w:t>Say what can I say for four useful commands. After the reply finishes, say next for another short group. Next only pages suggestions; next measure still moves in your score. Stop help leaves suggestions. Any ordinary reader command also leaves suggestions. Wake-word settings apply. Suggestions are text announced by your screen reader; Voice control commands add no separate app voice.</w:t>
      </w:r>
    </w:p>
    <w:p>
      <w:pPr>
        <w:pStyle w:val="Heading2"/>
        <w:widowControl/>
      </w:pPr>
      <w:r>
        <w:t>File voice commands</w:t>
      </w:r>
    </w:p>
    <w:p>
      <w:pPr>
        <w:widowControl/>
      </w:pPr>
      <w:r>
        <w:t>open file</w:t>
      </w:r>
    </w:p>
    <w:p>
      <w:pPr>
        <w:widowControl/>
      </w:pPr>
      <w:r>
        <w:t>save reading</w:t>
      </w:r>
    </w:p>
    <w:p>
      <w:pPr>
        <w:pStyle w:val="Heading2"/>
        <w:widowControl/>
      </w:pPr>
      <w:r>
        <w:t>Navigate voice commands</w:t>
      </w:r>
    </w:p>
    <w:p>
      <w:pPr>
        <w:widowControl/>
      </w:pPr>
      <w:r>
        <w:t>GO TO A SPECIFIC MEASURE</w:t>
      </w:r>
    </w:p>
    <w:p>
      <w:pPr>
        <w:widowControl/>
      </w:pPr>
      <w:r>
        <w:t>Example: go to measure twelve</w:t>
      </w:r>
    </w:p>
    <w:p>
      <w:pPr>
        <w:widowControl/>
      </w:pPr>
      <w:r>
        <w:t>Patterns: go to measure NUMBER; go to bar NUMBER; measure NUMBER; bar NUMBER. Replace NUMBER with one through nine hundred ninety nine; do not say NUMBER. The original measure must exist.</w:t>
      </w:r>
    </w:p>
    <w:p>
      <w:pPr>
        <w:widowControl/>
      </w:pPr>
      <w:r>
        <w:t>next staff</w:t>
      </w:r>
    </w:p>
    <w:p>
      <w:pPr>
        <w:widowControl/>
      </w:pPr>
      <w:r>
        <w:t>previous staff</w:t>
      </w:r>
    </w:p>
    <w:p>
      <w:pPr>
        <w:widowControl/>
      </w:pPr>
      <w:r>
        <w:t>first staff</w:t>
      </w:r>
    </w:p>
    <w:p>
      <w:pPr>
        <w:widowControl/>
      </w:pPr>
      <w:r>
        <w:t>last staff</w:t>
      </w:r>
    </w:p>
    <w:p>
      <w:pPr>
        <w:widowControl/>
      </w:pPr>
      <w:r>
        <w:t>which staff</w:t>
      </w:r>
    </w:p>
    <w:p>
      <w:pPr>
        <w:widowControl/>
      </w:pPr>
      <w:r>
        <w:t>next note on staff</w:t>
      </w:r>
    </w:p>
    <w:p>
      <w:pPr>
        <w:widowControl/>
      </w:pPr>
      <w:r>
        <w:t>Also accepted:</w:t>
      </w:r>
    </w:p>
    <w:p>
      <w:pPr>
        <w:widowControl/>
      </w:pPr>
      <w:r>
        <w:t>next staff note</w:t>
      </w:r>
    </w:p>
    <w:p>
      <w:pPr>
        <w:widowControl/>
      </w:pPr>
      <w:r>
        <w:t>previous note on staff</w:t>
      </w:r>
    </w:p>
    <w:p>
      <w:pPr>
        <w:widowControl/>
      </w:pPr>
      <w:r>
        <w:t>Also accepted:</w:t>
      </w:r>
    </w:p>
    <w:p>
      <w:pPr>
        <w:widowControl/>
      </w:pPr>
      <w:r>
        <w:t>previous staff note</w:t>
      </w:r>
    </w:p>
    <w:p>
      <w:pPr>
        <w:widowControl/>
      </w:pPr>
      <w:r>
        <w:t>read staff</w:t>
      </w:r>
    </w:p>
    <w:p>
      <w:pPr>
        <w:widowControl/>
      </w:pPr>
      <w:r>
        <w:t>Also accepted:</w:t>
      </w:r>
    </w:p>
    <w:p>
      <w:pPr>
        <w:widowControl/>
      </w:pPr>
      <w:r>
        <w:t>read this staff</w:t>
      </w:r>
    </w:p>
    <w:p>
      <w:pPr>
        <w:widowControl/>
      </w:pPr>
      <w:r>
        <w:t>next played note</w:t>
      </w:r>
    </w:p>
    <w:p>
      <w:pPr>
        <w:widowControl/>
      </w:pPr>
      <w:r>
        <w:t>where am I</w:t>
      </w:r>
    </w:p>
    <w:p>
      <w:pPr>
        <w:widowControl/>
      </w:pPr>
      <w:r>
        <w:t>Also accepted:</w:t>
      </w:r>
    </w:p>
    <w:p>
      <w:pPr>
        <w:widowControl/>
      </w:pPr>
      <w:r>
        <w:t>tell me where I am</w:t>
      </w:r>
    </w:p>
    <w:p>
      <w:pPr>
        <w:widowControl/>
      </w:pPr>
      <w:r>
        <w:t>Also accepted:</w:t>
      </w:r>
    </w:p>
    <w:p>
      <w:pPr>
        <w:widowControl/>
      </w:pPr>
      <w:r>
        <w:t>where are we</w:t>
      </w:r>
    </w:p>
    <w:p>
      <w:pPr>
        <w:widowControl/>
      </w:pPr>
      <w:r>
        <w:t>read details</w:t>
      </w:r>
    </w:p>
    <w:p>
      <w:pPr>
        <w:widowControl/>
      </w:pPr>
      <w:r>
        <w:t>explain this</w:t>
      </w:r>
    </w:p>
    <w:p>
      <w:pPr>
        <w:widowControl/>
      </w:pPr>
      <w:r>
        <w:t>Also accepted:</w:t>
      </w:r>
    </w:p>
    <w:p>
      <w:pPr>
        <w:widowControl/>
      </w:pPr>
      <w:r>
        <w:t>describe this beat</w:t>
      </w:r>
    </w:p>
    <w:p>
      <w:pPr>
        <w:widowControl/>
      </w:pPr>
      <w:r>
        <w:t>Also accepted:</w:t>
      </w:r>
    </w:p>
    <w:p>
      <w:pPr>
        <w:widowControl/>
      </w:pPr>
      <w:r>
        <w:t>tell me about this beat</w:t>
      </w:r>
    </w:p>
    <w:p>
      <w:pPr>
        <w:widowControl/>
      </w:pPr>
      <w:r>
        <w:t>explain current beat</w:t>
      </w:r>
    </w:p>
    <w:p>
      <w:pPr>
        <w:widowControl/>
      </w:pPr>
      <w:r>
        <w:t>explain next beat</w:t>
      </w:r>
    </w:p>
    <w:p>
      <w:pPr>
        <w:widowControl/>
      </w:pPr>
      <w:r>
        <w:t>Also accepted:</w:t>
      </w:r>
    </w:p>
    <w:p>
      <w:pPr>
        <w:widowControl/>
      </w:pPr>
      <w:r>
        <w:t>describe next beat</w:t>
      </w:r>
    </w:p>
    <w:p>
      <w:pPr>
        <w:widowControl/>
      </w:pPr>
      <w:r>
        <w:t>explain previous beat</w:t>
      </w:r>
    </w:p>
    <w:p>
      <w:pPr>
        <w:widowControl/>
      </w:pPr>
      <w:r>
        <w:t>Also accepted:</w:t>
      </w:r>
    </w:p>
    <w:p>
      <w:pPr>
        <w:widowControl/>
      </w:pPr>
      <w:r>
        <w:t>describe previous beat</w:t>
      </w:r>
    </w:p>
    <w:p>
      <w:pPr>
        <w:widowControl/>
      </w:pPr>
      <w:r>
        <w:t>explain next measure</w:t>
      </w:r>
    </w:p>
    <w:p>
      <w:pPr>
        <w:widowControl/>
      </w:pPr>
      <w:r>
        <w:t>Also accepted:</w:t>
      </w:r>
    </w:p>
    <w:p>
      <w:pPr>
        <w:widowControl/>
      </w:pPr>
      <w:r>
        <w:t>describe next measure</w:t>
      </w:r>
    </w:p>
    <w:p>
      <w:pPr>
        <w:widowControl/>
      </w:pPr>
      <w:r>
        <w:t>explain previous measure</w:t>
      </w:r>
    </w:p>
    <w:p>
      <w:pPr>
        <w:widowControl/>
      </w:pPr>
      <w:r>
        <w:t>Also accepted:</w:t>
      </w:r>
    </w:p>
    <w:p>
      <w:pPr>
        <w:widowControl/>
      </w:pPr>
      <w:r>
        <w:t>describe previous measure</w:t>
      </w:r>
    </w:p>
    <w:p>
      <w:pPr>
        <w:widowControl/>
      </w:pPr>
      <w:r>
        <w:t>explain next chord</w:t>
      </w:r>
    </w:p>
    <w:p>
      <w:pPr>
        <w:widowControl/>
      </w:pPr>
      <w:r>
        <w:t>explain previous chord</w:t>
      </w:r>
    </w:p>
    <w:p>
      <w:pPr>
        <w:widowControl/>
      </w:pPr>
      <w:r>
        <w:t>read strings</w:t>
      </w:r>
    </w:p>
    <w:p>
      <w:pPr>
        <w:widowControl/>
      </w:pPr>
      <w:r>
        <w:t>which strings are played this beat</w:t>
      </w:r>
    </w:p>
    <w:p>
      <w:pPr>
        <w:widowControl/>
      </w:pPr>
      <w:r>
        <w:t>Also accepted:</w:t>
      </w:r>
    </w:p>
    <w:p>
      <w:pPr>
        <w:widowControl/>
      </w:pPr>
      <w:r>
        <w:t>what strings are played this beat</w:t>
      </w:r>
    </w:p>
    <w:p>
      <w:pPr>
        <w:widowControl/>
      </w:pPr>
      <w:r>
        <w:t>Also accepted:</w:t>
      </w:r>
    </w:p>
    <w:p>
      <w:pPr>
        <w:widowControl/>
      </w:pPr>
      <w:r>
        <w:t>which strings are played now</w:t>
      </w:r>
    </w:p>
    <w:p>
      <w:pPr>
        <w:widowControl/>
      </w:pPr>
      <w:r>
        <w:t>read measure strings</w:t>
      </w:r>
    </w:p>
    <w:p>
      <w:pPr>
        <w:widowControl/>
      </w:pPr>
      <w:r>
        <w:t>Also accepted:</w:t>
      </w:r>
    </w:p>
    <w:p>
      <w:pPr>
        <w:widowControl/>
      </w:pPr>
      <w:r>
        <w:t>what strings are played in this measure</w:t>
      </w:r>
    </w:p>
    <w:p>
      <w:pPr>
        <w:widowControl/>
      </w:pPr>
      <w:r>
        <w:t>read source</w:t>
      </w:r>
    </w:p>
    <w:p>
      <w:pPr>
        <w:widowControl/>
      </w:pPr>
      <w:r>
        <w:t>read lyrics</w:t>
      </w:r>
    </w:p>
    <w:p>
      <w:pPr>
        <w:widowControl/>
      </w:pPr>
      <w:r>
        <w:t>Also accepted:</w:t>
      </w:r>
    </w:p>
    <w:p>
      <w:pPr>
        <w:widowControl/>
      </w:pPr>
      <w:r>
        <w:t>read the lyrics</w:t>
      </w:r>
    </w:p>
    <w:p>
      <w:pPr>
        <w:widowControl/>
      </w:pPr>
      <w:r>
        <w:t>Also accepted:</w:t>
      </w:r>
    </w:p>
    <w:p>
      <w:pPr>
        <w:widowControl/>
      </w:pPr>
      <w:r>
        <w:t>what are the lyrics</w:t>
      </w:r>
    </w:p>
    <w:p>
      <w:pPr>
        <w:widowControl/>
      </w:pPr>
      <w:r>
        <w:t>read tempo</w:t>
      </w:r>
    </w:p>
    <w:p>
      <w:pPr>
        <w:widowControl/>
      </w:pPr>
      <w:r>
        <w:t>read tuning</w:t>
      </w:r>
    </w:p>
    <w:p>
      <w:pPr>
        <w:widowControl/>
      </w:pPr>
      <w:r>
        <w:t>next beat</w:t>
      </w:r>
    </w:p>
    <w:p>
      <w:pPr>
        <w:widowControl/>
      </w:pPr>
      <w:r>
        <w:t>Also accepted:</w:t>
      </w:r>
    </w:p>
    <w:p>
      <w:pPr>
        <w:widowControl/>
      </w:pPr>
      <w:r>
        <w:t>go to next beat</w:t>
      </w:r>
    </w:p>
    <w:p>
      <w:pPr>
        <w:widowControl/>
      </w:pPr>
      <w:r>
        <w:t>Also accepted:</w:t>
      </w:r>
    </w:p>
    <w:p>
      <w:pPr>
        <w:widowControl/>
      </w:pPr>
      <w:r>
        <w:t>move to next beat</w:t>
      </w:r>
    </w:p>
    <w:p>
      <w:pPr>
        <w:widowControl/>
      </w:pPr>
      <w:r>
        <w:t>previous beat</w:t>
      </w:r>
    </w:p>
    <w:p>
      <w:pPr>
        <w:widowControl/>
      </w:pPr>
      <w:r>
        <w:t>Also accepted:</w:t>
      </w:r>
    </w:p>
    <w:p>
      <w:pPr>
        <w:widowControl/>
      </w:pPr>
      <w:r>
        <w:t>go to previous beat</w:t>
      </w:r>
    </w:p>
    <w:p>
      <w:pPr>
        <w:widowControl/>
      </w:pPr>
      <w:r>
        <w:t>Also accepted:</w:t>
      </w:r>
    </w:p>
    <w:p>
      <w:pPr>
        <w:widowControl/>
      </w:pPr>
      <w:r>
        <w:t>move to previous beat</w:t>
      </w:r>
    </w:p>
    <w:p>
      <w:pPr>
        <w:widowControl/>
      </w:pPr>
      <w:r>
        <w:t>next measure</w:t>
      </w:r>
    </w:p>
    <w:p>
      <w:pPr>
        <w:widowControl/>
      </w:pPr>
      <w:r>
        <w:t>Also accepted:</w:t>
      </w:r>
    </w:p>
    <w:p>
      <w:pPr>
        <w:widowControl/>
      </w:pPr>
      <w:r>
        <w:t>go to next measure</w:t>
      </w:r>
    </w:p>
    <w:p>
      <w:pPr>
        <w:widowControl/>
      </w:pPr>
      <w:r>
        <w:t>Also accepted:</w:t>
      </w:r>
    </w:p>
    <w:p>
      <w:pPr>
        <w:widowControl/>
      </w:pPr>
      <w:r>
        <w:t>move to next measure</w:t>
      </w:r>
    </w:p>
    <w:p>
      <w:pPr>
        <w:widowControl/>
      </w:pPr>
      <w:r>
        <w:t>previous measure</w:t>
      </w:r>
    </w:p>
    <w:p>
      <w:pPr>
        <w:widowControl/>
      </w:pPr>
      <w:r>
        <w:t>Also accepted:</w:t>
      </w:r>
    </w:p>
    <w:p>
      <w:pPr>
        <w:widowControl/>
      </w:pPr>
      <w:r>
        <w:t>go to previous measure</w:t>
      </w:r>
    </w:p>
    <w:p>
      <w:pPr>
        <w:widowControl/>
      </w:pPr>
      <w:r>
        <w:t>Also accepted:</w:t>
      </w:r>
    </w:p>
    <w:p>
      <w:pPr>
        <w:widowControl/>
      </w:pPr>
      <w:r>
        <w:t>move to previous measure</w:t>
      </w:r>
    </w:p>
    <w:p>
      <w:pPr>
        <w:widowControl/>
      </w:pPr>
      <w:r>
        <w:t>next bar</w:t>
      </w:r>
    </w:p>
    <w:p>
      <w:pPr>
        <w:widowControl/>
      </w:pPr>
      <w:r>
        <w:t>previous bar</w:t>
      </w:r>
    </w:p>
    <w:p>
      <w:pPr>
        <w:widowControl/>
      </w:pPr>
      <w:r>
        <w:t>next note</w:t>
      </w:r>
    </w:p>
    <w:p>
      <w:pPr>
        <w:widowControl/>
      </w:pPr>
      <w:r>
        <w:t>previous note</w:t>
      </w:r>
    </w:p>
    <w:p>
      <w:pPr>
        <w:widowControl/>
      </w:pPr>
      <w:r>
        <w:t>next string</w:t>
      </w:r>
    </w:p>
    <w:p>
      <w:pPr>
        <w:widowControl/>
      </w:pPr>
      <w:r>
        <w:t>previous string</w:t>
      </w:r>
    </w:p>
    <w:p>
      <w:pPr>
        <w:widowControl/>
      </w:pPr>
      <w:r>
        <w:t>first string</w:t>
      </w:r>
    </w:p>
    <w:p>
      <w:pPr>
        <w:widowControl/>
      </w:pPr>
      <w:r>
        <w:t>last string</w:t>
      </w:r>
    </w:p>
    <w:p>
      <w:pPr>
        <w:widowControl/>
      </w:pPr>
      <w:r>
        <w:t>next chord</w:t>
      </w:r>
    </w:p>
    <w:p>
      <w:pPr>
        <w:widowControl/>
      </w:pPr>
      <w:r>
        <w:t>Also accepted:</w:t>
      </w:r>
    </w:p>
    <w:p>
      <w:pPr>
        <w:widowControl/>
      </w:pPr>
      <w:r>
        <w:t>go to next chord</w:t>
      </w:r>
    </w:p>
    <w:p>
      <w:pPr>
        <w:widowControl/>
      </w:pPr>
      <w:r>
        <w:t>previous chord</w:t>
      </w:r>
    </w:p>
    <w:p>
      <w:pPr>
        <w:widowControl/>
      </w:pPr>
      <w:r>
        <w:t>Also accepted:</w:t>
      </w:r>
    </w:p>
    <w:p>
      <w:pPr>
        <w:widowControl/>
      </w:pPr>
      <w:r>
        <w:t>go to previous chord</w:t>
      </w:r>
    </w:p>
    <w:p>
      <w:pPr>
        <w:widowControl/>
      </w:pPr>
      <w:r>
        <w:t>next section</w:t>
      </w:r>
    </w:p>
    <w:p>
      <w:pPr>
        <w:widowControl/>
      </w:pPr>
      <w:r>
        <w:t>Also accepted:</w:t>
      </w:r>
    </w:p>
    <w:p>
      <w:pPr>
        <w:widowControl/>
      </w:pPr>
      <w:r>
        <w:t>go to next section</w:t>
      </w:r>
    </w:p>
    <w:p>
      <w:pPr>
        <w:widowControl/>
      </w:pPr>
      <w:r>
        <w:t>previous section</w:t>
      </w:r>
    </w:p>
    <w:p>
      <w:pPr>
        <w:widowControl/>
      </w:pPr>
      <w:r>
        <w:t>Also accepted:</w:t>
      </w:r>
    </w:p>
    <w:p>
      <w:pPr>
        <w:widowControl/>
      </w:pPr>
      <w:r>
        <w:t>go to previous section</w:t>
      </w:r>
    </w:p>
    <w:p>
      <w:pPr>
        <w:widowControl/>
      </w:pPr>
      <w:r>
        <w:t>start over</w:t>
      </w:r>
    </w:p>
    <w:p>
      <w:pPr>
        <w:widowControl/>
      </w:pPr>
      <w:r>
        <w:t>first measure</w:t>
      </w:r>
    </w:p>
    <w:p>
      <w:pPr>
        <w:widowControl/>
      </w:pPr>
      <w:r>
        <w:t>last measure</w:t>
      </w:r>
    </w:p>
    <w:p>
      <w:pPr>
        <w:widowControl/>
      </w:pPr>
      <w:r>
        <w:t>go to the chorus</w:t>
      </w:r>
    </w:p>
    <w:p>
      <w:pPr>
        <w:widowControl/>
      </w:pPr>
      <w:r>
        <w:t>go to chorus</w:t>
      </w:r>
    </w:p>
    <w:p>
      <w:pPr>
        <w:widowControl/>
      </w:pPr>
      <w:r>
        <w:t>go to the verse</w:t>
      </w:r>
    </w:p>
    <w:p>
      <w:pPr>
        <w:widowControl/>
      </w:pPr>
      <w:r>
        <w:t>go to verse</w:t>
      </w:r>
    </w:p>
    <w:p>
      <w:pPr>
        <w:widowControl/>
      </w:pPr>
      <w:r>
        <w:t>go to the bridge</w:t>
      </w:r>
    </w:p>
    <w:p>
      <w:pPr>
        <w:widowControl/>
      </w:pPr>
      <w:r>
        <w:t>go to bridge</w:t>
      </w:r>
    </w:p>
    <w:p>
      <w:pPr>
        <w:widowControl/>
      </w:pPr>
      <w:r>
        <w:t>go to the intro</w:t>
      </w:r>
    </w:p>
    <w:p>
      <w:pPr>
        <w:widowControl/>
      </w:pPr>
      <w:r>
        <w:t>go to the outro</w:t>
      </w:r>
    </w:p>
    <w:p>
      <w:pPr>
        <w:widowControl/>
      </w:pPr>
      <w:r>
        <w:t>read notes</w:t>
      </w:r>
    </w:p>
    <w:p>
      <w:pPr>
        <w:widowControl/>
      </w:pPr>
      <w:r>
        <w:t>read measure</w:t>
      </w:r>
    </w:p>
    <w:p>
      <w:pPr>
        <w:widowControl/>
      </w:pPr>
      <w:r>
        <w:t>what chord</w:t>
      </w:r>
    </w:p>
    <w:p>
      <w:pPr>
        <w:widowControl/>
      </w:pPr>
      <w:r>
        <w:t>Also accepted:</w:t>
      </w:r>
    </w:p>
    <w:p>
      <w:pPr>
        <w:widowControl/>
      </w:pPr>
      <w:r>
        <w:t>tell me the chord</w:t>
      </w:r>
    </w:p>
    <w:p>
      <w:pPr>
        <w:widowControl/>
      </w:pPr>
      <w:r>
        <w:t>Also accepted:</w:t>
      </w:r>
    </w:p>
    <w:p>
      <w:pPr>
        <w:widowControl/>
      </w:pPr>
      <w:r>
        <w:t>what chord is this</w:t>
      </w:r>
    </w:p>
    <w:p>
      <w:pPr>
        <w:widowControl/>
      </w:pPr>
      <w:r>
        <w:t>read chord suggestions</w:t>
      </w:r>
    </w:p>
    <w:p>
      <w:pPr>
        <w:widowControl/>
      </w:pPr>
      <w:r>
        <w:t>repeat</w:t>
      </w:r>
    </w:p>
    <w:p>
      <w:pPr>
        <w:widowControl/>
      </w:pPr>
      <w:r>
        <w:t>repeat that</w:t>
      </w:r>
    </w:p>
    <w:p>
      <w:pPr>
        <w:widowControl/>
      </w:pPr>
      <w:r>
        <w:t>NUMBERED PIANO STAFF COMMANDS</w:t>
      </w:r>
    </w:p>
    <w:p>
      <w:pPr>
        <w:widowControl/>
      </w:pPr>
      <w:r>
        <w:t>Examples: go to staff two; next note on staff two; previous note on staff two; read staff two.</w:t>
      </w:r>
    </w:p>
    <w:p>
      <w:pPr>
        <w:widowControl/>
      </w:pPr>
      <w:r>
        <w:t>Patterns: go to staff NUMBER; staff NUMBER; next note on staff NUMBER; previous note on staff NUMBER; read staff NUMBER. Staff numbers one through sixteen need supplied numeric staff labels. Read staff two reads without moving. Other supplied labels use the staff chooser or next/previous staff commands. Staff numbers are not hand assignments.</w:t>
      </w:r>
    </w:p>
    <w:p>
      <w:pPr>
        <w:widowControl/>
      </w:pPr>
      <w:r>
        <w:t>Section jumps need section labels in the music.</w:t>
      </w:r>
    </w:p>
    <w:p>
      <w:pPr>
        <w:pStyle w:val="Heading2"/>
        <w:widowControl/>
      </w:pPr>
      <w:r>
        <w:t>Playback voice commands</w:t>
      </w:r>
    </w:p>
    <w:p>
      <w:pPr>
        <w:widowControl/>
      </w:pPr>
      <w:r>
        <w:t>play</w:t>
      </w:r>
    </w:p>
    <w:p>
      <w:pPr>
        <w:widowControl/>
      </w:pPr>
      <w:r>
        <w:t>Also accepted:</w:t>
      </w:r>
    </w:p>
    <w:p>
      <w:pPr>
        <w:widowControl/>
      </w:pPr>
      <w:r>
        <w:t>play from here</w:t>
      </w:r>
    </w:p>
    <w:p>
      <w:pPr>
        <w:widowControl/>
      </w:pPr>
      <w:r>
        <w:t>Also accepted:</w:t>
      </w:r>
    </w:p>
    <w:p>
      <w:pPr>
        <w:widowControl/>
      </w:pPr>
      <w:r>
        <w:t>start playing</w:t>
      </w:r>
    </w:p>
    <w:p>
      <w:pPr>
        <w:widowControl/>
      </w:pPr>
      <w:r>
        <w:t>play music</w:t>
      </w:r>
    </w:p>
    <w:p>
      <w:pPr>
        <w:widowControl/>
      </w:pPr>
      <w:r>
        <w:t>pause</w:t>
      </w:r>
    </w:p>
    <w:p>
      <w:pPr>
        <w:widowControl/>
      </w:pPr>
      <w:r>
        <w:t>Also accepted:</w:t>
      </w:r>
    </w:p>
    <w:p>
      <w:pPr>
        <w:widowControl/>
      </w:pPr>
      <w:r>
        <w:t>pause playback</w:t>
      </w:r>
    </w:p>
    <w:p>
      <w:pPr>
        <w:widowControl/>
      </w:pPr>
      <w:r>
        <w:t>resume</w:t>
      </w:r>
    </w:p>
    <w:p>
      <w:pPr>
        <w:widowControl/>
      </w:pPr>
      <w:r>
        <w:t>Also accepted:</w:t>
      </w:r>
    </w:p>
    <w:p>
      <w:pPr>
        <w:widowControl/>
      </w:pPr>
      <w:r>
        <w:t>continue playing</w:t>
      </w:r>
    </w:p>
    <w:p>
      <w:pPr>
        <w:widowControl/>
      </w:pPr>
      <w:r>
        <w:t>slower</w:t>
      </w:r>
    </w:p>
    <w:p>
      <w:pPr>
        <w:widowControl/>
      </w:pPr>
      <w:r>
        <w:t>Also accepted:</w:t>
      </w:r>
    </w:p>
    <w:p>
      <w:pPr>
        <w:widowControl/>
      </w:pPr>
      <w:r>
        <w:t>play slower</w:t>
      </w:r>
    </w:p>
    <w:p>
      <w:pPr>
        <w:widowControl/>
      </w:pPr>
      <w:r>
        <w:t>faster</w:t>
      </w:r>
    </w:p>
    <w:p>
      <w:pPr>
        <w:widowControl/>
      </w:pPr>
      <w:r>
        <w:t>Also accepted:</w:t>
      </w:r>
    </w:p>
    <w:p>
      <w:pPr>
        <w:widowControl/>
      </w:pPr>
      <w:r>
        <w:t>play faster</w:t>
      </w:r>
    </w:p>
    <w:p>
      <w:pPr>
        <w:widowControl/>
      </w:pPr>
      <w:r>
        <w:t>normal speed</w:t>
      </w:r>
    </w:p>
    <w:p>
      <w:pPr>
        <w:widowControl/>
      </w:pPr>
      <w:r>
        <w:t>current playback speed</w:t>
      </w:r>
    </w:p>
    <w:p>
      <w:pPr>
        <w:widowControl/>
      </w:pPr>
      <w:r>
        <w:t>stop</w:t>
      </w:r>
    </w:p>
    <w:p>
      <w:pPr>
        <w:widowControl/>
      </w:pPr>
      <w:r>
        <w:t>Also accepted:</w:t>
      </w:r>
    </w:p>
    <w:p>
      <w:pPr>
        <w:widowControl/>
      </w:pPr>
      <w:r>
        <w:t>stop playback</w:t>
      </w:r>
    </w:p>
    <w:p>
      <w:pPr>
        <w:widowControl/>
      </w:pPr>
      <w:r>
        <w:t>stop music</w:t>
      </w:r>
    </w:p>
    <w:p>
      <w:pPr>
        <w:pStyle w:val="Heading2"/>
        <w:widowControl/>
      </w:pPr>
      <w:r>
        <w:t>Practice voice commands</w:t>
      </w:r>
    </w:p>
    <w:p>
      <w:pPr>
        <w:widowControl/>
      </w:pPr>
      <w:r>
        <w:t>LOOP A MEASURE RANGE</w:t>
      </w:r>
    </w:p>
    <w:p>
      <w:pPr>
        <w:widowControl/>
      </w:pPr>
      <w:r>
        <w:t>Example: loop measures four through eight, then say play.</w:t>
      </w:r>
    </w:p>
    <w:p>
      <w:pPr>
        <w:widowControl/>
      </w:pPr>
      <w:r>
        <w:t>Patterns: loop measures FIRST through LAST; loop measures FIRST to LAST; loop measure FIRST through LAST; loop measure FIRST to LAST. Each number is one through nine hundred ninety nine and must form a valid existing range. Do not say FIRST or LAST.</w:t>
      </w:r>
    </w:p>
    <w:p>
      <w:pPr>
        <w:widowControl/>
      </w:pPr>
      <w:r>
        <w:t>read practice note</w:t>
      </w:r>
    </w:p>
    <w:p>
      <w:pPr>
        <w:widowControl/>
      </w:pPr>
      <w:r>
        <w:t>next practice note</w:t>
      </w:r>
    </w:p>
    <w:p>
      <w:pPr>
        <w:widowControl/>
      </w:pPr>
      <w:r>
        <w:t>previous practice note</w:t>
      </w:r>
    </w:p>
    <w:p>
      <w:pPr>
        <w:widowControl/>
      </w:pPr>
      <w:r>
        <w:t>loop settings</w:t>
      </w:r>
    </w:p>
    <w:p>
      <w:pPr>
        <w:widowControl/>
      </w:pPr>
      <w:r>
        <w:t>Also accepted:</w:t>
      </w:r>
    </w:p>
    <w:p>
      <w:pPr>
        <w:widowControl/>
      </w:pPr>
      <w:r>
        <w:t>gradual speed settings</w:t>
      </w:r>
    </w:p>
    <w:p>
      <w:pPr>
        <w:widowControl/>
      </w:pPr>
      <w:r>
        <w:t>Also accepted:</w:t>
      </w:r>
    </w:p>
    <w:p>
      <w:pPr>
        <w:widowControl/>
      </w:pPr>
      <w:r>
        <w:t>set loop options</w:t>
      </w:r>
    </w:p>
    <w:p>
      <w:pPr>
        <w:widowControl/>
      </w:pPr>
      <w:r>
        <w:t>loop this measure</w:t>
      </w:r>
    </w:p>
    <w:p>
      <w:pPr>
        <w:widowControl/>
      </w:pPr>
      <w:r>
        <w:t>stop looping</w:t>
      </w:r>
    </w:p>
    <w:p>
      <w:pPr>
        <w:widowControl/>
      </w:pPr>
      <w:r>
        <w:t>clear loop</w:t>
      </w:r>
    </w:p>
    <w:p>
      <w:pPr>
        <w:widowControl/>
      </w:pPr>
      <w:r>
        <w:t>count in on</w:t>
      </w:r>
    </w:p>
    <w:p>
      <w:pPr>
        <w:widowControl/>
      </w:pPr>
      <w:r>
        <w:t>count in off</w:t>
      </w:r>
    </w:p>
    <w:p>
      <w:pPr>
        <w:widowControl/>
      </w:pPr>
      <w:r>
        <w:t>bookmark here</w:t>
      </w:r>
    </w:p>
    <w:p>
      <w:pPr>
        <w:widowControl/>
      </w:pPr>
      <w:r>
        <w:t>go to bookmark</w:t>
      </w:r>
    </w:p>
    <w:p>
      <w:pPr>
        <w:pStyle w:val="Heading2"/>
        <w:widowControl/>
      </w:pPr>
      <w:r>
        <w:t>ChatGPT voice commands</w:t>
      </w:r>
    </w:p>
    <w:p>
      <w:pPr>
        <w:widowControl/>
      </w:pPr>
      <w:r>
        <w:t>The Voice control does not provide fixed ChatGPT connection/model commands. Use ChatGPT menu Alt+C: F4 connects, F5 focuses the question, Enter sends and F6 reads the answer. Talk to guide opens the written ChatGPT question field without starting the teacher.</w:t>
      </w:r>
    </w:p>
    <w:p>
      <w:pPr>
        <w:pStyle w:val="Heading2"/>
        <w:widowControl/>
      </w:pPr>
      <w:r>
        <w:t>Voice voice commands</w:t>
      </w:r>
    </w:p>
    <w:p>
      <w:pPr>
        <w:widowControl/>
      </w:pPr>
      <w:r>
        <w:t>silence speech</w:t>
      </w:r>
    </w:p>
    <w:p>
      <w:pPr>
        <w:widowControl/>
      </w:pPr>
      <w:r>
        <w:t>resume speech</w:t>
      </w:r>
    </w:p>
    <w:p>
      <w:pPr>
        <w:widowControl/>
      </w:pPr>
      <w:r>
        <w:t>start teacher</w:t>
      </w:r>
    </w:p>
    <w:p>
      <w:pPr>
        <w:widowControl/>
      </w:pPr>
      <w:r>
        <w:t>Also accepted:</w:t>
      </w:r>
    </w:p>
    <w:p>
      <w:pPr>
        <w:widowControl/>
      </w:pPr>
      <w:r>
        <w:t>talk to teacher</w:t>
      </w:r>
    </w:p>
    <w:p>
      <w:pPr>
        <w:widowControl/>
      </w:pPr>
      <w:r>
        <w:t>stop teacher</w:t>
      </w:r>
    </w:p>
    <w:p>
      <w:pPr>
        <w:widowControl/>
      </w:pPr>
      <w:r>
        <w:t>Also accepted:</w:t>
      </w:r>
    </w:p>
    <w:p>
      <w:pPr>
        <w:widowControl/>
      </w:pPr>
      <w:r>
        <w:t>disconnect teacher</w:t>
      </w:r>
    </w:p>
    <w:p>
      <w:pPr>
        <w:widowControl/>
      </w:pPr>
      <w:r>
        <w:t>Also accepted:</w:t>
      </w:r>
    </w:p>
    <w:p>
      <w:pPr>
        <w:widowControl/>
      </w:pPr>
      <w:r>
        <w:t>end teacher lesson</w:t>
      </w:r>
    </w:p>
    <w:p>
      <w:pPr>
        <w:widowControl/>
      </w:pPr>
      <w:r>
        <w:t>talk to guide</w:t>
      </w:r>
    </w:p>
    <w:p>
      <w:pPr>
        <w:widowControl/>
      </w:pPr>
      <w:r>
        <w:t>stop listening</w:t>
      </w:r>
    </w:p>
    <w:p>
      <w:pPr>
        <w:widowControl/>
      </w:pPr>
      <w:r>
        <w:t>stop speaking</w:t>
      </w:r>
    </w:p>
    <w:p>
      <w:pPr>
        <w:widowControl/>
      </w:pPr>
      <w:r>
        <w:t>speak replies on</w:t>
      </w:r>
    </w:p>
    <w:p>
      <w:pPr>
        <w:widowControl/>
      </w:pPr>
      <w:r>
        <w:t>speak replies off</w:t>
      </w:r>
    </w:p>
    <w:p>
      <w:pPr>
        <w:widowControl/>
      </w:pPr>
      <w:r>
        <w:t>Start teacher connects the configured live lesson, with live mode and its voice API key already set up. Stop teacher ends that lesson and leaves an already-on Voice control listener available. Talk to guide opens the written ChatGPT question field; only an explicit start teacher command starts the paid teacher connection. Voice help shows this reference; it does not silently turn the microphone on.</w:t>
      </w:r>
    </w:p>
    <w:p>
      <w:pPr>
        <w:pStyle w:val="Heading2"/>
        <w:widowControl/>
      </w:pPr>
      <w:r>
        <w:t>Help voice commands</w:t>
      </w:r>
    </w:p>
    <w:p>
      <w:pPr>
        <w:widowControl/>
      </w:pPr>
      <w:r>
        <w:t>voice help</w:t>
      </w:r>
    </w:p>
    <w:p>
      <w:pPr>
        <w:widowControl/>
      </w:pPr>
      <w:r>
        <w:t>Also accepted:</w:t>
      </w:r>
    </w:p>
    <w:p>
      <w:pPr>
        <w:widowControl/>
      </w:pPr>
      <w:r>
        <w:t>tell me the voice commands</w:t>
      </w:r>
    </w:p>
    <w:p>
      <w:pPr>
        <w:widowControl/>
      </w:pPr>
      <w:r>
        <w:t>list commands</w:t>
      </w:r>
    </w:p>
    <w:p>
      <w:pPr>
        <w:widowControl/>
      </w:pPr>
      <w:r>
        <w:t>Also accepted:</w:t>
      </w:r>
    </w:p>
    <w:p>
      <w:pPr>
        <w:widowControl/>
      </w:pPr>
      <w:r>
        <w:t>show voice commands</w:t>
      </w:r>
    </w:p>
    <w:p>
      <w:pPr>
        <w:widowControl/>
      </w:pPr>
      <w:r>
        <w:t>keyboard help</w:t>
      </w:r>
    </w:p>
    <w:p>
      <w:pPr>
        <w:widowControl/>
      </w:pPr>
      <w:r>
        <w:t>user guide</w:t>
      </w:r>
    </w:p>
    <w:p>
      <w:pPr>
        <w:widowControl/>
      </w:pPr>
      <w:r>
        <w:t>File commands open normal keyboard dialogs. Finish or cancel the dialog before another reader command. Escape leaves a dialog. Ctrl+Alt+L toggles the Voice control; exact optional shortcut assignments are shown in the live menus.</w:t>
      </w:r>
    </w:p>
    <w:p>
      <w:pPr>
        <w:pStyle w:val="Heading1"/>
      </w:pPr>
      <w:r>
        <w:t>Complete reader voice words and results</w:t>
      </w:r>
    </w:p>
    <w:p>
      <w:pPr>
        <w:spacing w:after="120"/>
      </w:pPr>
      <w:r>
        <w:t>These are the fixed words for the Voice control listener. They control an existing reading. They do not enter notes in the composer. Start dictation in the composer transcribes text; the connected live teacher accepts conversational requests. Keep these three routes distinct when choosing which microphone or button to use.</w:t>
      </w:r>
    </w:p>
    <w:p>
      <w:pPr>
        <w:spacing w:after="120"/>
      </w:pPr>
      <w:r>
        <w:t>Ctrl+Alt+L toggles the Voice control. Voice then Voice control window opens its window; Start listening turns it on. Windows English speech recognition and microphone permission are required. The Voice control listener needs no AI account. Say one complete phrase at a time. Finish or cancel a file/settings dialog before giving another reader command. If recognition is uncertain, read Voice control status and use the equivalent menu or keyboard action.</w:t>
      </w:r>
    </w:p>
    <w:p>
      <w:pPr>
        <w:spacing w:after="120"/>
      </w:pPr>
      <w:r>
        <w:t>Require SpeakTab wake word is off by default. If enabled, put SpeakTab before every fixed phrase, for example SpeakTab next measure. Both speak tab and speaktab are accepted wake-word spellings. A listener that is off cannot hear a command to turn itself on. Return to music, Escape, Ctrl+2 or closing the Voice control window returns to the reader while retaining listening state. Stop listening or Ctrl+Alt+L deliberately turns it off.</w:t>
      </w:r>
    </w:p>
    <w:p>
      <w:pPr>
        <w:pStyle w:val="Heading2"/>
      </w:pPr>
      <w:r>
        <w:t>File and help</w:t>
      </w:r>
    </w:p>
    <w:p>
      <w:pPr>
        <w:pStyle w:val="Heading3"/>
      </w:pPr>
      <w:r>
        <w:t>open file</w:t>
      </w:r>
    </w:p>
    <w:p>
      <w:pPr>
        <w:spacing w:after="120"/>
      </w:pPr>
      <w:r>
        <w:t>Say: open file.</w:t>
      </w:r>
    </w:p>
    <w:p>
      <w:pPr>
        <w:spacing w:after="120"/>
      </w:pPr>
      <w:r>
        <w:t>Opens the normal file chooser. Choose a supported file or Escape to cancel.</w:t>
      </w:r>
    </w:p>
    <w:p>
      <w:pPr>
        <w:pStyle w:val="Heading3"/>
      </w:pPr>
      <w:r>
        <w:t>save reading</w:t>
      </w:r>
    </w:p>
    <w:p>
      <w:pPr>
        <w:spacing w:after="120"/>
      </w:pPr>
      <w:r>
        <w:t>Say: save reading.</w:t>
      </w:r>
    </w:p>
    <w:p>
      <w:pPr>
        <w:spacing w:after="120"/>
      </w:pPr>
      <w:r>
        <w:t>Saves the current reader arrangement and practice state; it does not save a composer project.</w:t>
      </w:r>
    </w:p>
    <w:p>
      <w:pPr>
        <w:pStyle w:val="Heading3"/>
      </w:pPr>
      <w:r>
        <w:t>keyboard help</w:t>
      </w:r>
    </w:p>
    <w:p>
      <w:pPr>
        <w:spacing w:after="120"/>
      </w:pPr>
      <w:r>
        <w:t>Say: keyboard help.</w:t>
      </w:r>
    </w:p>
    <w:p>
      <w:pPr>
        <w:spacing w:after="120"/>
      </w:pPr>
      <w:r>
        <w:t>Opens keyboard help. Escape returns.</w:t>
      </w:r>
    </w:p>
    <w:p>
      <w:pPr>
        <w:pStyle w:val="Heading3"/>
      </w:pPr>
      <w:r>
        <w:t>user guide</w:t>
      </w:r>
    </w:p>
    <w:p>
      <w:pPr>
        <w:spacing w:after="120"/>
      </w:pPr>
      <w:r>
        <w:t>Say: user guide.</w:t>
      </w:r>
    </w:p>
    <w:p>
      <w:pPr>
        <w:spacing w:after="120"/>
      </w:pPr>
      <w:r>
        <w:t>Opens the local full user guide.</w:t>
      </w:r>
    </w:p>
    <w:p>
      <w:pPr>
        <w:pStyle w:val="Heading3"/>
      </w:pPr>
      <w:r>
        <w:t>voice help or list commands</w:t>
      </w:r>
    </w:p>
    <w:p>
      <w:pPr>
        <w:spacing w:after="120"/>
      </w:pPr>
      <w:r>
        <w:t>Say: voice help; list commands. Also accepted: tell me the voice commands; show voice commands.</w:t>
      </w:r>
    </w:p>
    <w:p>
      <w:pPr>
        <w:spacing w:after="120"/>
      </w:pPr>
      <w:r>
        <w:t>Displays the complete fixed-phrase reference without starting a stopped microphone.</w:t>
      </w:r>
    </w:p>
    <w:p>
      <w:pPr>
        <w:pStyle w:val="Heading3"/>
      </w:pPr>
      <w:r>
        <w:t>what can I say</w:t>
      </w:r>
    </w:p>
    <w:p>
      <w:pPr>
        <w:spacing w:after="120"/>
      </w:pPr>
      <w:r>
        <w:t>Say: what can I say.</w:t>
      </w:r>
    </w:p>
    <w:p>
      <w:pPr>
        <w:spacing w:after="120"/>
      </w:pPr>
      <w:r>
        <w:t>Starts a short group of useful suggestions in reader status.</w:t>
      </w:r>
    </w:p>
    <w:p>
      <w:pPr>
        <w:pStyle w:val="Heading3"/>
      </w:pPr>
      <w:r>
        <w:t>next</w:t>
      </w:r>
    </w:p>
    <w:p>
      <w:pPr>
        <w:spacing w:after="120"/>
      </w:pPr>
      <w:r>
        <w:t>Say: next.</w:t>
      </w:r>
    </w:p>
    <w:p>
      <w:pPr>
        <w:spacing w:after="120"/>
      </w:pPr>
      <w:r>
        <w:t>Shows the next suggestion group after what can I say. It does not move to another note or measure.</w:t>
      </w:r>
    </w:p>
    <w:p>
      <w:pPr>
        <w:pStyle w:val="Heading3"/>
      </w:pPr>
      <w:r>
        <w:t>stop help</w:t>
      </w:r>
    </w:p>
    <w:p>
      <w:pPr>
        <w:spacing w:after="120"/>
      </w:pPr>
      <w:r>
        <w:t>Say: stop help.</w:t>
      </w:r>
    </w:p>
    <w:p>
      <w:pPr>
        <w:spacing w:after="120"/>
      </w:pPr>
      <w:r>
        <w:t>Leaves the suggestion sequence. An ordinary reader command also leaves it.</w:t>
      </w:r>
    </w:p>
    <w:p>
      <w:pPr>
        <w:pStyle w:val="Heading2"/>
      </w:pPr>
      <w:r>
        <w:t>Read the current music</w:t>
      </w:r>
    </w:p>
    <w:p>
      <w:pPr>
        <w:pStyle w:val="Heading3"/>
      </w:pPr>
      <w:r>
        <w:t>where am I</w:t>
      </w:r>
    </w:p>
    <w:p>
      <w:pPr>
        <w:spacing w:after="120"/>
      </w:pPr>
      <w:r>
        <w:t>Say: where am I. Also accepted: where are we; tell me where I am.</w:t>
      </w:r>
    </w:p>
    <w:p>
      <w:pPr>
        <w:spacing w:after="120"/>
      </w:pPr>
      <w:r>
        <w:t>Reports the selected musical position.</w:t>
      </w:r>
    </w:p>
    <w:p>
      <w:pPr>
        <w:pStyle w:val="Heading3"/>
      </w:pPr>
      <w:r>
        <w:t>read details or explain this or explain current beat</w:t>
      </w:r>
    </w:p>
    <w:p>
      <w:pPr>
        <w:spacing w:after="120"/>
      </w:pPr>
      <w:r>
        <w:t>Say: read details; explain this; explain current beat. Also accepted: describe this beat; tell me about this beat.</w:t>
      </w:r>
    </w:p>
    <w:p>
      <w:pPr>
        <w:spacing w:after="120"/>
      </w:pPr>
      <w:r>
        <w:t>Reports the current reading description without moving. It follows the selected reading style and appears as Voice control feedback or Reader status. F3 is the separate action for complete beat details regardless of concise or compact style.</w:t>
      </w:r>
    </w:p>
    <w:p>
      <w:pPr>
        <w:pStyle w:val="Heading3"/>
      </w:pPr>
      <w:r>
        <w:t>read notes</w:t>
      </w:r>
    </w:p>
    <w:p>
      <w:pPr>
        <w:spacing w:after="120"/>
      </w:pPr>
      <w:r>
        <w:t>Say: read notes.</w:t>
      </w:r>
    </w:p>
    <w:p>
      <w:pPr>
        <w:spacing w:after="120"/>
      </w:pPr>
      <w:r>
        <w:t>Reads the current note/explanation text.</w:t>
      </w:r>
    </w:p>
    <w:p>
      <w:pPr>
        <w:pStyle w:val="Heading3"/>
      </w:pPr>
      <w:r>
        <w:t>read source</w:t>
      </w:r>
    </w:p>
    <w:p>
      <w:pPr>
        <w:spacing w:after="120"/>
      </w:pPr>
      <w:r>
        <w:t>Say: read source.</w:t>
      </w:r>
    </w:p>
    <w:p>
      <w:pPr>
        <w:spacing w:after="120"/>
      </w:pPr>
      <w:r>
        <w:t>Reads the retained source text or score summary.</w:t>
      </w:r>
    </w:p>
    <w:p>
      <w:pPr>
        <w:pStyle w:val="Heading3"/>
      </w:pPr>
      <w:r>
        <w:t>read lyrics</w:t>
      </w:r>
    </w:p>
    <w:p>
      <w:pPr>
        <w:spacing w:after="120"/>
      </w:pPr>
      <w:r>
        <w:t>Say: read lyrics. Also accepted: read the lyrics; what are the lyrics.</w:t>
      </w:r>
    </w:p>
    <w:p>
      <w:pPr>
        <w:spacing w:after="120"/>
      </w:pPr>
      <w:r>
        <w:t>Reports the supplied lyrics or text beneath notes at this position. It does not invent missing words.</w:t>
      </w:r>
    </w:p>
    <w:p>
      <w:pPr>
        <w:pStyle w:val="Heading3"/>
      </w:pPr>
      <w:r>
        <w:t>read measure</w:t>
      </w:r>
    </w:p>
    <w:p>
      <w:pPr>
        <w:spacing w:after="120"/>
      </w:pPr>
      <w:r>
        <w:t>Say: read measure.</w:t>
      </w:r>
    </w:p>
    <w:p>
      <w:pPr>
        <w:spacing w:after="120"/>
      </w:pPr>
      <w:r>
        <w:t>Describes the selected measure from available reading data.</w:t>
      </w:r>
    </w:p>
    <w:p>
      <w:pPr>
        <w:pStyle w:val="Heading3"/>
      </w:pPr>
      <w:r>
        <w:t>what chord or read chord suggestions</w:t>
      </w:r>
    </w:p>
    <w:p>
      <w:pPr>
        <w:spacing w:after="120"/>
      </w:pPr>
      <w:r>
        <w:t>Say: what chord; read chord suggestions. Also accepted: what chord is this; tell me the chord.</w:t>
      </w:r>
    </w:p>
    <w:p>
      <w:pPr>
        <w:spacing w:after="120"/>
      </w:pPr>
      <w:r>
        <w:t>Reports a written chord, or labels a possible note-based chord as unconfirmed. Missing harmony is reported.</w:t>
      </w:r>
    </w:p>
    <w:p>
      <w:pPr>
        <w:pStyle w:val="Heading3"/>
      </w:pPr>
      <w:r>
        <w:t>repeat or repeat that</w:t>
      </w:r>
    </w:p>
    <w:p>
      <w:pPr>
        <w:spacing w:after="120"/>
      </w:pPr>
      <w:r>
        <w:t>Say: repeat; repeat that.</w:t>
      </w:r>
    </w:p>
    <w:p>
      <w:pPr>
        <w:spacing w:after="120"/>
      </w:pPr>
      <w:r>
        <w:t>Repeats the short description of the current position; it does not repeat the last entire AI answer.</w:t>
      </w:r>
    </w:p>
    <w:p>
      <w:pPr>
        <w:pStyle w:val="Heading3"/>
      </w:pPr>
      <w:r>
        <w:t>read strings or which strings are played this beat</w:t>
      </w:r>
    </w:p>
    <w:p>
      <w:pPr>
        <w:spacing w:after="120"/>
      </w:pPr>
      <w:r>
        <w:t>Say: read strings; which strings are played this beat. Also accepted: which strings are played now; what strings are played this beat.</w:t>
      </w:r>
    </w:p>
    <w:p>
      <w:pPr>
        <w:spacing w:after="120"/>
      </w:pPr>
      <w:r>
        <w:t>Reports supplied guitar string/fret material at the current beat.</w:t>
      </w:r>
    </w:p>
    <w:p>
      <w:pPr>
        <w:pStyle w:val="Heading3"/>
      </w:pPr>
      <w:r>
        <w:t>read measure strings</w:t>
      </w:r>
    </w:p>
    <w:p>
      <w:pPr>
        <w:spacing w:after="120"/>
      </w:pPr>
      <w:r>
        <w:t>Say: read measure strings. Also accepted: what strings are played in this measure.</w:t>
      </w:r>
    </w:p>
    <w:p>
      <w:pPr>
        <w:spacing w:after="120"/>
      </w:pPr>
      <w:r>
        <w:t>Summarizes supplied guitar strings and frets used in this measure.</w:t>
      </w:r>
    </w:p>
    <w:p>
      <w:pPr>
        <w:pStyle w:val="Heading3"/>
      </w:pPr>
      <w:r>
        <w:t>read tuning</w:t>
      </w:r>
    </w:p>
    <w:p>
      <w:pPr>
        <w:spacing w:after="120"/>
      </w:pPr>
      <w:r>
        <w:t>Say: read tuning.</w:t>
      </w:r>
    </w:p>
    <w:p>
      <w:pPr>
        <w:spacing w:after="120"/>
      </w:pPr>
      <w:r>
        <w:t>Reports the reader guitar tuning and capo when applicable. It does not establish guitar tuning for unrelated staff notes.</w:t>
      </w:r>
    </w:p>
    <w:p>
      <w:pPr>
        <w:pStyle w:val="Heading3"/>
      </w:pPr>
      <w:r>
        <w:t>read tempo</w:t>
      </w:r>
    </w:p>
    <w:p>
      <w:pPr>
        <w:spacing w:after="120"/>
      </w:pPr>
      <w:r>
        <w:t>Say: read tempo.</w:t>
      </w:r>
    </w:p>
    <w:p>
      <w:pPr>
        <w:spacing w:after="120"/>
      </w:pPr>
      <w:r>
        <w:t>Reports practice tempo and playback percentage. Consult Playback settings for written and effective tempo.</w:t>
      </w:r>
    </w:p>
    <w:p>
      <w:pPr>
        <w:pStyle w:val="Heading3"/>
      </w:pPr>
      <w:r>
        <w:t>current playback speed</w:t>
      </w:r>
    </w:p>
    <w:p>
      <w:pPr>
        <w:spacing w:after="120"/>
      </w:pPr>
      <w:r>
        <w:t>Say: current playback speed.</w:t>
      </w:r>
    </w:p>
    <w:p>
      <w:pPr>
        <w:spacing w:after="120"/>
      </w:pPr>
      <w:r>
        <w:t>Reports the playback percentage.</w:t>
      </w:r>
    </w:p>
    <w:p>
      <w:pPr>
        <w:pStyle w:val="Heading2"/>
      </w:pPr>
      <w:r>
        <w:t>Move through the reading</w:t>
      </w:r>
    </w:p>
    <w:p>
      <w:pPr>
        <w:pStyle w:val="Heading3"/>
      </w:pPr>
      <w:r>
        <w:t>next beat or previous beat or next note or previous note</w:t>
      </w:r>
    </w:p>
    <w:p>
      <w:pPr>
        <w:spacing w:after="120"/>
      </w:pPr>
      <w:r>
        <w:t>Say: next beat; previous beat; next note; previous note. Also accepted: move to next beat; go to next beat; move to previous beat; go to previous beat.</w:t>
      </w:r>
    </w:p>
    <w:p>
      <w:pPr>
        <w:spacing w:after="120"/>
      </w:pPr>
      <w:r>
        <w:t>Moves to the adjacent musical time position. Next played note is the separate command for skipping positions without supplied pitches.</w:t>
      </w:r>
    </w:p>
    <w:p>
      <w:pPr>
        <w:pStyle w:val="Heading3"/>
      </w:pPr>
      <w:r>
        <w:t>next played note</w:t>
      </w:r>
    </w:p>
    <w:p>
      <w:pPr>
        <w:spacing w:after="120"/>
      </w:pPr>
      <w:r>
        <w:t>Say: next played note.</w:t>
      </w:r>
    </w:p>
    <w:p>
      <w:pPr>
        <w:spacing w:after="120"/>
      </w:pPr>
      <w:r>
        <w:t>Moves to the next supplied pitched-note attack, skipping positions without one and quiet tied continuations. A boundary message leaves the position unchanged.</w:t>
      </w:r>
    </w:p>
    <w:p>
      <w:pPr>
        <w:pStyle w:val="Heading3"/>
      </w:pPr>
      <w:r>
        <w:t>next measure or previous measure or next bar or previous bar</w:t>
      </w:r>
    </w:p>
    <w:p>
      <w:pPr>
        <w:spacing w:after="120"/>
      </w:pPr>
      <w:r>
        <w:t>Say: next measure; previous measure; next bar; previous bar. Also accepted: move to next measure; go to next measure; move to previous measure; go to previous measure.</w:t>
      </w:r>
    </w:p>
    <w:p>
      <w:pPr>
        <w:spacing w:after="120"/>
      </w:pPr>
      <w:r>
        <w:t>Moves to the adjacent measure using the reader navigation choices.</w:t>
      </w:r>
    </w:p>
    <w:p>
      <w:pPr>
        <w:pStyle w:val="Heading3"/>
      </w:pPr>
      <w:r>
        <w:t>start over or first measure</w:t>
      </w:r>
    </w:p>
    <w:p>
      <w:pPr>
        <w:spacing w:after="120"/>
      </w:pPr>
      <w:r>
        <w:t>Say: start over; first measure.</w:t>
      </w:r>
    </w:p>
    <w:p>
      <w:pPr>
        <w:spacing w:after="120"/>
      </w:pPr>
      <w:r>
        <w:t>Moves to the beginning, respecting the empty-measure navigation choice.</w:t>
      </w:r>
    </w:p>
    <w:p>
      <w:pPr>
        <w:pStyle w:val="Heading3"/>
      </w:pPr>
      <w:r>
        <w:t>last measure</w:t>
      </w:r>
    </w:p>
    <w:p>
      <w:pPr>
        <w:spacing w:after="120"/>
      </w:pPr>
      <w:r>
        <w:t>Say: last measure.</w:t>
      </w:r>
    </w:p>
    <w:p>
      <w:pPr>
        <w:spacing w:after="120"/>
      </w:pPr>
      <w:r>
        <w:t>Moves to the beginning of the last available measure.</w:t>
      </w:r>
    </w:p>
    <w:p>
      <w:pPr>
        <w:pStyle w:val="Heading3"/>
      </w:pPr>
      <w:r>
        <w:t>next chord or previous chord</w:t>
      </w:r>
    </w:p>
    <w:p>
      <w:pPr>
        <w:spacing w:after="120"/>
      </w:pPr>
      <w:r>
        <w:t>Say: next chord; previous chord. Also accepted: go to next chord; go to previous chord.</w:t>
      </w:r>
    </w:p>
    <w:p>
      <w:pPr>
        <w:spacing w:after="120"/>
      </w:pPr>
      <w:r>
        <w:t>Moves to the next or previous written or inferred chord change, skipping held continuations.</w:t>
      </w:r>
    </w:p>
    <w:p>
      <w:pPr>
        <w:pStyle w:val="Heading3"/>
      </w:pPr>
      <w:r>
        <w:t>next section or previous section</w:t>
      </w:r>
    </w:p>
    <w:p>
      <w:pPr>
        <w:spacing w:after="120"/>
      </w:pPr>
      <w:r>
        <w:t>Say: next section; previous section. Also accepted: go to next section; go to previous section.</w:t>
      </w:r>
    </w:p>
    <w:p>
      <w:pPr>
        <w:spacing w:after="120"/>
      </w:pPr>
      <w:r>
        <w:t>Moves among supplied named sections. A score without such labels reports that limitation.</w:t>
      </w:r>
    </w:p>
    <w:p>
      <w:pPr>
        <w:pStyle w:val="Heading3"/>
      </w:pPr>
      <w:r>
        <w:t>go to the chorus or go to chorus or go to the verse or go to verse or go to the bridge or go to bridge or go to the intro or go to the outro</w:t>
      </w:r>
    </w:p>
    <w:p>
      <w:pPr>
        <w:spacing w:after="120"/>
      </w:pPr>
      <w:r>
        <w:t>Say: go to the chorus; go to chorus; go to the verse; go to verse; go to the bridge; go to bridge; go to the intro; go to the outro.</w:t>
      </w:r>
    </w:p>
    <w:p>
      <w:pPr>
        <w:spacing w:after="120"/>
      </w:pPr>
      <w:r>
        <w:t>Moves to a matching supplied section label. It does not detect or create a missing section.</w:t>
      </w:r>
    </w:p>
    <w:p>
      <w:pPr>
        <w:pStyle w:val="Heading3"/>
      </w:pPr>
      <w:r>
        <w:t>explain next beat or explain previous beat or explain next measure or explain previous measure or explain next chord or explain previous chord</w:t>
      </w:r>
    </w:p>
    <w:p>
      <w:pPr>
        <w:spacing w:after="120"/>
      </w:pPr>
      <w:r>
        <w:t>Say: explain next beat; explain previous beat; explain next measure; explain previous measure; explain next chord; explain previous chord. Also accepted: describe next beat; describe previous beat; describe next measure; describe previous measure.</w:t>
      </w:r>
    </w:p>
    <w:p>
      <w:pPr>
        <w:spacing w:after="120"/>
      </w:pPr>
      <w:r>
        <w:t>Moves in the named direction and then reports the new position in the selected reading style. At a boundary it reports the navigation result.</w:t>
      </w:r>
    </w:p>
    <w:p>
      <w:pPr>
        <w:pStyle w:val="Heading3"/>
      </w:pPr>
      <w:r>
        <w:t>next string or previous string or first string or last string</w:t>
      </w:r>
    </w:p>
    <w:p>
      <w:pPr>
        <w:spacing w:after="120"/>
      </w:pPr>
      <w:r>
        <w:t>Say: next string; previous string; first string; last string.</w:t>
      </w:r>
    </w:p>
    <w:p>
      <w:pPr>
        <w:spacing w:after="120"/>
      </w:pPr>
      <w:r>
        <w:t>Inspects the guitar string slots at the same time position. First is string 1; last is string 6. A missing pitched note on a string is reported. These commands do not move through musical time.</w:t>
      </w:r>
    </w:p>
    <w:p>
      <w:pPr>
        <w:pStyle w:val="Heading2"/>
      </w:pPr>
      <w:r>
        <w:t>Piano staff commands</w:t>
      </w:r>
    </w:p>
    <w:p>
      <w:pPr>
        <w:pStyle w:val="Heading3"/>
      </w:pPr>
      <w:r>
        <w:t>next staff or previous staff or first staff or last staff</w:t>
      </w:r>
    </w:p>
    <w:p>
      <w:pPr>
        <w:spacing w:after="120"/>
      </w:pPr>
      <w:r>
        <w:t>Say: next staff; previous staff; first staff; last staff.</w:t>
      </w:r>
    </w:p>
    <w:p>
      <w:pPr>
        <w:spacing w:after="120"/>
      </w:pPr>
      <w:r>
        <w:t>Chooses among supplied piano/keyboard staves. Staff labels are source identifiers, not automatic hand assignments.</w:t>
      </w:r>
    </w:p>
    <w:p>
      <w:pPr>
        <w:pStyle w:val="Heading3"/>
      </w:pPr>
      <w:r>
        <w:t>which staff</w:t>
      </w:r>
    </w:p>
    <w:p>
      <w:pPr>
        <w:spacing w:after="120"/>
      </w:pPr>
      <w:r>
        <w:t>Say: which staff.</w:t>
      </w:r>
    </w:p>
    <w:p>
      <w:pPr>
        <w:spacing w:after="120"/>
      </w:pPr>
      <w:r>
        <w:t>Reports the selected piano staff, available labels and supplied clef when available.</w:t>
      </w:r>
    </w:p>
    <w:p>
      <w:pPr>
        <w:pStyle w:val="Heading3"/>
      </w:pPr>
      <w:r>
        <w:t>next note on staff or previous note on staff</w:t>
      </w:r>
    </w:p>
    <w:p>
      <w:pPr>
        <w:spacing w:after="120"/>
      </w:pPr>
      <w:r>
        <w:t>Say: next note on staff; previous note on staff. Also accepted: next staff note; previous staff note.</w:t>
      </w:r>
    </w:p>
    <w:p>
      <w:pPr>
        <w:spacing w:after="120"/>
      </w:pPr>
      <w:r>
        <w:t>Moves among note attacks on the selected supplied piano staff.</w:t>
      </w:r>
    </w:p>
    <w:p>
      <w:pPr>
        <w:pStyle w:val="Heading3"/>
      </w:pPr>
      <w:r>
        <w:t>read staff</w:t>
      </w:r>
    </w:p>
    <w:p>
      <w:pPr>
        <w:spacing w:after="120"/>
      </w:pPr>
      <w:r>
        <w:t>Say: read staff. Also accepted: read this staff.</w:t>
      </w:r>
    </w:p>
    <w:p>
      <w:pPr>
        <w:spacing w:after="120"/>
      </w:pPr>
      <w:r>
        <w:t>Reads the selected piano staff at the current position without moving through the score.</w:t>
      </w:r>
    </w:p>
    <w:p>
      <w:pPr>
        <w:pStyle w:val="Heading2"/>
      </w:pPr>
      <w:r>
        <w:t>Playback and speed</w:t>
      </w:r>
    </w:p>
    <w:p>
      <w:pPr>
        <w:pStyle w:val="Heading3"/>
      </w:pPr>
      <w:r>
        <w:t>play or play music or resume</w:t>
      </w:r>
    </w:p>
    <w:p>
      <w:pPr>
        <w:spacing w:after="120"/>
      </w:pPr>
      <w:r>
        <w:t>Say: play; play music; resume. Also accepted: start playing; play from here; continue playing.</w:t>
      </w:r>
    </w:p>
    <w:p>
      <w:pPr>
        <w:spacing w:after="120"/>
      </w:pPr>
      <w:r>
        <w:t>Starts practice playback from the selected musical position, with the current loop and speed choices. Resume restarts from that position; pause is not a separate retained audio cursor.</w:t>
      </w:r>
    </w:p>
    <w:p>
      <w:pPr>
        <w:pStyle w:val="Heading3"/>
      </w:pPr>
      <w:r>
        <w:t>pause</w:t>
      </w:r>
    </w:p>
    <w:p>
      <w:pPr>
        <w:spacing w:after="120"/>
      </w:pPr>
      <w:r>
        <w:t>Say: pause. Also accepted: pause playback.</w:t>
      </w:r>
    </w:p>
    <w:p>
      <w:pPr>
        <w:spacing w:after="120"/>
      </w:pPr>
      <w:r>
        <w:t>Stops current playback and practice drums. Resume starts from the selected position.</w:t>
      </w:r>
    </w:p>
    <w:p>
      <w:pPr>
        <w:pStyle w:val="Heading3"/>
      </w:pPr>
      <w:r>
        <w:t>stop or stop music</w:t>
      </w:r>
    </w:p>
    <w:p>
      <w:pPr>
        <w:spacing w:after="120"/>
      </w:pPr>
      <w:r>
        <w:t>Say: stop; stop music. Also accepted: stop playback.</w:t>
      </w:r>
    </w:p>
    <w:p>
      <w:pPr>
        <w:spacing w:after="120"/>
      </w:pPr>
      <w:r>
        <w:t>Stops playback and practice drums. It keeps an existing loop range and does not end a live teacher connection.</w:t>
      </w:r>
    </w:p>
    <w:p>
      <w:pPr>
        <w:pStyle w:val="Heading3"/>
      </w:pPr>
      <w:r>
        <w:t>slower or faster</w:t>
      </w:r>
    </w:p>
    <w:p>
      <w:pPr>
        <w:spacing w:after="120"/>
      </w:pPr>
      <w:r>
        <w:t>Say: slower; faster. Also accepted: play slower; play faster.</w:t>
      </w:r>
    </w:p>
    <w:p>
      <w:pPr>
        <w:spacing w:after="120"/>
      </w:pPr>
      <w:r>
        <w:t>Changes music playback by ten percentage points, within its allowed range, and disables automatic gradual increases. It does not change speech rate or written durations.</w:t>
      </w:r>
    </w:p>
    <w:p>
      <w:pPr>
        <w:pStyle w:val="Heading3"/>
      </w:pPr>
      <w:r>
        <w:t>normal speed</w:t>
      </w:r>
    </w:p>
    <w:p>
      <w:pPr>
        <w:spacing w:after="120"/>
      </w:pPr>
      <w:r>
        <w:t>Say: normal speed.</w:t>
      </w:r>
    </w:p>
    <w:p>
      <w:pPr>
        <w:spacing w:after="120"/>
      </w:pPr>
      <w:r>
        <w:t>Restores 100 percent music playback and disables automatic gradual increases.</w:t>
      </w:r>
    </w:p>
    <w:p>
      <w:pPr>
        <w:pStyle w:val="Heading2"/>
      </w:pPr>
      <w:r>
        <w:t>Practice and saved reminders</w:t>
      </w:r>
    </w:p>
    <w:p>
      <w:pPr>
        <w:pStyle w:val="Heading3"/>
      </w:pPr>
      <w:r>
        <w:t>loop settings</w:t>
      </w:r>
    </w:p>
    <w:p>
      <w:pPr>
        <w:spacing w:after="120"/>
      </w:pPr>
      <w:r>
        <w:t>Say: loop settings. Also accepted: set loop options; gradual speed settings.</w:t>
      </w:r>
    </w:p>
    <w:p>
      <w:pPr>
        <w:spacing w:after="120"/>
      </w:pPr>
      <w:r>
        <w:t>Opens loop range and optional gradual-speed settings. Escape cancels.</w:t>
      </w:r>
    </w:p>
    <w:p>
      <w:pPr>
        <w:pStyle w:val="Heading3"/>
      </w:pPr>
      <w:r>
        <w:t>loop this measure</w:t>
      </w:r>
    </w:p>
    <w:p>
      <w:pPr>
        <w:spacing w:after="120"/>
      </w:pPr>
      <w:r>
        <w:t>Say: loop this measure.</w:t>
      </w:r>
    </w:p>
    <w:p>
      <w:pPr>
        <w:spacing w:after="120"/>
      </w:pPr>
      <w:r>
        <w:t>Sets an inclusive loop of the selected measure. Say play to start it.</w:t>
      </w:r>
    </w:p>
    <w:p>
      <w:pPr>
        <w:pStyle w:val="Heading3"/>
      </w:pPr>
      <w:r>
        <w:t>stop looping or clear loop</w:t>
      </w:r>
    </w:p>
    <w:p>
      <w:pPr>
        <w:spacing w:after="120"/>
      </w:pPr>
      <w:r>
        <w:t>Say: stop looping; clear loop.</w:t>
      </w:r>
    </w:p>
    <w:p>
      <w:pPr>
        <w:spacing w:after="120"/>
      </w:pPr>
      <w:r>
        <w:t>Stops playback and clears the loop range.</w:t>
      </w:r>
    </w:p>
    <w:p>
      <w:pPr>
        <w:pStyle w:val="Heading3"/>
      </w:pPr>
      <w:r>
        <w:t>count in on or count in off</w:t>
      </w:r>
    </w:p>
    <w:p>
      <w:pPr>
        <w:spacing w:after="120"/>
      </w:pPr>
      <w:r>
        <w:t>Say: count in on; count in off.</w:t>
      </w:r>
    </w:p>
    <w:p>
      <w:pPr>
        <w:spacing w:after="120"/>
      </w:pPr>
      <w:r>
        <w:t>Enables or disables the four-beat practice count-in and saves the preference.</w:t>
      </w:r>
    </w:p>
    <w:p>
      <w:pPr>
        <w:pStyle w:val="Heading3"/>
      </w:pPr>
      <w:r>
        <w:t>bookmark here</w:t>
      </w:r>
    </w:p>
    <w:p>
      <w:pPr>
        <w:spacing w:after="120"/>
      </w:pPr>
      <w:r>
        <w:t>Say: bookmark here.</w:t>
      </w:r>
    </w:p>
    <w:p>
      <w:pPr>
        <w:spacing w:after="120"/>
      </w:pPr>
      <w:r>
        <w:t>Stores a bookmark at the selected position.</w:t>
      </w:r>
    </w:p>
    <w:p>
      <w:pPr>
        <w:pStyle w:val="Heading3"/>
      </w:pPr>
      <w:r>
        <w:t>go to bookmark</w:t>
      </w:r>
    </w:p>
    <w:p>
      <w:pPr>
        <w:spacing w:after="120"/>
      </w:pPr>
      <w:r>
        <w:t>Say: go to bookmark.</w:t>
      </w:r>
    </w:p>
    <w:p>
      <w:pPr>
        <w:spacing w:after="120"/>
      </w:pPr>
      <w:r>
        <w:t>Returns to a saved bookmark when one is available.</w:t>
      </w:r>
    </w:p>
    <w:p>
      <w:pPr>
        <w:pStyle w:val="Heading3"/>
      </w:pPr>
      <w:r>
        <w:t>read practice note</w:t>
      </w:r>
    </w:p>
    <w:p>
      <w:pPr>
        <w:spacing w:after="120"/>
      </w:pPr>
      <w:r>
        <w:t>Say: read practice note.</w:t>
      </w:r>
    </w:p>
    <w:p>
      <w:pPr>
        <w:spacing w:after="120"/>
      </w:pPr>
      <w:r>
        <w:t>Reads the selected saved practice reminder for the current piece, when available.</w:t>
      </w:r>
    </w:p>
    <w:p>
      <w:pPr>
        <w:pStyle w:val="Heading3"/>
      </w:pPr>
      <w:r>
        <w:t>next practice note or previous practice note</w:t>
      </w:r>
    </w:p>
    <w:p>
      <w:pPr>
        <w:spacing w:after="120"/>
      </w:pPr>
      <w:r>
        <w:t>Say: next practice note; previous practice note.</w:t>
      </w:r>
    </w:p>
    <w:p>
      <w:pPr>
        <w:spacing w:after="120"/>
      </w:pPr>
      <w:r>
        <w:t>Moves through saved practice reminders and reads the selected reminder. Next note remains musical navigation.</w:t>
      </w:r>
    </w:p>
    <w:p>
      <w:pPr>
        <w:pStyle w:val="Heading2"/>
      </w:pPr>
      <w:r>
        <w:t>Listening speech and connected teaching</w:t>
      </w:r>
    </w:p>
    <w:p>
      <w:pPr>
        <w:pStyle w:val="Heading3"/>
      </w:pPr>
      <w:r>
        <w:t>silence speech or resume speech</w:t>
      </w:r>
    </w:p>
    <w:p>
      <w:pPr>
        <w:spacing w:after="120"/>
      </w:pPr>
      <w:r>
        <w:t>Say: silence speech; resume speech.</w:t>
      </w:r>
    </w:p>
    <w:p>
      <w:pPr>
        <w:spacing w:after="120"/>
      </w:pPr>
      <w:r>
        <w:t>Silences or re-enables optional ChatGPT read-aloud. AI teacher speech and microphones stay on. F12 separately quiets playback announcements; teacher replies stay spoken.</w:t>
      </w:r>
    </w:p>
    <w:p>
      <w:pPr>
        <w:pStyle w:val="Heading3"/>
      </w:pPr>
      <w:r>
        <w:t>stop listening</w:t>
      </w:r>
    </w:p>
    <w:p>
      <w:pPr>
        <w:spacing w:after="120"/>
      </w:pPr>
      <w:r>
        <w:t>Say: stop listening.</w:t>
      </w:r>
    </w:p>
    <w:p>
      <w:pPr>
        <w:spacing w:after="120"/>
      </w:pPr>
      <w:r>
        <w:t>Turns the Voice control off. Use Ctrl+Alt+L or Start listening to turn it on again.</w:t>
      </w:r>
    </w:p>
    <w:p>
      <w:pPr>
        <w:pStyle w:val="Heading3"/>
      </w:pPr>
      <w:r>
        <w:t>stop speaking</w:t>
      </w:r>
    </w:p>
    <w:p>
      <w:pPr>
        <w:spacing w:after="120"/>
      </w:pPr>
      <w:r>
        <w:t>Say: stop speaking.</w:t>
      </w:r>
    </w:p>
    <w:p>
      <w:pPr>
        <w:spacing w:after="120"/>
      </w:pPr>
      <w:r>
        <w:t>This compatibility command leaves Voice control listening unchanged. Voice control returns text without an added app voice, so use your screen reader controls to stop reading that text. It does not end the live teacher; F9 does that.</w:t>
      </w:r>
    </w:p>
    <w:p>
      <w:pPr>
        <w:pStyle w:val="Heading3"/>
      </w:pPr>
      <w:r>
        <w:t>speak replies on or speak replies off</w:t>
      </w:r>
    </w:p>
    <w:p>
      <w:pPr>
        <w:spacing w:after="120"/>
      </w:pPr>
      <w:r>
        <w:t>Say: speak replies on; speak replies off.</w:t>
      </w:r>
    </w:p>
    <w:p>
      <w:pPr>
        <w:spacing w:after="120"/>
      </w:pPr>
      <w:r>
        <w:t>Retains the current screen-reader-only policy for Voice control feedback. These compatibility words do not enable an additional app voice. Results remain readable text.</w:t>
      </w:r>
    </w:p>
    <w:p>
      <w:pPr>
        <w:pStyle w:val="Heading3"/>
      </w:pPr>
      <w:r>
        <w:t>start teacher</w:t>
      </w:r>
    </w:p>
    <w:p>
      <w:pPr>
        <w:spacing w:after="120"/>
      </w:pPr>
      <w:r>
        <w:t>Say: start teacher. Also accepted: talk to teacher.</w:t>
      </w:r>
    </w:p>
    <w:p>
      <w:pPr>
        <w:spacing w:after="120"/>
      </w:pPr>
      <w:r>
        <w:t>Starts the configured connected live lesson after live mode and its voice connection/key are set up. This can use paid service credits.</w:t>
      </w:r>
    </w:p>
    <w:p>
      <w:pPr>
        <w:pStyle w:val="Heading3"/>
      </w:pPr>
      <w:r>
        <w:t>stop teacher</w:t>
      </w:r>
    </w:p>
    <w:p>
      <w:pPr>
        <w:spacing w:after="120"/>
      </w:pPr>
      <w:r>
        <w:t>Say: stop teacher. Also accepted: end teacher lesson; disconnect teacher.</w:t>
      </w:r>
    </w:p>
    <w:p>
      <w:pPr>
        <w:spacing w:after="120"/>
      </w:pPr>
      <w:r>
        <w:t>Ends that live lesson; an already-on Voice control listener can remain available. F9 stops the connected teacher and its microphone.</w:t>
      </w:r>
    </w:p>
    <w:p>
      <w:pPr>
        <w:pStyle w:val="Heading3"/>
      </w:pPr>
      <w:r>
        <w:t>talk to guide</w:t>
      </w:r>
    </w:p>
    <w:p>
      <w:pPr>
        <w:spacing w:after="120"/>
      </w:pPr>
      <w:r>
        <w:t>Say: talk to guide.</w:t>
      </w:r>
    </w:p>
    <w:p>
      <w:pPr>
        <w:spacing w:after="120"/>
      </w:pPr>
      <w:r>
        <w:t>Opens and focuses the written ChatGPT question field. Type the question and press Enter; this phrase does not start the live teacher.</w:t>
      </w:r>
    </w:p>
    <w:p>
      <w:pPr>
        <w:pStyle w:val="Heading2"/>
      </w:pPr>
      <w:r>
        <w:t>All numbered voice command patterns</w:t>
      </w:r>
    </w:p>
    <w:p>
      <w:pPr>
        <w:spacing w:after="120"/>
      </w:pPr>
      <w:r>
        <w:t>Measure jumps accept go to measure NUMBER, go to bar NUMBER, measure NUMBER and bar NUMBER. Replace NUMBER with an existing original measure number from one through nine hundred ninety nine. Say go to measure twelve, not go to measure NUMBER. This selects an existing reading measure; it does not add a composing measure.</w:t>
      </w:r>
    </w:p>
    <w:p>
      <w:pPr>
        <w:spacing w:after="120"/>
      </w:pPr>
      <w:r>
        <w:t>Loop ranges accept loop measures FIRST through LAST, loop measures FIRST to LAST, loop measure FIRST through LAST and loop measure FIRST to LAST. Replace the two placeholders with existing measure numbers from one through nine hundred ninety nine. The endpoints are included. Optional example: loop measures four through eight, then give the separate command play.</w:t>
      </w:r>
    </w:p>
    <w:p>
      <w:pPr>
        <w:spacing w:after="120"/>
      </w:pPr>
      <w:r>
        <w:t>Numbered piano staff phrases are go to staff NUMBER, staff NUMBER, next note on staff NUMBER, previous note on staff NUMBER and read staff NUMBER. Numbers one through sixteen need matching supplied numeric piano staff labels. Read staff two reads that staff without moving; the selection/navigation commands choose or move on the specified staff. Use the staff chooser for other supplied labels.</w:t>
      </w:r>
    </w:p>
    <w:p>
      <w:pPr>
        <w:spacing w:after="120"/>
      </w:pPr>
      <w:r>
        <w:t>The numbered grammar accepts digit forms as well as its English number words. Spoken examples are twelve, twenty four and one hundred two. The word and is not part of the fixed spoken number pattern. Original measure numbers and supplied staff labels still have to exist. A missing target reports a message without inventing music.</w:t>
      </w:r>
    </w:p>
    <w:p>
      <w:pPr>
        <w:pStyle w:val="Heading2"/>
      </w:pPr>
      <w:r>
        <w:t>Connected teacher requests and composer dictation are separate</w:t>
      </w:r>
    </w:p>
    <w:p>
      <w:pPr>
        <w:spacing w:after="120"/>
      </w:pPr>
      <w:r>
        <w:t>During an active live teacher lesson, ordinary conversational requests go to that teacher. The Voice control listener retains teacher start/stop and listening/reply controls to avoid carrying out navigation twice. The connected teacher is not limited to the fixed reader phrase list, and there is no exhaustive set of conversational sentences that guarantees a model result. Name the piece, part, measure and intended task, then check the answer and actual app result. Ending playback or returning focus to music does not end the teacher; use Stop teacher or F9.</w:t>
      </w:r>
    </w:p>
    <w:p>
      <w:pPr>
        <w:spacing w:after="120"/>
      </w:pPr>
      <w:r>
        <w:t>The fixed reader vocabulary has no command to dictate a new composition, create a score, choose a composing model, set an exact playback percentage or set an exact practice BPM. Use the corresponding controls. Composer Start dictation only transcribes into its description box; verify the transcript and explicitly Preview or Interpret. Neither a fixed reader phrase nor ordinary dictation applies notes to the composition.</w:t>
      </w:r>
    </w:p>
    <w:p>
      <w:pPr>
        <w:spacing w:after="120"/>
      </w:pPr>
      <w:r>
        <w:t>The listed words and software handlers have been compared with this manual. That verifies vocabulary coverage, not physical microphone recognition, hearing quality, screen-reader comfort or live-model behavior. If a phrase is misheard, use the keyboard action and retain the exact transcript when reporting the problem.</w:t>
      </w:r>
    </w:p>
    <w:p>
      <w:pPr>
        <w:pStyle w:val="Heading1"/>
      </w:pPr>
      <w:r>
        <w:t>Composer control reference</w:t>
      </w:r>
    </w:p>
    <w:p>
      <w:pPr>
        <w:pStyle w:val="Heading2"/>
      </w:pPr>
      <w:r>
        <w:t>Keyboard use of the named controls</w:t>
      </w:r>
    </w:p>
    <w:p>
      <w:r>
        <w:t>In a dialog, Tab/Shift+Tab moves among its named fields and buttons. Up/Down changes a list choice; type a number in a numeric field. Space changes a checkbox or activates a focused button. In Enter notes, Enter records the prepared note or chord, so use Tab and arrows to finish its choices before Enter. In the main composer, Ctrl+Tab/Ctrl+Shift+Tab changes between Score, Enter music and Review changes. Read the selected tab name; Tab then enters its controls. Ctrl+E opens Enter notes, Ctrl+Enter previews typed direct entry, Ctrl+Shift+Enter applies a valid review and Ctrl+S saves the project. Ctrl+Shift+N opens the composer from the reader; inside the composer the same key opens New score templates. Part settings uses Entry part on Enter music: select that part first, then return to Score for Part settings. Individual entries below give the relevant control names and musical meaning; their task lessons give the complete keyboard sequence. Main-reader menu keys and all 186 menu command routes are in Complete main menu command reference.</w:t>
      </w:r>
    </w:p>
    <w:p>
      <w:pPr>
        <w:pStyle w:val="Heading2"/>
        <w:widowControl/>
      </w:pPr>
      <w:r>
        <w:t>Composer main window</w:t>
      </w:r>
    </w:p>
    <w:p>
      <w:pPr>
        <w:pStyle w:val="Heading3"/>
        <w:widowControl/>
      </w:pPr>
      <w:r>
        <w:t>Add part</w:t>
      </w:r>
    </w:p>
    <w:p>
      <w:pPr>
        <w:widowControl/>
      </w:pPr>
      <w:r>
        <w:t>Control labels: Add part; Part settings.</w:t>
      </w:r>
    </w:p>
    <w:p>
      <w:pPr>
        <w:widowControl/>
      </w:pPr>
      <w:r>
        <w:t>Purpose: Creates an instrument line or changes the selected part's name, instrument and written settings.</w:t>
      </w:r>
    </w:p>
    <w:p>
      <w:pPr>
        <w:widowControl/>
      </w:pPr>
      <w:r>
        <w:t>How to use it: On Score, Add part opens an empty part form. Part settings uses the part selected in Entry part. Choose a distinct name, Piano, Guitar, Ukulele, Voice, Violin, Viola, Cello, Harp, Percussion or Timpani and the relevant clef or guitar settings.</w:t>
      </w:r>
    </w:p>
    <w:p>
      <w:pPr>
        <w:widowControl/>
      </w:pPr>
      <w:r>
        <w:t>What the choices mean: A part is an instrument, not a staff or rhythm line. Piano and Harp have two staves. All parts use the same measure numbers. Up to 16 parts are supported.</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Remove part</w:t>
      </w:r>
    </w:p>
    <w:p>
      <w:pPr>
        <w:widowControl/>
      </w:pPr>
      <w:r>
        <w:t>Control labels: Remove part.</w:t>
      </w:r>
    </w:p>
    <w:p>
      <w:pPr>
        <w:widowControl/>
      </w:pPr>
      <w:r>
        <w:t>Purpose: Proposes removing the part currently selected in Entry part, including its events and expression.</w:t>
      </w:r>
    </w:p>
    <w:p>
      <w:pPr>
        <w:widowControl/>
      </w:pPr>
      <w:r>
        <w:t>How to use it: Check the selected Entry part first, then activate Remove part. Read the entire removal proposal before applying.</w:t>
      </w:r>
    </w:p>
    <w:p>
      <w:pPr>
        <w:widowControl/>
      </w:pPr>
      <w:r>
        <w:t>What the choices mean: At least one part must remain. Removing a part can remove substantial music.</w:t>
      </w:r>
    </w:p>
    <w:p>
      <w:pPr>
        <w:widowControl/>
      </w:pPr>
      <w:r>
        <w:t>What happens next: The candidate omits that part. Applied music changes only after Apply reviewed changes.</w:t>
      </w:r>
    </w:p>
    <w:p>
      <w:pPr>
        <w:widowControl/>
      </w:pPr>
      <w:r>
        <w:t>Correct or cancel: Discard proposal cancels this removal before Apply. After Apply, Undo restores the preceding score.</w:t>
      </w:r>
    </w:p>
    <w:p>
      <w:pPr>
        <w:pStyle w:val="Heading3"/>
        <w:widowControl/>
      </w:pPr>
      <w:r>
        <w:t>Measure tools</w:t>
      </w:r>
    </w:p>
    <w:p>
      <w:pPr>
        <w:widowControl/>
      </w:pPr>
      <w:r>
        <w:t>Control labels: Measure tools.</w:t>
      </w:r>
    </w:p>
    <w:p>
      <w:pPr>
        <w:widowControl/>
      </w:pPr>
      <w:r>
        <w:t>Purpose: Opens operations on a range of measures: copy, insert, delete, transpose or measure settings.</w:t>
      </w:r>
    </w:p>
    <w:p>
      <w:pPr>
        <w:widowControl/>
      </w:pPr>
      <w:r>
        <w:t>How to use it: Select Operation first. Read the fields that appear for that operation. First/Last measure define the source range; Copy destination identifies a target measure, while insertion count identifies how many bars to add.</w:t>
      </w:r>
    </w:p>
    <w:p>
      <w:pPr>
        <w:widowControl/>
      </w:pPr>
      <w:r>
        <w:t>What the choices mean: Insert/delete affects all parts. Copy and transpose can target All parts or one instrument. Changing meter must leave existing events valid.</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Expression over passage</w:t>
      </w:r>
    </w:p>
    <w:p>
      <w:pPr>
        <w:widowControl/>
      </w:pPr>
      <w:r>
        <w:t>Control labels: Expression over passage.</w:t>
      </w:r>
    </w:p>
    <w:p>
      <w:pPr>
        <w:widowControl/>
      </w:pPr>
      <w:r>
        <w:t>Purpose: Adds or edits a crescendo, diminuendo, piano pedal span or slur over existing music.</w:t>
      </w:r>
    </w:p>
    <w:p>
      <w:pPr>
        <w:widowControl/>
      </w:pPr>
      <w:r>
        <w:t>How to use it: Choose an existing Expression to edit or Add new expression. Set its type, part and start/end positions. For slurs specify staff and rhythm line; choose dynamics for loudness changes.</w:t>
      </w:r>
    </w:p>
    <w:p>
      <w:pPr>
        <w:widowControl/>
      </w:pPr>
      <w:r>
        <w:t>What the choices mean: A slur connects note beginnings; a tie instead sustains one identical pitch. Pedal sustains Piano. A slur must begin and end on notes in that same line.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Guitar or ukulele pattern</w:t>
      </w:r>
    </w:p>
    <w:p>
      <w:pPr>
        <w:widowControl/>
      </w:pPr>
      <w:r>
        <w:t>Control labels: Guitar or ukulele pattern.</w:t>
      </w:r>
    </w:p>
    <w:p>
      <w:pPr>
        <w:widowControl/>
      </w:pPr>
      <w:r>
        <w:t>Purpose: Builds strumming or picking events from explicit supplied strings and frets over a measure range.</w:t>
      </w:r>
    </w:p>
    <w:p>
      <w:pPr>
        <w:widowControl/>
      </w:pPr>
      <w:r>
        <w:t>How to use it: Add a Guitar or Ukulele part first. Choose Guitar or ukulele pattern, the part and measures, Strum or Picking, and the length of each step. Enter played strings and frets, plus a full-bar pattern.</w:t>
      </w:r>
    </w:p>
    <w:p>
      <w:pPr>
        <w:widowControl/>
      </w:pPr>
      <w:r>
        <w:t>What the choices mean: D/U are down/up strums, - is rest. Picking uses string numbers and + for simultaneous plucks. Eight eighth-note slots fill 4/4. It adds notes and rejects occupied time.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New score</w:t>
      </w:r>
    </w:p>
    <w:p>
      <w:pPr>
        <w:widowControl/>
      </w:pPr>
      <w:r>
        <w:t>Control labels: New score.</w:t>
      </w:r>
    </w:p>
    <w:p>
      <w:pPr>
        <w:widowControl/>
      </w:pPr>
      <w:r>
        <w:t>Purpose: Starts a new, empty composition. Use it when you want to write a different piece, not when you want to add another note to the current piece.</w:t>
      </w:r>
    </w:p>
    <w:p>
      <w:pPr>
        <w:widowControl/>
      </w:pPr>
      <w:r>
        <w:t>How to use it: Press Ctrl+Shift+N or activate New score. If your current project has changes, answer the Save prompt first. Then choose a title and instrument template and activate Create score.</w:t>
      </w:r>
    </w:p>
    <w:p>
      <w:pPr>
        <w:widowControl/>
      </w:pPr>
      <w:r>
        <w:t>What the choices mean: Piano and Harp provide two staves; each other part provides one. The combined templates create separate instrument parts in the same composition.</w:t>
      </w:r>
    </w:p>
    <w:p>
      <w:pPr>
        <w:widowControl/>
      </w:pPr>
      <w:r>
        <w:t>What happens next: The old project is replaced in the composing window by the new empty project. Its default length is four measures in 4/4 at tempo 88.</w:t>
      </w:r>
    </w:p>
    <w:p>
      <w:pPr>
        <w:widowControl/>
      </w:pPr>
      <w:r>
        <w:t>Correct or cancel: Cancel the save question or template dialog to keep working on the current project. Save a project before replacing it so you can reopen it later.</w:t>
      </w:r>
    </w:p>
    <w:p>
      <w:pPr>
        <w:pStyle w:val="Heading3"/>
        <w:widowControl/>
      </w:pPr>
      <w:r>
        <w:t>Score settings</w:t>
      </w:r>
    </w:p>
    <w:p>
      <w:pPr>
        <w:widowControl/>
      </w:pPr>
      <w:r>
        <w:t>Control labels: Score settings.</w:t>
      </w:r>
    </w:p>
    <w:p>
      <w:pPr>
        <w:widowControl/>
      </w:pPr>
      <w:r>
        <w:t>Purpose: Opens the overall description and timing settings of this composition. It does not enter individual notes.</w:t>
      </w:r>
    </w:p>
    <w:p>
      <w:pPr>
        <w:widowControl/>
      </w:pPr>
      <w:r>
        <w:t>How to use it: Select the Score tab, then activate Score settings. From the description box on Enter music, Ctrl+Shift+Tab once selects Score. Set the fields and choose Preview change.</w:t>
      </w:r>
    </w:p>
    <w:p>
      <w:pPr>
        <w:widowControl/>
      </w:pPr>
      <w:r>
        <w:t>What the choices mean: Title names the composition. Meter defines how beats are counted in each measure. Key signature describes the written key. Tempo sets speed. Number of measures sets the length.</w:t>
      </w:r>
    </w:p>
    <w:p>
      <w:pPr>
        <w:widowControl/>
      </w:pPr>
      <w:r>
        <w:t>What happens next: Review changes shows the proposed settings. Apply reviewed changes adds those changes to the score and returns you to Score. Existing notes keep their stated measure and beat positions and must still fit.</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Choose notes and rhythm</w:t>
      </w:r>
    </w:p>
    <w:p>
      <w:pPr>
        <w:widowControl/>
      </w:pPr>
      <w:r>
        <w:t>Control labels: Choose notes and rhythm; Add notes or rest.</w:t>
      </w:r>
    </w:p>
    <w:p>
      <w:pPr>
        <w:widowControl/>
      </w:pPr>
      <w:r>
        <w:t>Purpose: Opens selection entry for one note, a chord, a rest or a longer passage.</w:t>
      </w:r>
    </w:p>
    <w:p>
      <w:pPr>
        <w:widowControl/>
      </w:pPr>
      <w:r>
        <w:t>How to use it: Press Ctrl+E. Choose the instrument, named staff, starting measure and beat, pitch and duration. Enter adds one note or chord and moves to the next position when Advance is checked.</w:t>
      </w:r>
    </w:p>
    <w:p>
      <w:pPr>
        <w:widowControl/>
      </w:pPr>
      <w:r>
        <w:t>What the choices mean: Tab moves between controls. Add this pitch to chord collects tones that sound together without moving the position. Several measures can be reviewed at once.</w:t>
      </w:r>
    </w:p>
    <w:p>
      <w:pPr>
        <w:widowControl/>
      </w:pPr>
      <w:r>
        <w:t>What happens next: The entry window lists notes waiting for review and reports the next position. Preview change opens the group for review; Apply adds it to Score.</w:t>
      </w:r>
    </w:p>
    <w:p>
      <w:pPr>
        <w:widowControl/>
      </w:pPr>
      <w:r>
        <w:t>Correct or cancel: Before Apply, Discard proposal leaves the working score unchanged. After Apply, Undo reverses the change. In the selection window, Close entry keeps unfinished notes; Ctrl+E resumes them. Save project keeps unfinished entry for reopening later.</w:t>
      </w:r>
    </w:p>
    <w:p>
      <w:pPr>
        <w:pStyle w:val="Heading3"/>
        <w:widowControl/>
      </w:pPr>
      <w:r>
        <w:t>Entry part</w:t>
      </w:r>
    </w:p>
    <w:p>
      <w:pPr>
        <w:widowControl/>
      </w:pPr>
      <w:r>
        <w:t>Control labels: Entry part.</w:t>
      </w:r>
    </w:p>
    <w:p>
      <w:pPr>
        <w:widowControl/>
      </w:pPr>
      <w:r>
        <w:t>Purpose: Chooses which instrument part receives the notes you are about to enter. A part is an instrument's complete musical line; it is not a piano hand.</w:t>
      </w:r>
    </w:p>
    <w:p>
      <w:pPr>
        <w:widowControl/>
      </w:pPr>
      <w:r>
        <w:t>How to use it: Open this list with Alt+Down Arrow, choose a part with Up/Down Arrow, then press Enter. Read its name before previewing your next entry.</w:t>
      </w:r>
    </w:p>
    <w:p>
      <w:pPr>
        <w:widowControl/>
      </w:pPr>
      <w:r>
        <w:t>What the choices mean: A Piano part contains both upper and lower staves. A Voice part is a vocal melody. A Guitar part uses its own tuning and capo. Other parts can be added on Score.</w:t>
      </w:r>
    </w:p>
    <w:p>
      <w:pPr>
        <w:widowControl/>
      </w:pPr>
      <w:r>
        <w:t>What happens next: Omitted part names in the description use this selection. Selecting a part does not move existing notes into it.</w:t>
      </w:r>
    </w:p>
    <w:p>
      <w:pPr>
        <w:widowControl/>
      </w:pPr>
      <w:r>
        <w:t>Correct or cancel: Choose the intended part again before previewing. If notes were applied to the wrong part, edit them or use Undo.</w:t>
      </w:r>
    </w:p>
    <w:p>
      <w:pPr>
        <w:pStyle w:val="Heading3"/>
        <w:widowControl/>
      </w:pPr>
      <w:r>
        <w:t>Entry measure</w:t>
      </w:r>
    </w:p>
    <w:p>
      <w:pPr>
        <w:widowControl/>
      </w:pPr>
      <w:r>
        <w:t>Control labels: Entry measure.</w:t>
      </w:r>
    </w:p>
    <w:p>
      <w:pPr>
        <w:widowControl/>
      </w:pPr>
      <w:r>
        <w:t>Purpose: Sets the starting measure used when a description has not yet named a measure. A measure, also called a bar, is one group of counted beats.</w:t>
      </w:r>
    </w:p>
    <w:p>
      <w:pPr>
        <w:widowControl/>
      </w:pPr>
      <w:r>
        <w:t>How to use it: Set the measure where the next note or typed instruction should begin. Measure 2 means the second measure.</w:t>
      </w:r>
    </w:p>
    <w:p>
      <w:pPr>
        <w:widowControl/>
      </w:pPr>
      <w:r>
        <w:t>What the choices mean: Selection entry advances this position automatically when Advance is checked. A typed instruction can give an explicit measure instead.</w:t>
      </w:r>
    </w:p>
    <w:p>
      <w:pPr>
        <w:widowControl/>
      </w:pPr>
      <w:r>
        <w:t>What happens next: This is an entry choice; it does not add a note by itself.</w:t>
      </w:r>
    </w:p>
    <w:p>
      <w:pPr>
        <w:widowControl/>
      </w:pPr>
      <w:r>
        <w:t>Correct or cancel: Correct the number and preview again. For a typed passage, add enough measures in Score settings or Measure tools first. Successive notes in selection entry can extend the proposed piece automatically.</w:t>
      </w:r>
    </w:p>
    <w:p>
      <w:pPr>
        <w:pStyle w:val="Heading3"/>
        <w:widowControl/>
      </w:pPr>
      <w:r>
        <w:t>Entry beat  following the written meter</w:t>
      </w:r>
    </w:p>
    <w:p>
      <w:pPr>
        <w:widowControl/>
      </w:pPr>
      <w:r>
        <w:t>Control labels: Entry beat, following the written meter.</w:t>
      </w:r>
    </w:p>
    <w:p>
      <w:pPr>
        <w:widowControl/>
      </w:pPr>
      <w:r>
        <w:t>Purpose: Sets the position within the measure where a new note begins. It is a starting position, not the length of that note.</w:t>
      </w:r>
    </w:p>
    <w:p>
      <w:pPr>
        <w:widowControl/>
      </w:pPr>
      <w:r>
        <w:t>How to use it: Set the beat within that measure where the next note should begin. Beat 3 means the third beat, rather than a note lasting three beats.</w:t>
      </w:r>
    </w:p>
    <w:p>
      <w:pPr>
        <w:widowControl/>
      </w:pPr>
      <w:r>
        <w:t>What the choices mean: Duration determines length. In 4/4 the numbered beats are 1, 2, 3 and 4; decimal values such as 2.5 choose a subdivision.</w:t>
      </w:r>
    </w:p>
    <w:p>
      <w:pPr>
        <w:widowControl/>
      </w:pPr>
      <w:r>
        <w:t>What happens next: A line without an explicit beat uses this value. A separate line does not automatically inherit the preceding line's ending beat.</w:t>
      </w:r>
    </w:p>
    <w:p>
      <w:pPr>
        <w:widowControl/>
      </w:pPr>
      <w:r>
        <w:t>Correct or cancel: Correct the beat and preview again. Beats outside the written measure are rejected instead of silently changing measures.</w:t>
      </w:r>
    </w:p>
    <w:p>
      <w:pPr>
        <w:pStyle w:val="Heading3"/>
        <w:widowControl/>
      </w:pPr>
      <w:r>
        <w:t>Entry staff</w:t>
      </w:r>
    </w:p>
    <w:p>
      <w:pPr>
        <w:widowControl/>
      </w:pPr>
      <w:r>
        <w:t>Control labels: Entry staff.</w:t>
      </w:r>
    </w:p>
    <w:p>
      <w:pPr>
        <w:widowControl/>
      </w:pPr>
      <w:r>
        <w:t>Purpose: Chooses the written staff for the next entry.</w:t>
      </w:r>
    </w:p>
    <w:p>
      <w:pPr>
        <w:widowControl/>
      </w:pPr>
      <w:r>
        <w:t>How to use it: For Piano, choose Upper piano staff or Lower piano staff. For Harp, choose Upper harp staff or Lower harp staff. One-staff parts use Single staff.</w:t>
      </w:r>
    </w:p>
    <w:p>
      <w:pPr>
        <w:widowControl/>
      </w:pPr>
      <w:r>
        <w:t>What the choices mean: Upper is staff 1, usually right hand; lower is staff 2, usually left hand. These names choose where notation belongs, without changing the pitch octave.</w:t>
      </w:r>
    </w:p>
    <w:p>
      <w:pPr>
        <w:widowControl/>
      </w:pPr>
      <w:r>
        <w:t>What happens next: The next selector or typed instruction uses this staff unless the description explicitly names another.</w:t>
      </w:r>
    </w:p>
    <w:p>
      <w:pPr>
        <w:widowControl/>
      </w:pPr>
      <w:r>
        <w:t>Correct or cancel: Check the staff before previewing. Correct an applied note through Edit selected event.</w:t>
      </w:r>
    </w:p>
    <w:p>
      <w:pPr>
        <w:pStyle w:val="Heading3"/>
        <w:widowControl/>
      </w:pPr>
      <w:r>
        <w:t>Rhythm line   normally 1</w:t>
      </w:r>
    </w:p>
    <w:p>
      <w:pPr>
        <w:widowControl/>
      </w:pPr>
      <w:r>
        <w:t>Control labels: Rhythm line — normally 1.</w:t>
      </w:r>
    </w:p>
    <w:p>
      <w:pPr>
        <w:widowControl/>
      </w:pPr>
      <w:r>
        <w:t>Purpose: Allows different rhythms to overlap on the same staff when the notation needs that.</w:t>
      </w:r>
    </w:p>
    <w:p>
      <w:pPr>
        <w:widowControl/>
      </w:pPr>
      <w:r>
        <w:t>How to use it: Leave 1 — normal entry for an ordinary melody or chord. Normally use 1 on both piano staves. Choose 2 or another line only for an additional rhythm on the same staff.</w:t>
      </w:r>
    </w:p>
    <w:p>
      <w:pPr>
        <w:widowControl/>
      </w:pPr>
      <w:r>
        <w:t>What the choices mean: Optional example: a whole-note C on line 1 can sound underneath four moving quarter notes on line 2. A different staff or instrument does not itself require another rhythm-line number.</w:t>
      </w:r>
    </w:p>
    <w:p>
      <w:pPr>
        <w:widowControl/>
      </w:pPr>
      <w:r>
        <w:t>What happens next: The next entry uses the chosen line. This is unrelated to vocal parts or spoken app voices.</w:t>
      </w:r>
    </w:p>
    <w:p>
      <w:pPr>
        <w:widowControl/>
      </w:pPr>
      <w:r>
        <w:t>Correct or cancel: Return to 1 for ordinary entry. Read the proposed staff and line before Apply.</w:t>
      </w:r>
    </w:p>
    <w:p>
      <w:pPr>
        <w:pStyle w:val="Heading3"/>
        <w:widowControl/>
      </w:pPr>
      <w:r>
        <w:t>Default note duration</w:t>
      </w:r>
    </w:p>
    <w:p>
      <w:pPr>
        <w:widowControl/>
      </w:pPr>
      <w:r>
        <w:t>Control labels: Default note duration.</w:t>
      </w:r>
    </w:p>
    <w:p>
      <w:pPr>
        <w:widowControl/>
      </w:pPr>
      <w:r>
        <w:t>Purpose: Sets the note length used by typed instructions that do not state a duration. Length and starting beat are different choices.</w:t>
      </w:r>
    </w:p>
    <w:p>
      <w:pPr>
        <w:widowControl/>
      </w:pPr>
      <w:r>
        <w:t>How to use it: Open the list, choose a duration and press Enter. Optional example: choose quarter. A typed duration such as half note or hn overrides this default for its instruction.</w:t>
      </w:r>
    </w:p>
    <w:p>
      <w:pPr>
        <w:widowControl/>
      </w:pPr>
      <w:r>
        <w:t>What the choices mean: In 4/4: quarter is one beat, half two, dotted half three and whole four. Eighth is half a beat. The written meter determines the beat unit; 6/8 counts eighth-note positions.</w:t>
      </w:r>
    </w:p>
    <w:p>
      <w:pPr>
        <w:widowControl/>
      </w:pPr>
      <w:r>
        <w:t>What happens next: A pitch sequence on one line advances by each note's duration. Separate lines start at their stated or default beat.</w:t>
      </w:r>
    </w:p>
    <w:p>
      <w:pPr>
        <w:widowControl/>
      </w:pPr>
      <w:r>
        <w:t>Correct or cancel: Select the intended length and preview again. Applied note lengths can be changed with Edit selected event.</w:t>
      </w:r>
    </w:p>
    <w:p>
      <w:pPr>
        <w:pStyle w:val="Heading3"/>
        <w:widowControl/>
      </w:pPr>
      <w:r>
        <w:t>Describe music to add or change</w:t>
      </w:r>
    </w:p>
    <w:p>
      <w:pPr>
        <w:widowControl/>
      </w:pPr>
      <w:r>
        <w:t>Control labels: Describe music to add or change.</w:t>
      </w:r>
    </w:p>
    <w:p>
      <w:pPr>
        <w:widowControl/>
      </w:pPr>
      <w:r>
        <w:t>Purpose: This edit box holds the instructions you want the composer to interpret. Typing here does not immediately change or play your composition.</w:t>
      </w:r>
    </w:p>
    <w:p>
      <w:pPr>
        <w:widowControl/>
      </w:pPr>
      <w:r>
        <w:t>How to use it: Type a supported musical instruction, several lines, or a passage to review together. Use Preview direct entry for supported wording. Interpret with ChatGPT is optional for freer requests and needs a saved connection.</w:t>
      </w:r>
    </w:p>
    <w:p>
      <w:pPr>
        <w:widowControl/>
      </w:pPr>
      <w:r>
        <w:t>What the choices mean: Measure and beat say where a note begins; duration says its length. Plus joins chord tones. A pitch sequence or then enters successive notes. Examples are optional; use the music of the intended piece.</w:t>
      </w:r>
    </w:p>
    <w:p>
      <w:pPr>
        <w:widowControl/>
      </w:pPr>
      <w:r>
        <w:t>What happens next: A valid preview opens Review changes. Save project also keeps an unfinished description. After Apply the submitted description clears for the following passage.</w:t>
      </w:r>
    </w:p>
    <w:p>
      <w:pPr>
        <w:widowControl/>
      </w:pPr>
      <w:r>
        <w:t>Correct or cancel: Edit the description and preview again if it is wrong. Saving unfinished text does not interpret or apply it.</w:t>
      </w:r>
    </w:p>
    <w:p>
      <w:pPr>
        <w:pStyle w:val="Heading3"/>
        <w:widowControl/>
      </w:pPr>
      <w:r>
        <w:t>Preview direct entry</w:t>
      </w:r>
    </w:p>
    <w:p>
      <w:pPr>
        <w:widowControl/>
      </w:pPr>
      <w:r>
        <w:t>Control labels: Preview direct entry.</w:t>
      </w:r>
    </w:p>
    <w:p>
      <w:pPr>
        <w:widowControl/>
      </w:pPr>
      <w:r>
        <w:t>Purpose: Checks the words in Describe music to add or change and builds a proposed edit locally. This button does not play the music or add it to Score.</w:t>
      </w:r>
    </w:p>
    <w:p>
      <w:pPr>
        <w:widowControl/>
      </w:pPr>
      <w:r>
        <w:t>How to use it: Read the part and entry defaults, enter the requested notes, then activate this button or press Ctrl+Enter.</w:t>
      </w:r>
    </w:p>
    <w:p>
      <w:pPr>
        <w:widowControl/>
      </w:pPr>
      <w:r>
        <w:t>What the choices mean: A full phrase example is measure 1 beat 1 right hand C4 half note. Its short form is m1 b1 RH C4 hn. Lowercase b is beat; capital B1 is the note B in octave 1.</w:t>
      </w:r>
    </w:p>
    <w:p>
      <w:pPr>
        <w:widowControl/>
      </w:pPr>
      <w:r>
        <w:t>What happens next: A successful check opens Review changes with the exact proposed notes and positions. An error leaves your applied score unchanged.</w:t>
      </w:r>
    </w:p>
    <w:p>
      <w:pPr>
        <w:widowControl/>
      </w:pPr>
      <w:r>
        <w:t>Correct or cancel: Correct the wording or use the selector form. Discard proposal abandons a successful preview. Apply reviewed changes is the separate Apply action.</w:t>
      </w:r>
    </w:p>
    <w:p>
      <w:pPr>
        <w:pStyle w:val="Heading3"/>
        <w:widowControl/>
      </w:pPr>
      <w:r>
        <w:t>Apply reviewed changes</w:t>
      </w:r>
    </w:p>
    <w:p>
      <w:pPr>
        <w:widowControl/>
      </w:pPr>
      <w:r>
        <w:t>Control labels: Apply reviewed changes.</w:t>
      </w:r>
    </w:p>
    <w:p>
      <w:pPr>
        <w:widowControl/>
      </w:pPr>
      <w:r>
        <w:t>Purpose: Adds the reviewed changes to the working score. It is different from saving a file.</w:t>
      </w:r>
    </w:p>
    <w:p>
      <w:pPr>
        <w:widowControl/>
      </w:pPr>
      <w:r>
        <w:t>How to use it: Read the exact proposed changes. If desired, hear them first. Activate Apply reviewed changes or press Ctrl+Shift+Enter only when you want to keep that proposal.</w:t>
      </w:r>
    </w:p>
    <w:p>
      <w:pPr>
        <w:widowControl/>
      </w:pPr>
      <w:r>
        <w:t>What the choices mean: BEFORE and AFTER show replacements. Additions, deletions, part changes and settings are listed explicitly. A clarification has no enabled Apply action.</w:t>
      </w:r>
    </w:p>
    <w:p>
      <w:pPr>
        <w:widowControl/>
      </w:pPr>
      <w:r>
        <w:t>What happens next: The proposed state becomes the applied score. You return to Score, where the event list shows the result. The project is now changed and can be saved.</w:t>
      </w:r>
    </w:p>
    <w:p>
      <w:pPr>
        <w:widowControl/>
      </w:pPr>
      <w:r>
        <w:t>Correct or cancel: Use Undo to restore the previous applied state. Use Ctrl+S or Save project to write your edited project to disk.</w:t>
      </w:r>
    </w:p>
    <w:p>
      <w:pPr>
        <w:pStyle w:val="Heading3"/>
        <w:widowControl/>
      </w:pPr>
      <w:r>
        <w:t>Discard proposal</w:t>
      </w:r>
    </w:p>
    <w:p>
      <w:pPr>
        <w:widowControl/>
      </w:pPr>
      <w:r>
        <w:t>Control labels: Discard proposal.</w:t>
      </w:r>
    </w:p>
    <w:p>
      <w:pPr>
        <w:widowControl/>
      </w:pPr>
      <w:r>
        <w:t>Purpose: Throws away the temporary proposal without changing the applied score.</w:t>
      </w:r>
    </w:p>
    <w:p>
      <w:pPr>
        <w:widowControl/>
      </w:pPr>
      <w:r>
        <w:t>How to use it: Use this on Review changes when the proposed notes, words or settings are not what you intended.</w:t>
      </w:r>
    </w:p>
    <w:p>
      <w:pPr>
        <w:widowControl/>
      </w:pPr>
      <w:r>
        <w:t>What the choices mean: A proposal is a separate possible result. Discarding it does not delete music you already applied.</w:t>
      </w:r>
    </w:p>
    <w:p>
      <w:pPr>
        <w:widowControl/>
      </w:pPr>
      <w:r>
        <w:t>What happens next: Apply becomes unavailable until you make another valid preview. Your existing composition remains as it was before that proposal.</w:t>
      </w:r>
    </w:p>
    <w:p>
      <w:pPr>
        <w:widowControl/>
      </w:pPr>
      <w:r>
        <w:t>Correct or cancel: You can change the description and preview again. If the change was already applied, use Undo instead.</w:t>
      </w:r>
    </w:p>
    <w:p>
      <w:pPr>
        <w:pStyle w:val="Heading3"/>
        <w:widowControl/>
      </w:pPr>
      <w:r>
        <w:t>Hear proposed score</w:t>
      </w:r>
    </w:p>
    <w:p>
      <w:pPr>
        <w:widowControl/>
      </w:pPr>
      <w:r>
        <w:t>Control labels: Hear proposed score.</w:t>
      </w:r>
    </w:p>
    <w:p>
      <w:pPr>
        <w:widowControl/>
      </w:pPr>
      <w:r>
        <w:t>Purpose: Plays the temporary proposed score so you can check it before deciding whether to apply it.</w:t>
      </w:r>
    </w:p>
    <w:p>
      <w:pPr>
        <w:widowControl/>
      </w:pPr>
      <w:r>
        <w:t>How to use it: Make a valid preview first. Choose the playback part and measure range on Score, return to Review changes and activate Hear proposed score.</w:t>
      </w:r>
    </w:p>
    <w:p>
      <w:pPr>
        <w:widowControl/>
      </w:pPr>
      <w:r>
        <w:t>What the choices mean: The range is inclusive. All parts hears the ensemble; one part isolates its line. Empty time is silent. Vocal sound is wordless.</w:t>
      </w:r>
    </w:p>
    <w:p>
      <w:pPr>
        <w:widowControl/>
      </w:pPr>
      <w:r>
        <w:t>What happens next: You hear the candidate while your applied score remains separate. Hearing it does not enable an automatic Apply.</w:t>
      </w:r>
    </w:p>
    <w:p>
      <w:pPr>
        <w:widowControl/>
      </w:pPr>
      <w:r>
        <w:t>Correct or cancel: Use Stop or Escape to stop active playback. Discard proposal abandons it; Apply reviewed changes keeps it.</w:t>
      </w:r>
    </w:p>
    <w:p>
      <w:pPr>
        <w:pStyle w:val="Heading3"/>
        <w:widowControl/>
      </w:pPr>
      <w:r>
        <w:t>Authored music in measure order</w:t>
      </w:r>
    </w:p>
    <w:p>
      <w:pPr>
        <w:widowControl/>
      </w:pPr>
      <w:r>
        <w:t>Control labels: Authored music in measure order.</w:t>
      </w:r>
    </w:p>
    <w:p>
      <w:pPr>
        <w:widowControl/>
      </w:pPr>
      <w:r>
        <w:t>Purpose: Lists the notes and rests you have applied. Use it to inspect the composition and choose an event to correct.</w:t>
      </w:r>
    </w:p>
    <w:p>
      <w:pPr>
        <w:widowControl/>
      </w:pPr>
      <w:r>
        <w:t>How to use it: On Score, use Up/Down to select a note, chord or rest. Each row names its part, measure, beat, staff, rhythm line, pitches and duration. Choose Edit selected event to correct it.</w:t>
      </w:r>
    </w:p>
    <w:p>
      <w:pPr>
        <w:widowControl/>
      </w:pPr>
      <w:r>
        <w:t>What the choices mean: All pitches in one chord begin together. Different rhythms overlapping on one staff use separate rhythm lines.</w:t>
      </w:r>
    </w:p>
    <w:p>
      <w:pPr>
        <w:widowControl/>
      </w:pPr>
      <w:r>
        <w:t>What happens next: Selection identifies the item for editing. It supplies starting choices for a new entry; a retained unfinished entry resumes its saved position.</w:t>
      </w:r>
    </w:p>
    <w:p>
      <w:pPr>
        <w:widowControl/>
      </w:pPr>
      <w:r>
        <w:t>Correct or cancel: Choose another event if needed. Undo restores an applied edit. Ctrl+S saves the project.</w:t>
      </w:r>
    </w:p>
    <w:p>
      <w:pPr>
        <w:pStyle w:val="Heading3"/>
        <w:widowControl/>
      </w:pPr>
      <w:r>
        <w:t>Edit selected event</w:t>
      </w:r>
    </w:p>
    <w:p>
      <w:pPr>
        <w:widowControl/>
      </w:pPr>
      <w:r>
        <w:t>Control labels: Edit selected event.</w:t>
      </w:r>
    </w:p>
    <w:p>
      <w:pPr>
        <w:widowControl/>
      </w:pPr>
      <w:r>
        <w:t>Purpose: Revises one existing note, chord or rest. Use it when correcting music you have already applied.</w:t>
      </w:r>
    </w:p>
    <w:p>
      <w:pPr>
        <w:widowControl/>
      </w:pPr>
      <w:r>
        <w:t>How to use it: Select the intended event on Score, then activate Edit selected event or double-click the event. Change the relevant fields and choose Preview change.</w:t>
      </w:r>
    </w:p>
    <w:p>
      <w:pPr>
        <w:widowControl/>
      </w:pPr>
      <w:r>
        <w:t>What the choices mean: Notes in selected note or chord lists the existing pitches. Replace a line to change its pitch; adding another line makes another simultaneous chord tone. Measure and Beat choose its beginning; Duration chooses its length.</w:t>
      </w:r>
    </w:p>
    <w:p>
      <w:pPr>
        <w:widowControl/>
      </w:pPr>
      <w:r>
        <w:t>What happens next: Review changes shows the event's BEFORE and AFTER values. Apply replaces that event while preserving other music.</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Delete selected event</w:t>
      </w:r>
    </w:p>
    <w:p>
      <w:pPr>
        <w:widowControl/>
      </w:pPr>
      <w:r>
        <w:t>Control labels: Delete selected event.</w:t>
      </w:r>
    </w:p>
    <w:p>
      <w:pPr>
        <w:widowControl/>
      </w:pPr>
      <w:r>
        <w:t>Purpose: Removes the selected note, chord or rest after review.</w:t>
      </w:r>
    </w:p>
    <w:p>
      <w:pPr>
        <w:widowControl/>
      </w:pPr>
      <w:r>
        <w:t>How to use it: Check the selected event's part, measure, beat and pitches, then activate Delete selected event.</w:t>
      </w:r>
    </w:p>
    <w:p>
      <w:pPr>
        <w:widowControl/>
      </w:pPr>
      <w:r>
        <w:t>What the choices mean: One chord is one item, so deleting it removes all its simultaneous pitches. Deleting a note does not delete the whole measure.</w:t>
      </w:r>
    </w:p>
    <w:p>
      <w:pPr>
        <w:widowControl/>
      </w:pPr>
      <w:r>
        <w:t>What happens next: Review changes lists the proposed deletion. The event stays in the score until you Apply.</w:t>
      </w:r>
    </w:p>
    <w:p>
      <w:pPr>
        <w:widowControl/>
      </w:pPr>
      <w:r>
        <w:t>Correct or cancel: Discard proposal cancels the deletion. Undo restores an applied deletion.</w:t>
      </w:r>
    </w:p>
    <w:p>
      <w:pPr>
        <w:pStyle w:val="Heading3"/>
        <w:widowControl/>
      </w:pPr>
      <w:r>
        <w:t>Lyrics at selected note</w:t>
      </w:r>
    </w:p>
    <w:p>
      <w:pPr>
        <w:widowControl/>
      </w:pPr>
      <w:r>
        <w:t>Control labels: Lyrics at selected note.</w:t>
      </w:r>
    </w:p>
    <w:p>
      <w:pPr>
        <w:widowControl/>
      </w:pPr>
      <w:r>
        <w:t>Purpose: Attaches or changes the written words that belong to a selected note. It does not make the instrument sing those words.</w:t>
      </w:r>
    </w:p>
    <w:p>
      <w:pPr>
        <w:widowControl/>
      </w:pPr>
      <w:r>
        <w:t>How to use it: Select a pitched event on Score, activate Lyrics at selected note, then set the verse, word or syllable, syllable position and extension. Preview and Apply.</w:t>
      </w:r>
    </w:p>
    <w:p>
      <w:pPr>
        <w:widowControl/>
      </w:pPr>
      <w:r>
        <w:t>What the choices mean: Single is a complete word. Begin, middle and end describe syllables of one word. Another verse is separate text aligned with the same note. An empty text removes only that verse.</w:t>
      </w:r>
    </w:p>
    <w:p>
      <w:pPr>
        <w:widowControl/>
      </w:pPr>
      <w:r>
        <w:t>What happens next: The lyric remains aligned with this note in the project and MusicXML. Vocal preview stays wordless.</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Playback part</w:t>
      </w:r>
    </w:p>
    <w:p>
      <w:pPr>
        <w:widowControl/>
      </w:pPr>
      <w:r>
        <w:t>Control labels: Playback part.</w:t>
      </w:r>
    </w:p>
    <w:p>
      <w:pPr>
        <w:widowControl/>
      </w:pPr>
      <w:r>
        <w:t>Purpose: Chooses which instrument line you hear during playback. It does not remove other parts or limit the export.</w:t>
      </w:r>
    </w:p>
    <w:p>
      <w:pPr>
        <w:widowControl/>
      </w:pPr>
      <w:r>
        <w:t>How to use it: Choose All parts to hear the ensemble, or choose one part to check its line on its own.</w:t>
      </w:r>
    </w:p>
    <w:p>
      <w:pPr>
        <w:widowControl/>
      </w:pPr>
      <w:r>
        <w:t>What the choices mean: Piano includes its two staves. A Voice part uses a wordless sound. The measure range controls which section is played.</w:t>
      </w:r>
    </w:p>
    <w:p>
      <w:pPr>
        <w:widowControl/>
      </w:pPr>
      <w:r>
        <w:t>What happens next: The next Play score or Hear proposed score uses this choice. Export MusicXML still includes every applied part.</w:t>
      </w:r>
    </w:p>
    <w:p>
      <w:pPr>
        <w:widowControl/>
      </w:pPr>
      <w:r>
        <w:t>Correct or cancel: Choose All parts again to hear the ensemble. Stop or Escape ends active playback.</w:t>
      </w:r>
    </w:p>
    <w:p>
      <w:pPr>
        <w:pStyle w:val="Heading3"/>
        <w:widowControl/>
      </w:pPr>
      <w:r>
        <w:t>First playback measure</w:t>
      </w:r>
    </w:p>
    <w:p>
      <w:pPr>
        <w:widowControl/>
      </w:pPr>
      <w:r>
        <w:t>Control labels: First playback measure; Last playback measure.</w:t>
      </w:r>
    </w:p>
    <w:p>
      <w:pPr>
        <w:widowControl/>
      </w:pPr>
      <w:r>
        <w:t>Purpose: Chooses the section to hear during composer playback. These numbers do not change the length or contents of your composition.</w:t>
      </w:r>
    </w:p>
    <w:p>
      <w:pPr>
        <w:widowControl/>
      </w:pPr>
      <w:r>
        <w:t>How to use it: Set the first measure and the last measure, then choose Play score. Optional example: 1 through 1 plays one measure.</w:t>
      </w:r>
    </w:p>
    <w:p>
      <w:pPr>
        <w:widowControl/>
      </w:pPr>
      <w:r>
        <w:t>What the choices mean: Both end measures are included. The last cannot be earlier than the first. Empty time sounds as rests; written repeats are exported but this playback runs through the range once.</w:t>
      </w:r>
    </w:p>
    <w:p>
      <w:pPr>
        <w:widowControl/>
      </w:pPr>
      <w:r>
        <w:t>What happens next: Play score hears the applied score. Hear proposed score hears the candidate over this same range.</w:t>
      </w:r>
    </w:p>
    <w:p>
      <w:pPr>
        <w:widowControl/>
      </w:pPr>
      <w:r>
        <w:t>Correct or cancel: Use Stop or Escape to stop active audio, then change the range if you wanted a different passage.</w:t>
      </w:r>
    </w:p>
    <w:p>
      <w:pPr>
        <w:pStyle w:val="Heading3"/>
        <w:widowControl/>
      </w:pPr>
      <w:r>
        <w:t>Play score</w:t>
      </w:r>
    </w:p>
    <w:p>
      <w:pPr>
        <w:widowControl/>
      </w:pPr>
      <w:r>
        <w:t>Control labels: Play score.</w:t>
      </w:r>
    </w:p>
    <w:p>
      <w:pPr>
        <w:widowControl/>
      </w:pPr>
      <w:r>
        <w:t>Purpose: Plays the applied composition over the chosen playback range. This is a practice preview, not a recording of a human performance.</w:t>
      </w:r>
    </w:p>
    <w:p>
      <w:pPr>
        <w:widowControl/>
      </w:pPr>
      <w:r>
        <w:t>How to use it: Select the playback part and first/last measure on Score, then press Ctrl+P or activate Play score.</w:t>
      </w:r>
    </w:p>
    <w:p>
      <w:pPr>
        <w:widowControl/>
      </w:pPr>
      <w:r>
        <w:t>What the choices mean: Each supported part uses a local practice sound. Voice is wordless. Empty positions are rests. Expression, pedal, strums and palm mute are approximations.</w:t>
      </w:r>
    </w:p>
    <w:p>
      <w:pPr>
        <w:widowControl/>
      </w:pPr>
      <w:r>
        <w:t>What happens next: The selected applied music plays. Notes still waiting for review or Apply are excluded.</w:t>
      </w:r>
    </w:p>
    <w:p>
      <w:pPr>
        <w:widowControl/>
      </w:pPr>
      <w:r>
        <w:t>Correct or cancel: Use Stop or Escape to end playback. If the intended new note is only a proposal, Apply it or use Hear proposed score.</w:t>
      </w:r>
    </w:p>
    <w:p>
      <w:pPr>
        <w:pStyle w:val="Heading3"/>
        <w:widowControl/>
      </w:pPr>
      <w:r>
        <w:t>Stop</w:t>
      </w:r>
    </w:p>
    <w:p>
      <w:pPr>
        <w:widowControl/>
      </w:pPr>
      <w:r>
        <w:t>Control labels: Stop.</w:t>
      </w:r>
    </w:p>
    <w:p>
      <w:pPr>
        <w:widowControl/>
      </w:pPr>
      <w:r>
        <w:t>Purpose: Stops composer playback, dictation and a pending interpretation request.</w:t>
      </w:r>
    </w:p>
    <w:p>
      <w:pPr>
        <w:widowControl/>
      </w:pPr>
      <w:r>
        <w:t>How to use it: Activate Stop when you want the current activity to end. Escape also stops an active activity; when idle, Escape follows normal window-close behavior.</w:t>
      </w:r>
    </w:p>
    <w:p>
      <w:pPr>
        <w:widowControl/>
      </w:pPr>
      <w:r>
        <w:t>What the choices mean: Stopping dictation preserves its transcript. Cancelling interpretation prevents a late response from applying itself. Applied notes remain in the score.</w:t>
      </w:r>
    </w:p>
    <w:p>
      <w:pPr>
        <w:widowControl/>
      </w:pPr>
      <w:r>
        <w:t>What happens next: The activity ends and the status reports the result. No note is deleted by Stop.</w:t>
      </w:r>
    </w:p>
    <w:p>
      <w:pPr>
        <w:widowControl/>
      </w:pPr>
      <w:r>
        <w:t>Correct or cancel: Restart the particular activity only when ready. Read the retained text before previewing it again.</w:t>
      </w:r>
    </w:p>
    <w:p>
      <w:pPr>
        <w:pStyle w:val="Heading3"/>
        <w:widowControl/>
      </w:pPr>
      <w:r>
        <w:t>Save project</w:t>
      </w:r>
    </w:p>
    <w:p>
      <w:pPr>
        <w:widowControl/>
      </w:pPr>
      <w:r>
        <w:t>Control labels: Save project.</w:t>
      </w:r>
    </w:p>
    <w:p>
      <w:pPr>
        <w:widowControl/>
      </w:pPr>
      <w:r>
        <w:t>Purpose: Keeps the editable composition and unfinished work so it can be continued later.</w:t>
      </w:r>
    </w:p>
    <w:p>
      <w:pPr>
        <w:widowControl/>
      </w:pPr>
      <w:r>
        <w:t>How to use it: Use Ctrl+S or Save project. Inside selection entry Ctrl+S saves its queued notes and current choices too.</w:t>
      </w:r>
    </w:p>
    <w:p>
      <w:pPr>
        <w:widowControl/>
      </w:pPr>
      <w:r>
        <w:t>What the choices mean: The project keeps applied music, typed description, current position, unreviewed selection notes and a pending review. It does not automatically apply those notes.</w:t>
      </w:r>
    </w:p>
    <w:p>
      <w:pPr>
        <w:widowControl/>
      </w:pPr>
      <w:r>
        <w:t>What happens next: A .speaktabscore project is written. Open project restores the working session.</w:t>
      </w:r>
    </w:p>
    <w:p>
      <w:pPr>
        <w:widowControl/>
      </w:pPr>
      <w:r>
        <w:t>Correct or cancel: Cancel the save dialog to keep editing. Export MusicXML is the separate action for an XML score containing applied music.</w:t>
      </w:r>
    </w:p>
    <w:p>
      <w:pPr>
        <w:pStyle w:val="Heading3"/>
        <w:widowControl/>
      </w:pPr>
      <w:r>
        <w:t>Save project as</w:t>
      </w:r>
    </w:p>
    <w:p>
      <w:pPr>
        <w:widowControl/>
      </w:pPr>
      <w:r>
        <w:t>Control labels: Save project as.</w:t>
      </w:r>
    </w:p>
    <w:p>
      <w:pPr>
        <w:widowControl/>
      </w:pPr>
      <w:r>
        <w:t>Purpose: Saves the composition and unfinished work under a different project name or in another folder.</w:t>
      </w:r>
    </w:p>
    <w:p>
      <w:pPr>
        <w:widowControl/>
      </w:pPr>
      <w:r>
        <w:t>How to use it: Activate Save project as, choose the folder and new filename, then confirm Save in the normal file dialog.</w:t>
      </w:r>
    </w:p>
    <w:p>
      <w:pPr>
        <w:widowControl/>
      </w:pPr>
      <w:r>
        <w:t>What the choices mean: The new .speaktabscore file includes the applied score and unfinished workspace. Use this to keep separate versions of an arrangement.</w:t>
      </w:r>
    </w:p>
    <w:p>
      <w:pPr>
        <w:widowControl/>
      </w:pPr>
      <w:r>
        <w:t>What happens next: The composer continues with the newly named project. The earlier saved file remains available.</w:t>
      </w:r>
    </w:p>
    <w:p>
      <w:pPr>
        <w:widowControl/>
      </w:pPr>
      <w:r>
        <w:t>Correct or cancel: Cancel the file dialog to keep the existing project path. Avoid overwriting a file you still need.</w:t>
      </w:r>
    </w:p>
    <w:p>
      <w:pPr>
        <w:pStyle w:val="Heading3"/>
        <w:widowControl/>
      </w:pPr>
      <w:r>
        <w:t>Open project</w:t>
      </w:r>
    </w:p>
    <w:p>
      <w:pPr>
        <w:widowControl/>
      </w:pPr>
      <w:r>
        <w:t>Control labels: Open project.</w:t>
      </w:r>
    </w:p>
    <w:p>
      <w:pPr>
        <w:widowControl/>
      </w:pPr>
      <w:r>
        <w:t>Purpose: Reopens a composition that was saved by this composer.</w:t>
      </w:r>
    </w:p>
    <w:p>
      <w:pPr>
        <w:widowControl/>
      </w:pPr>
      <w:r>
        <w:t>How to use it: Choose the saved .speaktabscore file. Enter music restores its unfinished description; Ctrl+E restores unfinished selection entry.</w:t>
      </w:r>
    </w:p>
    <w:p>
      <w:pPr>
        <w:widowControl/>
      </w:pPr>
      <w:r>
        <w:t>What the choices mean: Older composer projects also open. An unchanged MusicXML export restores applied music, without the private unfinished workspace. Arbitrary outside MusicXML editing is not supported.</w:t>
      </w:r>
    </w:p>
    <w:p>
      <w:pPr>
        <w:widowControl/>
      </w:pPr>
      <w:r>
        <w:t>What happens next: The restored project includes its saved position, note choices and any review still waiting for Apply.</w:t>
      </w:r>
    </w:p>
    <w:p>
      <w:pPr>
        <w:widowControl/>
      </w:pPr>
      <w:r>
        <w:t>Correct or cancel: Cancel the file chooser or unsaved-project question to keep the current project. Keep an original project when sharing a MusicXML copy with another editor.</w:t>
      </w:r>
    </w:p>
    <w:p>
      <w:pPr>
        <w:pStyle w:val="Heading3"/>
        <w:widowControl/>
      </w:pPr>
      <w:r>
        <w:t>Export MusicXML</w:t>
      </w:r>
    </w:p>
    <w:p>
      <w:pPr>
        <w:widowControl/>
      </w:pPr>
      <w:r>
        <w:t>Control labels: Export MusicXML.</w:t>
      </w:r>
    </w:p>
    <w:p>
      <w:pPr>
        <w:widowControl/>
      </w:pPr>
      <w:r>
        <w:t>Purpose: Writes a shareable score file for notation programs and the SpeakTab reader. It does not engrave or print a page.</w:t>
      </w:r>
    </w:p>
    <w:p>
      <w:pPr>
        <w:widowControl/>
      </w:pPr>
      <w:r>
        <w:t>How to use it: Review and Apply the music intended for the exported score. Choose Export MusicXML, select its folder and filename, then Save.</w:t>
      </w:r>
    </w:p>
    <w:p>
      <w:pPr>
        <w:widowControl/>
      </w:pPr>
      <w:r>
        <w:t>What the choices mean: The .musicxml file is an XML score for compatible notation programs. It contains all applied parts, supported notes, rhythm, lyrics and notation. Unfinished typed text and selection drafts stay in the project.</w:t>
      </w:r>
    </w:p>
    <w:p>
      <w:pPr>
        <w:widowControl/>
      </w:pPr>
      <w:r>
        <w:t>What happens next: A separate XML score file is written. The editable project remains open.</w:t>
      </w:r>
    </w:p>
    <w:p>
      <w:pPr>
        <w:widowControl/>
      </w:pPr>
      <w:r>
        <w:t>Correct or cancel: When unfinished entry exists, the composer asks whether to export applied music only. Choose No to finish reviewing it first. Keep the project for returning later.</w:t>
      </w:r>
    </w:p>
    <w:p>
      <w:pPr>
        <w:pStyle w:val="Heading3"/>
        <w:widowControl/>
      </w:pPr>
      <w:r>
        <w:t>Read score in SpeakTab</w:t>
      </w:r>
    </w:p>
    <w:p>
      <w:pPr>
        <w:widowControl/>
      </w:pPr>
      <w:r>
        <w:t>Control labels: Read score in SpeakTab.</w:t>
      </w:r>
    </w:p>
    <w:p>
      <w:pPr>
        <w:widowControl/>
      </w:pPr>
      <w:r>
        <w:t>Purpose: Opens a normal reader preview of the applied composition, so you can inspect it with the reader controls you already use.</w:t>
      </w:r>
    </w:p>
    <w:p>
      <w:pPr>
        <w:widowControl/>
      </w:pPr>
      <w:r>
        <w:t>How to use it: Apply the music you want to inspect, then activate Read score in SpeakTab. In the separate preview, Ctrl+2 focuses notes, Ctrl+T chooses a part and F3 opens detail.</w:t>
      </w:r>
    </w:p>
    <w:p>
      <w:pPr>
        <w:widowControl/>
      </w:pPr>
      <w:r>
        <w:t>What the choices mean: This preview is separate from the main reader's original score. It is a reading view, not the event editor.</w:t>
      </w:r>
    </w:p>
    <w:p>
      <w:pPr>
        <w:widowControl/>
      </w:pPr>
      <w:r>
        <w:t>What happens next: The applied MusicXML is opened in a separate reader window. Your composing project remains open.</w:t>
      </w:r>
    </w:p>
    <w:p>
      <w:pPr>
        <w:widowControl/>
      </w:pPr>
      <w:r>
        <w:t>Correct or cancel: Close that reader preview normally to return to the composer. Use Edit selected event in the composer to correct authored notes.</w:t>
      </w:r>
    </w:p>
    <w:p>
      <w:pPr>
        <w:pStyle w:val="Heading3"/>
        <w:widowControl/>
      </w:pPr>
      <w:r>
        <w:t>Undo</w:t>
      </w:r>
    </w:p>
    <w:p>
      <w:pPr>
        <w:widowControl/>
      </w:pPr>
      <w:r>
        <w:t>Control labels: Undo; Redo.</w:t>
      </w:r>
    </w:p>
    <w:p>
      <w:pPr>
        <w:widowControl/>
      </w:pPr>
      <w:r>
        <w:t>Purpose: Reverses the most recently applied score change; Redo restores a change undone with Undo.</w:t>
      </w:r>
    </w:p>
    <w:p>
      <w:pPr>
        <w:widowControl/>
      </w:pPr>
      <w:r>
        <w:t>How to use it: Use Undo or Ctrl+Z after an applied score change. Use Redo or Ctrl+Y to restore that change. In a text box these keys keep their normal text-editing meaning.</w:t>
      </w:r>
    </w:p>
    <w:p>
      <w:pPr>
        <w:widowControl/>
      </w:pPr>
      <w:r>
        <w:t>What the choices mean: Undo affects applied notes, settings, parts, lyrics and expression. A discarded proposal was never applied and needs no Undo.</w:t>
      </w:r>
    </w:p>
    <w:p>
      <w:pPr>
        <w:widowControl/>
      </w:pPr>
      <w:r>
        <w:t>What happens next: The score returns to before or after that change. Save project keeps the current score and unfinished entry.</w:t>
      </w:r>
    </w:p>
    <w:p>
      <w:pPr>
        <w:widowControl/>
      </w:pPr>
      <w:r>
        <w:t>Correct or cancel: Use the opposite action if you went one step too far. Keep a saved project before a large experiment.</w:t>
      </w:r>
    </w:p>
    <w:p>
      <w:pPr>
        <w:pStyle w:val="Heading3"/>
        <w:widowControl/>
      </w:pPr>
      <w:r>
        <w:t>Guided tutorials</w:t>
      </w:r>
    </w:p>
    <w:p>
      <w:pPr>
        <w:widowControl/>
      </w:pPr>
      <w:r>
        <w:t>Control labels: Guided tutorials; How to compose.</w:t>
      </w:r>
    </w:p>
    <w:p>
      <w:pPr>
        <w:widowControl/>
      </w:pPr>
      <w:r>
        <w:t>Purpose: Opens guidance for learning the composer. Tutorials walk through a task; How to compose opens the complete composing reference.</w:t>
      </w:r>
    </w:p>
    <w:p>
      <w:pPr>
        <w:widowControl/>
      </w:pPr>
      <w:r>
        <w:t>How to use it: Choose Guided tutorials for the beginner sequence. Select a lesson, read its current step and use Next step when ready. Switch back to the composer with Alt+Tab to try the action.</w:t>
      </w:r>
    </w:p>
    <w:p>
      <w:pPr>
        <w:widowControl/>
      </w:pPr>
      <w:r>
        <w:t>What the choices mean: After finishing a step in SpeakTab, return to the tutorial and choose Next step to read the following step. Next lesson chooses another topic. Show whole lesson displays the complete text. Read displayed text is optional local Windows speech.</w:t>
      </w:r>
    </w:p>
    <w:p>
      <w:pPr>
        <w:widowControl/>
      </w:pPr>
      <w:r>
        <w:t>What happens next: The reference window stays open while you practise. It does not enter notes or detect completion automatically.</w:t>
      </w:r>
    </w:p>
    <w:p>
      <w:pPr>
        <w:widowControl/>
      </w:pPr>
      <w:r>
        <w:t>Correct or cancel: Close the reference with Escape and you return to your composing work. No musical change is made by opening help.</w:t>
      </w:r>
    </w:p>
    <w:p>
      <w:pPr>
        <w:pStyle w:val="Heading3"/>
        <w:widowControl/>
      </w:pPr>
      <w:r>
        <w:t>Interpret with ChatGPT</w:t>
      </w:r>
    </w:p>
    <w:p>
      <w:pPr>
        <w:widowControl/>
      </w:pPr>
      <w:r>
        <w:t>Control labels: Interpret with ChatGPT.</w:t>
      </w:r>
    </w:p>
    <w:p>
      <w:pPr>
        <w:widowControl/>
      </w:pPr>
      <w:r>
        <w:t>Purpose: Sends the description and current authored score through your saved ChatGPT connection to request proposed music or edits.</w:t>
      </w:r>
    </w:p>
    <w:p>
      <w:pPr>
        <w:widowControl/>
      </w:pPr>
      <w:r>
        <w:t>How to use it: Connect in the main reader if needed, load available models, choose a model, enter the request and activate Interpret with ChatGPT once.</w:t>
      </w:r>
    </w:p>
    <w:p>
      <w:pPr>
        <w:widowControl/>
      </w:pPr>
      <w:r>
        <w:t>What the choices mean: Use it for freer wording or an explicitly requested creative suggestion. It can misunderstand musical intent. The direct preview and selector routes work locally without this request.</w:t>
      </w:r>
    </w:p>
    <w:p>
      <w:pPr>
        <w:widowControl/>
      </w:pPr>
      <w:r>
        <w:t>What happens next: A response becomes a proposal for review or asks a clarification. It cannot apply itself. Read every proposed pitch, duration, staff and lyric before Apply.</w:t>
      </w:r>
    </w:p>
    <w:p>
      <w:pPr>
        <w:widowControl/>
      </w:pPr>
      <w:r>
        <w:t>Correct or cancel: Use Stop to cancel a pending request. A changed or cancelled request cannot apply a late response. Connected service usage may have costs.</w:t>
      </w:r>
    </w:p>
    <w:p>
      <w:pPr>
        <w:pStyle w:val="Heading3"/>
        <w:widowControl/>
      </w:pPr>
      <w:r>
        <w:t>Load available models</w:t>
      </w:r>
    </w:p>
    <w:p>
      <w:pPr>
        <w:widowControl/>
      </w:pPr>
      <w:r>
        <w:t>Control labels: Load available models; ChatGPT model for score interpretation.</w:t>
      </w:r>
    </w:p>
    <w:p>
      <w:pPr>
        <w:widowControl/>
      </w:pPr>
      <w:r>
        <w:t>Purpose: Gets or selects the available answer model for optional composer interpretation. This does not choose an instrument sound.</w:t>
      </w:r>
    </w:p>
    <w:p>
      <w:pPr>
        <w:widowControl/>
      </w:pPr>
      <w:r>
        <w:t>How to use it: Activate Load available models after connecting, then open the model list and choose one. Enter the musical request separately and activate Interpret with ChatGPT to send it.</w:t>
      </w:r>
    </w:p>
    <w:p>
      <w:pPr>
        <w:widowControl/>
      </w:pPr>
      <w:r>
        <w:t>What the choices mean: The list comes from the saved connection. Loading that list requests model information, not a composition.</w:t>
      </w:r>
    </w:p>
    <w:p>
      <w:pPr>
        <w:widowControl/>
      </w:pPr>
      <w:r>
        <w:t>What happens next: The selected model is used for the next interpretation. Loading or choosing it does not change the score.</w:t>
      </w:r>
    </w:p>
    <w:p>
      <w:pPr>
        <w:widowControl/>
      </w:pPr>
      <w:r>
        <w:t>Correct or cancel: Leave the list and use direct entry or selectors if you do not want a connected request.</w:t>
      </w:r>
    </w:p>
    <w:p>
      <w:pPr>
        <w:pStyle w:val="Heading3"/>
        <w:widowControl/>
      </w:pPr>
      <w:r>
        <w:t>Start or stop local dictation</w:t>
      </w:r>
    </w:p>
    <w:p>
      <w:pPr>
        <w:widowControl/>
      </w:pPr>
      <w:r>
        <w:t>Control labels: Start or stop local dictation; Start dictation; Stop dictation.</w:t>
      </w:r>
    </w:p>
    <w:p>
      <w:pPr>
        <w:widowControl/>
      </w:pPr>
      <w:r>
        <w:t>Purpose: Starts or stops local Windows recognition that writes your spoken words into the description box.</w:t>
      </w:r>
    </w:p>
    <w:p>
      <w:pPr>
        <w:widowControl/>
      </w:pPr>
      <w:r>
        <w:t>How to use it: Activate Start dictation only when ready to speak. When finished, activate Stop dictation and read the transcript before previewing it.</w:t>
      </w:r>
    </w:p>
    <w:p>
      <w:pPr>
        <w:widowControl/>
      </w:pPr>
      <w:r>
        <w:t>What the choices mean: This is different from fixed reader commands and the paid live teacher. It needs an installed English recognizer and a working microphone. Musical names and numbers can be misheard.</w:t>
      </w:r>
    </w:p>
    <w:p>
      <w:pPr>
        <w:widowControl/>
      </w:pPr>
      <w:r>
        <w:t>What happens next: Recognized words are appended to Describe music to add or change. They are not automatically sent, previewed or applied.</w:t>
      </w:r>
    </w:p>
    <w:p>
      <w:pPr>
        <w:widowControl/>
      </w:pPr>
      <w:r>
        <w:t>Correct or cancel: Stop preserves the words. Edit errors by typing, or use the selectors if speech recognition is unavailable.</w:t>
      </w:r>
    </w:p>
    <w:p>
      <w:pPr>
        <w:pStyle w:val="Heading3"/>
        <w:widowControl/>
      </w:pPr>
      <w:r>
        <w:t>Exact proposed score changes</w:t>
      </w:r>
    </w:p>
    <w:p>
      <w:pPr>
        <w:widowControl/>
      </w:pPr>
      <w:r>
        <w:t>Control labels: Exact proposed score changes.</w:t>
      </w:r>
    </w:p>
    <w:p>
      <w:pPr>
        <w:widowControl/>
      </w:pPr>
      <w:r>
        <w:t>Purpose: Shows the temporary musical changes awaiting your decision. Use this text to check what a preview actually proposes.</w:t>
      </w:r>
    </w:p>
    <w:p>
      <w:pPr>
        <w:widowControl/>
      </w:pPr>
      <w:r>
        <w:t>How to use it: Read from the beginning using text navigation. Check part, measure, beat, staff, rhythm line, pitch, duration and lyrics. Replacements show BEFORE and AFTER.</w:t>
      </w:r>
    </w:p>
    <w:p>
      <w:pPr>
        <w:widowControl/>
      </w:pPr>
      <w:r>
        <w:t>What the choices mean: A chord symbol is a label; the actual played pitches are listed separately. A clarification asks you to choose or supply missing information. Answer it in the description and preview again before applying music.</w:t>
      </w:r>
    </w:p>
    <w:p>
      <w:pPr>
        <w:widowControl/>
      </w:pPr>
      <w:r>
        <w:t>What happens next: Hear proposed score plays this preview. Apply reviewed changes adds the reviewed music to Score; Discard proposal leaves Score unchanged.</w:t>
      </w:r>
    </w:p>
    <w:p>
      <w:pPr>
        <w:widowControl/>
      </w:pPr>
      <w:r>
        <w:t>Correct or cancel: Correct the notes or description and preview again if needed. Save project can keep a pending review without applying it. MusicXML export includes applied music only.</w:t>
      </w:r>
    </w:p>
    <w:p>
      <w:pPr>
        <w:pStyle w:val="Heading3"/>
        <w:widowControl/>
      </w:pPr>
      <w:r>
        <w:t>Composer status</w:t>
      </w:r>
    </w:p>
    <w:p>
      <w:pPr>
        <w:widowControl/>
      </w:pPr>
      <w:r>
        <w:t>Control labels: Composer status.</w:t>
      </w:r>
    </w:p>
    <w:p>
      <w:pPr>
        <w:widowControl/>
      </w:pPr>
      <w:r>
        <w:t>Purpose: Reports the last composing action, validation problem or running activity. It is an explanation of state, not a musical instruction field.</w:t>
      </w:r>
    </w:p>
    <w:p>
      <w:pPr>
        <w:widowControl/>
      </w:pPr>
      <w:r>
        <w:t>How to use it: Read this box when an action does not give the result you expected. Return to the named control to correct the problem.</w:t>
      </w:r>
    </w:p>
    <w:p>
      <w:pPr>
        <w:widowControl/>
      </w:pPr>
      <w:r>
        <w:t>What the choices mean: An overlap means two events occupy the same part, staff and rhythm line at overlapping times. Use one chord for simultaneous tones of one length, or another rhythm line for different overlapping lengths. A clarification means a needed musical choice is missing. Playback or dictation messages describe those separate activities.</w:t>
      </w:r>
    </w:p>
    <w:p>
      <w:pPr>
        <w:widowControl/>
      </w:pPr>
      <w:r>
        <w:t>What happens next: Reading status makes no change. A successful preview still needs Apply, and an applied change still needs Save to be written to disk.</w:t>
      </w:r>
    </w:p>
    <w:p>
      <w:pPr>
        <w:widowControl/>
      </w:pPr>
      <w:r>
        <w:t>Correct or cancel: Correct the named issue and try the action again. Use Cancel, Discard or Undo for the stage you want to leave.</w:t>
      </w:r>
    </w:p>
    <w:p>
      <w:pPr>
        <w:pStyle w:val="Heading2"/>
        <w:widowControl/>
      </w:pPr>
      <w:r>
        <w:t>Composer dialogs</w:t>
      </w:r>
    </w:p>
    <w:p>
      <w:pPr>
        <w:pStyle w:val="Heading3"/>
        <w:widowControl/>
      </w:pPr>
      <w:r>
        <w:t>Parts</w:t>
      </w:r>
    </w:p>
    <w:p>
      <w:pPr>
        <w:widowControl/>
      </w:pPr>
      <w:r>
        <w:t>Control labels: Parts.</w:t>
      </w:r>
    </w:p>
    <w:p>
      <w:pPr>
        <w:widowControl/>
      </w:pPr>
      <w:r>
        <w:t>Purpose: Chooses the instruments in a new empty project.</w:t>
      </w:r>
    </w:p>
    <w:p>
      <w:pPr>
        <w:widowControl/>
      </w:pPr>
      <w:r>
        <w:t>How to use it: Choose the intended instrument, Solo voice, SATB, Barbershop quartet, String quartet or a combined starting template, then activate Create score.</w:t>
      </w:r>
    </w:p>
    <w:p>
      <w:pPr>
        <w:widowControl/>
      </w:pPr>
      <w:r>
        <w:t>What the choices mean: The template supplies parts and staves, not a finished musical example. Piano and Harp have two staves; each other part has one.</w:t>
      </w:r>
    </w:p>
    <w:p>
      <w:pPr>
        <w:widowControl/>
      </w:pPr>
      <w:r>
        <w:t>What happens next: Create score replaces the composing project after any unsaved-work question.</w:t>
      </w:r>
    </w:p>
    <w:p>
      <w:pPr>
        <w:widowControl/>
      </w:pPr>
      <w:r>
        <w:t>Correct or cancel: Cancel keeps the existing project. Save important work before replacing it.</w:t>
      </w:r>
    </w:p>
    <w:p>
      <w:pPr>
        <w:pStyle w:val="Heading3"/>
        <w:widowControl/>
      </w:pPr>
      <w:r>
        <w:t>Create score</w:t>
      </w:r>
    </w:p>
    <w:p>
      <w:pPr>
        <w:widowControl/>
      </w:pPr>
      <w:r>
        <w:t>Control labels: Create score.</w:t>
      </w:r>
    </w:p>
    <w:p>
      <w:pPr>
        <w:widowControl/>
      </w:pPr>
      <w:r>
        <w:t>Purpose: Creates a new empty composing project from the chosen template and title.</w:t>
      </w:r>
    </w:p>
    <w:p>
      <w:pPr>
        <w:widowControl/>
      </w:pPr>
      <w:r>
        <w:t>How to use it: Check Title and Parts, then activate Create score.</w:t>
      </w:r>
    </w:p>
    <w:p>
      <w:pPr>
        <w:widowControl/>
      </w:pPr>
      <w:r>
        <w:t>What the choices mean: This starts a new composition. It does not append an instrument to the old project; use Add part for that.</w:t>
      </w:r>
    </w:p>
    <w:p>
      <w:pPr>
        <w:widowControl/>
      </w:pPr>
      <w:r>
        <w:t>What happens next: The new project opens with its default meter, tempo and four measures.</w:t>
      </w:r>
    </w:p>
    <w:p>
      <w:pPr>
        <w:widowControl/>
      </w:pPr>
      <w:r>
        <w:t>Correct or cancel: Cancel before creation to retain the prior project. Reopen its saved project file if needed.</w:t>
      </w:r>
    </w:p>
    <w:p>
      <w:pPr>
        <w:pStyle w:val="Heading3"/>
        <w:widowControl/>
      </w:pPr>
      <w:r>
        <w:t>Verse</w:t>
      </w:r>
    </w:p>
    <w:p>
      <w:pPr>
        <w:widowControl/>
      </w:pPr>
      <w:r>
        <w:t>Control labels: Verse; Word or syllable; Syllable within word; Word continues over later notes.</w:t>
      </w:r>
    </w:p>
    <w:p>
      <w:pPr>
        <w:widowControl/>
      </w:pPr>
      <w:r>
        <w:t>Purpose: Aligns a specific verse's lyric text with the selected note.</w:t>
      </w:r>
    </w:p>
    <w:p>
      <w:pPr>
        <w:widowControl/>
      </w:pPr>
      <w:r>
        <w:t>How to use it: Choose the verse number, enter the word or syllable and choose single, begin, middle or end within the word. Check Word continues over later notes for an extension.</w:t>
      </w:r>
    </w:p>
    <w:p>
      <w:pPr>
        <w:widowControl/>
      </w:pPr>
      <w:r>
        <w:t>What the choices mean: The verse selector loads that verse at this note. Empty text removes only that verse here. Other verses remain. Words are retained in notation; vocal playback stays wordless.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Operation</w:t>
      </w:r>
    </w:p>
    <w:p>
      <w:pPr>
        <w:widowControl/>
      </w:pPr>
      <w:r>
        <w:t>Control labels: Operation.</w:t>
      </w:r>
    </w:p>
    <w:p>
      <w:pPr>
        <w:widowControl/>
      </w:pPr>
      <w:r>
        <w:t>Purpose: Chooses which measure operation you are preparing.</w:t>
      </w:r>
    </w:p>
    <w:p>
      <w:pPr>
        <w:widowControl/>
      </w:pPr>
      <w:r>
        <w:t>How to use it: Select Copy measures, Insert measures, Delete measures, Transpose passage or Set measure directions or signature. Tab through the fields now shown.</w:t>
      </w:r>
    </w:p>
    <w:p>
      <w:pPr>
        <w:widowControl/>
      </w:pPr>
      <w:r>
        <w:t>What the choices mean: Copy duplicates a source range. Insert adds empty bars at First measure; Delete removes the range. Transpose moves notes by semitones. Measure settings changes meter, tempo, key, repeats and direction at First measure.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First measure</w:t>
      </w:r>
    </w:p>
    <w:p>
      <w:pPr>
        <w:widowControl/>
      </w:pPr>
      <w:r>
        <w:t>Control labels: First measure; Last measure; Apply music operation to.</w:t>
      </w:r>
    </w:p>
    <w:p>
      <w:pPr>
        <w:widowControl/>
      </w:pPr>
      <w:r>
        <w:t>Purpose: Defines the affected source range and part for a measure operation or pattern.</w:t>
      </w:r>
    </w:p>
    <w:p>
      <w:pPr>
        <w:widowControl/>
      </w:pPr>
      <w:r>
        <w:t>How to use it: Set the first and last included measures. For Copy/Transpose select All parts or a named part. A pattern has its own Guitar or ukulele part choice.</w:t>
      </w:r>
    </w:p>
    <w:p>
      <w:pPr>
        <w:widowControl/>
      </w:pPr>
      <w:r>
        <w:t>What the choices mean: Insert uses First measure and a count rather than an ending source measure. Insert and Delete always affect all parts because their measure grid is shared.</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Copy destination or insertion count</w:t>
      </w:r>
    </w:p>
    <w:p>
      <w:pPr>
        <w:widowControl/>
      </w:pPr>
      <w:r>
        <w:t>Control labels: Copy destination or insertion count.</w:t>
      </w:r>
    </w:p>
    <w:p>
      <w:pPr>
        <w:widowControl/>
      </w:pPr>
      <w:r>
        <w:t>Purpose: Has a different meaning for Copy and Insert; read Operation before entering it.</w:t>
      </w:r>
    </w:p>
    <w:p>
      <w:pPr>
        <w:widowControl/>
      </w:pPr>
      <w:r>
        <w:t>How to use it: For Copy measures enter the destination's first measure. For Insert measures enter the number of empty measures to insert at First measure.</w:t>
      </w:r>
    </w:p>
    <w:p>
      <w:pPr>
        <w:widowControl/>
      </w:pPr>
      <w:r>
        <w:t>What the choices mean: Copy retains source music and adds it at the destination; occupied targets are validated. Insert shifts existing music at and after the insertion point.</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Transpose semitones</w:t>
      </w:r>
    </w:p>
    <w:p>
      <w:pPr>
        <w:widowControl/>
      </w:pPr>
      <w:r>
        <w:t>Control labels: Transpose semitones.</w:t>
      </w:r>
    </w:p>
    <w:p>
      <w:pPr>
        <w:widowControl/>
      </w:pPr>
      <w:r>
        <w:t>Purpose: Moves the selected passage's sounding pitches up or down by the chosen number of semitones.</w:t>
      </w:r>
    </w:p>
    <w:p>
      <w:pPr>
        <w:widowControl/>
      </w:pPr>
      <w:r>
        <w:t>How to use it: Choose Transpose passage, source range and parts, then enter a signed amount. Positive moves up; negative moves down; 0 leaves pitch unchanged.</w:t>
      </w:r>
    </w:p>
    <w:p>
      <w:pPr>
        <w:widowControl/>
      </w:pPr>
      <w:r>
        <w:t>What the choices mean: Twelve semitones make an octave. Explicit guitar fingerings must remain playable and consistent; invalid results are rejected.</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New meter numerator  0 inherits</w:t>
      </w:r>
    </w:p>
    <w:p>
      <w:pPr>
        <w:widowControl/>
      </w:pPr>
      <w:r>
        <w:t>Control labels: New meter numerator; 0 inherits; New meter denominator; 0 inherits; New tempo; 0 inherits; New key signature.</w:t>
      </w:r>
    </w:p>
    <w:p>
      <w:pPr>
        <w:widowControl/>
      </w:pPr>
      <w:r>
        <w:t>Purpose: Sets a written timing or key change at First measure.</w:t>
      </w:r>
    </w:p>
    <w:p>
      <w:pPr>
        <w:widowControl/>
      </w:pPr>
      <w:r>
        <w:t>How to use it: Choose Set measure directions or signature. Numerator is the top number of the time signature; denominator is the bottom number. A value of 0 keeps the setting used before First measure. Set tempo or key only when a change is wanted.</w:t>
      </w:r>
    </w:p>
    <w:p>
      <w:pPr>
        <w:widowControl/>
      </w:pPr>
      <w:r>
        <w:t>What the choices mean: The selected change continues until another change is written. Existing notes must still fit the resulting measures. A key signature does not automatically change the explicitly entered pitches.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Start repeat</w:t>
      </w:r>
    </w:p>
    <w:p>
      <w:pPr>
        <w:widowControl/>
      </w:pPr>
      <w:r>
        <w:t>Control labels: Start repeat; End repeat; Total plays at repeat end; Direction at first measure.</w:t>
      </w:r>
    </w:p>
    <w:p>
      <w:pPr>
        <w:widowControl/>
      </w:pPr>
      <w:r>
        <w:t>Purpose: Adds repeat signs and written text at the selected first measure.</w:t>
      </w:r>
    </w:p>
    <w:p>
      <w:pPr>
        <w:widowControl/>
      </w:pPr>
      <w:r>
        <w:t>How to use it: Choose Set measure directions or signature. Check the desired repeat flags and set total plays for an end repeat. Enter any written direction.</w:t>
      </w:r>
    </w:p>
    <w:p>
      <w:pPr>
        <w:widowControl/>
      </w:pPr>
      <w:r>
        <w:t>What the choices mean: Repeat signs and counts are exported. Local composer playback currently plays written measures once. Text alone does not implement an unsupported technique.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Expression to edit</w:t>
      </w:r>
    </w:p>
    <w:p>
      <w:pPr>
        <w:widowControl/>
      </w:pPr>
      <w:r>
        <w:t>Control labels: Expression to edit; Remove selected expression.</w:t>
      </w:r>
    </w:p>
    <w:p>
      <w:pPr>
        <w:widowControl/>
      </w:pPr>
      <w:r>
        <w:t>Purpose: Selects a passage expression to revise or remove.</w:t>
      </w:r>
    </w:p>
    <w:p>
      <w:pPr>
        <w:widowControl/>
      </w:pPr>
      <w:r>
        <w:t>How to use it: Choose Add new expression to create one, or an existing entry to load its values. To delete an existing one, check Remove selected expression and preview.</w:t>
      </w:r>
    </w:p>
    <w:p>
      <w:pPr>
        <w:widowControl/>
      </w:pPr>
      <w:r>
        <w:t>What the choices mean: Existing span choices show their type and endpoints. Removing requires an existing selection.</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Expression</w:t>
      </w:r>
    </w:p>
    <w:p>
      <w:pPr>
        <w:widowControl/>
      </w:pPr>
      <w:r>
        <w:t>Control labels: Expression; Start measure; Start beat; End measure; End beat; Staff; Rhythm line (for slurs).</w:t>
      </w:r>
    </w:p>
    <w:p>
      <w:pPr>
        <w:widowControl/>
      </w:pPr>
      <w:r>
        <w:t>Purpose: Defines the kind and endpoints of a passage expression.</w:t>
      </w:r>
    </w:p>
    <w:p>
      <w:pPr>
        <w:widowControl/>
      </w:pPr>
      <w:r>
        <w:t>How to use it: Choose crescendo, diminuendo, pedal or slur and the intended part. Enter exact start/end positions. Slurs need the relevant staff and rhythm line.</w:t>
      </w:r>
    </w:p>
    <w:p>
      <w:pPr>
        <w:widowControl/>
      </w:pPr>
      <w:r>
        <w:t>What the choices mean: An end beat one past the bar count can release at the bar end. Slurs join actual note onsets; pedal sustains both Piano staves; loudness ramps affect successive attacks.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Starting dynamic</w:t>
      </w:r>
    </w:p>
    <w:p>
      <w:pPr>
        <w:widowControl/>
      </w:pPr>
      <w:r>
        <w:t>Control labels: Starting dynamic; Ending dynamic.</w:t>
      </w:r>
    </w:p>
    <w:p>
      <w:pPr>
        <w:widowControl/>
      </w:pPr>
      <w:r>
        <w:t>Purpose: Chooses the loudness levels at the ends of a crescendo or diminuendo.</w:t>
      </w:r>
    </w:p>
    <w:p>
      <w:pPr>
        <w:widowControl/>
      </w:pPr>
      <w:r>
        <w:t>How to use it: Select the desired start and end markings, for example p to f for an increase, then check the proposed passage.</w:t>
      </w:r>
    </w:p>
    <w:p>
      <w:pPr>
        <w:widowControl/>
      </w:pPr>
      <w:r>
        <w:t>What the choices mean: p is soft, f loud; intermediate and stronger levels are available. Local playback approximates the written change.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Guitar or ukulele part</w:t>
      </w:r>
    </w:p>
    <w:p>
      <w:pPr>
        <w:widowControl/>
      </w:pPr>
      <w:r>
        <w:t>Control labels: Guitar or ukulele part; Pattern type; Length of each pattern step; Palm mute the pattern.</w:t>
      </w:r>
    </w:p>
    <w:p>
      <w:pPr>
        <w:widowControl/>
      </w:pPr>
      <w:r>
        <w:t>Purpose: Chooses the target guitar or ukulele part, strum/picking mode and duration of each pattern slot.</w:t>
      </w:r>
    </w:p>
    <w:p>
      <w:pPr>
        <w:widowControl/>
      </w:pPr>
      <w:r>
        <w:t>How to use it: Choose the guitar or ukulele part and a range of empty measures. Select Strum or Picking and quarter, eighth or 16th step length. Check palm mute for its supported short-decay approximation.</w:t>
      </w:r>
    </w:p>
    <w:p>
      <w:pPr>
        <w:widowControl/>
      </w:pPr>
      <w:r>
        <w:t>What the choices mean: The step count must exactly fill the meter: eight eighths fill 4/4, for example. A rest symbol still occupies one slot.</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Played strings and frets  one per line</w:t>
      </w:r>
    </w:p>
    <w:p>
      <w:pPr>
        <w:widowControl/>
      </w:pPr>
      <w:r>
        <w:t>Control labels: Played strings and frets, one per line; Pattern for one complete measure.</w:t>
      </w:r>
    </w:p>
    <w:p>
      <w:pPr>
        <w:widowControl/>
      </w:pPr>
      <w:r>
        <w:t>Purpose: Defines which guitar or ukulele strings are played and the order or strokes to play them.</w:t>
      </w:r>
    </w:p>
    <w:p>
      <w:pPr>
        <w:widowControl/>
      </w:pPr>
      <w:r>
        <w:t>How to use it: For guitar, an optional played-string line is string 6 fret 0 and an eighth-note picking pattern in 4/4 is 6 3 2 1 6 3 2 1. For ukulele, use only strings 1 through 4; an optional line is string 4 fret 0 and the matching pattern is 4 3 2 1 4 3 2 1. Put each played string/fret on its own line. Strum uses D/U/- slots, such as D - D U - U D U in eighths in 4/4. Choose your own voicing and complete-bar pattern when preferred.</w:t>
      </w:r>
    </w:p>
    <w:p>
      <w:pPr>
        <w:widowControl/>
      </w:pPr>
      <w:r>
        <w:t>What the choices mean: Plus joins simultaneous plucks, and - makes a rest. Every picked string must exist in the supplied voicing. The pattern repeats over the selected range.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Cancel</w:t>
      </w:r>
    </w:p>
    <w:p>
      <w:pPr>
        <w:widowControl/>
      </w:pPr>
      <w:r>
        <w:t>Control labels: Cancel.</w:t>
      </w:r>
    </w:p>
    <w:p>
      <w:pPr>
        <w:widowControl/>
      </w:pPr>
      <w:r>
        <w:t>Purpose: Closes this musical settings dialog without accepting its proposed edit.</w:t>
      </w:r>
    </w:p>
    <w:p>
      <w:pPr>
        <w:widowControl/>
      </w:pPr>
      <w:r>
        <w:t>How to use it: Activate Cancel or press Escape when you want to leave its fields unchanged.</w:t>
      </w:r>
    </w:p>
    <w:p>
      <w:pPr>
        <w:widowControl/>
      </w:pPr>
      <w:r>
        <w:t>What the choices mean: This cancels only this unconfirmed dialog. It does not undo previously applied music.</w:t>
      </w:r>
    </w:p>
    <w:p>
      <w:pPr>
        <w:widowControl/>
      </w:pPr>
      <w:r>
        <w:t>What happens next: The preceding composer window returns with applied music unchanged.</w:t>
      </w:r>
    </w:p>
    <w:p>
      <w:pPr>
        <w:widowControl/>
      </w:pPr>
      <w:r>
        <w:t>Correct or cancel: Reopen the dialog to try again. Use Undo for an edit that was already applied.</w:t>
      </w:r>
    </w:p>
    <w:p>
      <w:pPr>
        <w:pStyle w:val="Heading3"/>
        <w:widowControl/>
      </w:pPr>
      <w:r>
        <w:t>Title</w:t>
      </w:r>
    </w:p>
    <w:p>
      <w:pPr>
        <w:widowControl/>
      </w:pPr>
      <w:r>
        <w:t>Control labels: Title; Part name.</w:t>
      </w:r>
    </w:p>
    <w:p>
      <w:pPr>
        <w:widowControl/>
      </w:pPr>
      <w:r>
        <w:t>Purpose: Names the composition or the instrument line so you can identify it later.</w:t>
      </w:r>
    </w:p>
    <w:p>
      <w:pPr>
        <w:widowControl/>
      </w:pPr>
      <w:r>
        <w:t>How to use it: Type a descriptive name. An optional title is My first piano note. Part names must be distinct within one composition.</w:t>
      </w:r>
    </w:p>
    <w:p>
      <w:pPr>
        <w:widowControl/>
      </w:pPr>
      <w:r>
        <w:t>What the choices mean: A title is not the saved filename. The save dialog chooses that separately.</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Beats in each measure</w:t>
      </w:r>
    </w:p>
    <w:p>
      <w:pPr>
        <w:widowControl/>
      </w:pPr>
      <w:r>
        <w:t>Control labels: Beats in each measure; Beat unit.</w:t>
      </w:r>
    </w:p>
    <w:p>
      <w:pPr>
        <w:widowControl/>
      </w:pPr>
      <w:r>
        <w:t>Purpose: Together these fields set the written meter, also called the time signature.</w:t>
      </w:r>
    </w:p>
    <w:p>
      <w:pPr>
        <w:widowControl/>
      </w:pPr>
      <w:r>
        <w:t>How to use it: As an optional example choose 4 beats and beat unit 4. Use the written meter required by your piece; the worked example uses 4/4.</w:t>
      </w:r>
    </w:p>
    <w:p>
      <w:pPr>
        <w:widowControl/>
      </w:pPr>
      <w:r>
        <w:t>What the choices mean: In 4/4, count 1, 2, 3, 4 in each measure and a quarter note lasts one beat. In 6/8 there are six eighth-note beat positions, so a quarter lasts two positions.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Key signature</w:t>
      </w:r>
    </w:p>
    <w:p>
      <w:pPr>
        <w:widowControl/>
      </w:pPr>
      <w:r>
        <w:t>Control labels: Key signature.</w:t>
      </w:r>
    </w:p>
    <w:p>
      <w:pPr>
        <w:widowControl/>
      </w:pPr>
      <w:r>
        <w:t>Purpose: Chooses the written key signature: the sharps or flats shown for a passage.</w:t>
      </w:r>
    </w:p>
    <w:p>
      <w:pPr>
        <w:widowControl/>
      </w:pPr>
      <w:r>
        <w:t>How to use it: As an optional example choose No sharps or flats. Later choose the signature you intend, then review it with the rest of the settings.</w:t>
      </w:r>
    </w:p>
    <w:p>
      <w:pPr>
        <w:widowControl/>
      </w:pPr>
      <w:r>
        <w:t>What the choices mean: Each choice names a major key and its relative minor. Entered pitches are still explicit: type F#4 or select sharp when you intend F-sharp, even in a key that includes F-sharp.</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Quarter notes per minute</w:t>
      </w:r>
    </w:p>
    <w:p>
      <w:pPr>
        <w:widowControl/>
      </w:pPr>
      <w:r>
        <w:t>Control labels: Quarter notes per minute.</w:t>
      </w:r>
    </w:p>
    <w:p>
      <w:pPr>
        <w:widowControl/>
      </w:pPr>
      <w:r>
        <w:t>Purpose: Sets the composing playback tempo, meaning how fast the music is counted.</w:t>
      </w:r>
    </w:p>
    <w:p>
      <w:pPr>
        <w:widowControl/>
      </w:pPr>
      <w:r>
        <w:t>How to use it: Choose the quarter-note tempo intended for the piece. The optional example uses 88; a lower number is slower and a higher number faster.</w:t>
      </w:r>
    </w:p>
    <w:p>
      <w:pPr>
        <w:widowControl/>
      </w:pPr>
      <w:r>
        <w:t>What the choices mean: The value always counts quarter notes per minute. In 4/4 it is also the number of written beats per minute. Other meters can count a different beat unit.</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Number of measures</w:t>
      </w:r>
    </w:p>
    <w:p>
      <w:pPr>
        <w:widowControl/>
      </w:pPr>
      <w:r>
        <w:t>Control labels: Number of measures.</w:t>
      </w:r>
    </w:p>
    <w:p>
      <w:pPr>
        <w:widowControl/>
      </w:pPr>
      <w:r>
        <w:t>Purpose: Sets the overall length of the composition in measures, also called bars.</w:t>
      </w:r>
    </w:p>
    <w:p>
      <w:pPr>
        <w:widowControl/>
      </w:pPr>
      <w:r>
        <w:t>How to use it: Choose the intended number of measures. Optional exercises use 1 for a first note or 2 for a treble-and-bass passage. Selection entry can extend the proposed piece when notes go beyond its ending.</w:t>
      </w:r>
    </w:p>
    <w:p>
      <w:pPr>
        <w:widowControl/>
      </w:pPr>
      <w:r>
        <w:t>What the choices mean: Supported projects have 1 through 500 measures. Reducing the length cannot silently cut away existing music that no longer fits.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Part</w:t>
      </w:r>
    </w:p>
    <w:p>
      <w:pPr>
        <w:widowControl/>
      </w:pPr>
      <w:r>
        <w:t>Control labels: Part.</w:t>
      </w:r>
    </w:p>
    <w:p>
      <w:pPr>
        <w:widowControl/>
      </w:pPr>
      <w:r>
        <w:t>Purpose: Selects the instrument part to which this proposed event or operation applies.</w:t>
      </w:r>
    </w:p>
    <w:p>
      <w:pPr>
        <w:widowControl/>
      </w:pPr>
      <w:r>
        <w:t>How to use it: Open the list, select the intended named part and press Enter. Check this before entering notes in an ensemble.</w:t>
      </w:r>
    </w:p>
    <w:p>
      <w:pPr>
        <w:widowControl/>
      </w:pPr>
      <w:r>
        <w:t>What the choices mean: Piano and Harp have two staves. Each other part has one. A rhythm line is a rhythmic line within a staff and is a separate choice.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Measure where the next note begins</w:t>
      </w:r>
    </w:p>
    <w:p>
      <w:pPr>
        <w:widowControl/>
      </w:pPr>
      <w:r>
        <w:t>Control labels: Measure where the next note begins; Measure.</w:t>
      </w:r>
    </w:p>
    <w:p>
      <w:pPr>
        <w:widowControl/>
      </w:pPr>
      <w:r>
        <w:t>Purpose: Chooses which measure receives the beginning of the note.</w:t>
      </w:r>
    </w:p>
    <w:p>
      <w:pPr>
        <w:widowControl/>
      </w:pPr>
      <w:r>
        <w:t>How to use it: Choose or type the measure number. Optional example: choose 2 for a note beginning in the second measure.</w:t>
      </w:r>
    </w:p>
    <w:p>
      <w:pPr>
        <w:widowControl/>
      </w:pPr>
      <w:r>
        <w:t>What the choices mean: Beat then chooses which beat inside that measure the note begins on. Duration chooses how long it lasts.</w:t>
      </w:r>
    </w:p>
    <w:p>
      <w:pPr>
        <w:widowControl/>
      </w:pPr>
      <w:r>
        <w:t>What happens next: The position message identifies the measure used for the next note.</w:t>
      </w:r>
    </w:p>
    <w:p>
      <w:pPr>
        <w:widowControl/>
      </w:pPr>
      <w:r>
        <w:t>Correct or cancel: Change the number before Enter if it is wrong. Auto-advance can change it after an entered note.</w:t>
      </w:r>
    </w:p>
    <w:p>
      <w:pPr>
        <w:pStyle w:val="Heading3"/>
        <w:widowControl/>
      </w:pPr>
      <w:r>
        <w:t>Beat where the next note begins</w:t>
      </w:r>
    </w:p>
    <w:p>
      <w:pPr>
        <w:widowControl/>
      </w:pPr>
      <w:r>
        <w:t>Control labels: Beat where the next note begins; Beat.</w:t>
      </w:r>
    </w:p>
    <w:p>
      <w:pPr>
        <w:widowControl/>
      </w:pPr>
      <w:r>
        <w:t>Purpose: Chooses which beat of the selected measure receives the beginning of the note.</w:t>
      </w:r>
    </w:p>
    <w:p>
      <w:pPr>
        <w:widowControl/>
      </w:pPr>
      <w:r>
        <w:t>How to use it: Choose a beat from the list, or type a supported decimal subdivision. Measure 2, Beat 3 means the third beat in the second measure.</w:t>
      </w:r>
    </w:p>
    <w:p>
      <w:pPr>
        <w:widowControl/>
      </w:pPr>
      <w:r>
        <w:t>What the choices mean: In 4/4, quarter notes beginning on beats 1, 2, 3 and 4 fill the measure. With Advance checked, the next note then begins on measure 2 beat 1.</w:t>
      </w:r>
    </w:p>
    <w:p>
      <w:pPr>
        <w:widowControl/>
      </w:pPr>
      <w:r>
        <w:t>What happens next: The next-position message confirms the measure and beat. Length is chosen separately in Duration.</w:t>
      </w:r>
    </w:p>
    <w:p>
      <w:pPr>
        <w:widowControl/>
      </w:pPr>
      <w:r>
        <w:t>Correct or cancel: Correct the position before Enter. A note already occupying this time in the same line must be edited, made part of one chord, or placed in another intended rhythm line.</w:t>
      </w:r>
    </w:p>
    <w:p>
      <w:pPr>
        <w:pStyle w:val="Heading3"/>
        <w:widowControl/>
      </w:pPr>
      <w:r>
        <w:t>Staff</w:t>
      </w:r>
    </w:p>
    <w:p>
      <w:pPr>
        <w:widowControl/>
      </w:pPr>
      <w:r>
        <w:t>Control labels: Staff.</w:t>
      </w:r>
    </w:p>
    <w:p>
      <w:pPr>
        <w:widowControl/>
      </w:pPr>
      <w:r>
        <w:t>Purpose: Chooses the written staff for the note or passage.</w:t>
      </w:r>
    </w:p>
    <w:p>
      <w:pPr>
        <w:widowControl/>
      </w:pPr>
      <w:r>
        <w:t>How to use it: Piano uses Upper or Lower piano staff; Harp uses Upper or Lower harp staff. Each other part uses Single staff. Upper is staff 1; Lower is staff 2.</w:t>
      </w:r>
    </w:p>
    <w:p>
      <w:pPr>
        <w:widowControl/>
      </w:pPr>
      <w:r>
        <w:t>What the choices mean: Upper is staff 1 and lower is staff 2. Staff chooses notation placement; the pitch octave determines how high or low the note sounds.</w:t>
      </w:r>
    </w:p>
    <w:p>
      <w:pPr>
        <w:widowControl/>
      </w:pPr>
      <w:r>
        <w:t>What happens next: Choose Preview change. The composer opens Review changes with the notes or settings that would change. Read the complete group, or hear it, then choose Apply reviewed changes to add it to the working score. Preview does not apply changes or play music automatically.</w:t>
      </w:r>
    </w:p>
    <w:p>
      <w:pPr>
        <w:widowControl/>
      </w:pPr>
      <w:r>
        <w:t>Correct or cancel: Before Apply, Discard proposal leaves the working score unchanged. After Apply, Undo reverses the change. In the selection window, Close entry keeps unfinished notes; Ctrl+E resumes them. Save project keeps unfinished entry for reopening later.</w:t>
      </w:r>
    </w:p>
    <w:p>
      <w:pPr>
        <w:pStyle w:val="Heading3"/>
        <w:widowControl/>
      </w:pPr>
      <w:r>
        <w:t>Rhythm line   normally 1</w:t>
      </w:r>
    </w:p>
    <w:p>
      <w:pPr>
        <w:widowControl/>
      </w:pPr>
      <w:r>
        <w:t>Control labels: Rhythm line — normally 1; Rhythm line (for slurs).</w:t>
      </w:r>
    </w:p>
    <w:p>
      <w:pPr>
        <w:widowControl/>
      </w:pPr>
      <w:r>
        <w:t>Purpose: Separates overlapping rhythms on one staff.</w:t>
      </w:r>
    </w:p>
    <w:p>
      <w:pPr>
        <w:widowControl/>
      </w:pPr>
      <w:r>
        <w:t>How to use it: Choose 1 — normal entry unless different note lengths must overlap on the SAME staff. Ordinary two-hand piano writing uses 1 on each staff.</w:t>
      </w:r>
    </w:p>
    <w:p>
      <w:pPr>
        <w:widowControl/>
      </w:pPr>
      <w:r>
        <w:t>What the choices mean: Optional example in 4/4: whole-note C on line 1 at beat 1, and quarter-note E, F, G, A on line 2 at beats 1, 2, 3, 4. Both lines remain on the same staff.</w:t>
      </w:r>
    </w:p>
    <w:p>
      <w:pPr>
        <w:widowControl/>
      </w:pPr>
      <w:r>
        <w:t>What happens next: This line number is used by the entered notes or the chosen slur. It is unrelated to singing or app speech.</w:t>
      </w:r>
    </w:p>
    <w:p>
      <w:pPr>
        <w:widowControl/>
      </w:pPr>
      <w:r>
        <w:t>Correct or cancel: Leave 1 when another rhythm is not needed. Review the staff and line before Apply.</w:t>
      </w:r>
    </w:p>
    <w:p>
      <w:pPr>
        <w:pStyle w:val="Heading3"/>
        <w:widowControl/>
      </w:pPr>
      <w:r>
        <w:t>Duration   how long the note or rest lasts</w:t>
      </w:r>
    </w:p>
    <w:p>
      <w:pPr>
        <w:widowControl/>
      </w:pPr>
      <w:r>
        <w:t>Control labels: Duration — how long the note or rest lasts; Duration.</w:t>
      </w:r>
    </w:p>
    <w:p>
      <w:pPr>
        <w:widowControl/>
      </w:pPr>
      <w:r>
        <w:t>Purpose: Chooses how long the entered note, chord or rest lasts.</w:t>
      </w:r>
    </w:p>
    <w:p>
      <w:pPr>
        <w:widowControl/>
      </w:pPr>
      <w:r>
        <w:t>How to use it: Choose the note value required by the music. In 4/4, quarter lasts one beat, half two, dotted half three and whole four.</w:t>
      </w:r>
    </w:p>
    <w:p>
      <w:pPr>
        <w:widowControl/>
      </w:pPr>
      <w:r>
        <w:t>What the choices mean: All tones in one chord share this length. Tuplets are off unless Use a tuplet is checked. A measure/beat choice specifies the beginning, not the length.</w:t>
      </w:r>
    </w:p>
    <w:p>
      <w:pPr>
        <w:widowControl/>
      </w:pPr>
      <w:r>
        <w:t>What happens next: With Advance checked, Enter moves by this length to the following position.</w:t>
      </w:r>
    </w:p>
    <w:p>
      <w:pPr>
        <w:widowControl/>
      </w:pPr>
      <w:r>
        <w:t>Correct or cancel: Choose a different duration before entering, or remove the last entered note and enter it correctly.</w:t>
      </w:r>
    </w:p>
    <w:p>
      <w:pPr>
        <w:pStyle w:val="Heading3"/>
        <w:widowControl/>
      </w:pPr>
      <w:r>
        <w:t>Tuplet actual notes</w:t>
      </w:r>
    </w:p>
    <w:p>
      <w:pPr>
        <w:widowControl/>
      </w:pPr>
      <w:r>
        <w:t>Control labels: Tuplet actual notes; Tuplet normal notes.</w:t>
      </w:r>
    </w:p>
    <w:p>
      <w:pPr>
        <w:widowControl/>
      </w:pPr>
      <w:r>
        <w:t>Purpose: Sets a tuplet ratio only when a tuplet is requested.</w:t>
      </w:r>
    </w:p>
    <w:p>
      <w:pPr>
        <w:widowControl/>
      </w:pPr>
      <w:r>
        <w:t>How to use it: For a triplet, check Use a tuplet and choose Actual notes 3 and Normal notes 2. Choose the intended Duration separately.</w:t>
      </w:r>
    </w:p>
    <w:p>
      <w:pPr>
        <w:widowControl/>
      </w:pPr>
      <w:r>
        <w:t>What the choices mean: Three of those notes fit the time normally taken by two. Tuplets off means the ordinary 1-to-1 ratio.</w:t>
      </w:r>
    </w:p>
    <w:p>
      <w:pPr>
        <w:widowControl/>
      </w:pPr>
      <w:r>
        <w:t>What happens next: Each Enter advances by the adjusted length. It does not create the remaining tuplet notes automatically.</w:t>
      </w:r>
    </w:p>
    <w:p>
      <w:pPr>
        <w:widowControl/>
      </w:pPr>
      <w:r>
        <w:t>Correct or cancel: Uncheck Use a tuplet for ordinary notes. There is no need to fill the ratio fields when it is off.</w:t>
      </w:r>
    </w:p>
    <w:p>
      <w:pPr>
        <w:pStyle w:val="Heading3"/>
        <w:widowControl/>
      </w:pPr>
      <w:r>
        <w:t>This is a rest</w:t>
      </w:r>
    </w:p>
    <w:p>
      <w:pPr>
        <w:widowControl/>
      </w:pPr>
      <w:r>
        <w:t>Control labels: This is a rest.</w:t>
      </w:r>
    </w:p>
    <w:p>
      <w:pPr>
        <w:widowControl/>
      </w:pPr>
      <w:r>
        <w:t>Purpose: Makes this event a period of silence instead of a played note.</w:t>
      </w:r>
    </w:p>
    <w:p>
      <w:pPr>
        <w:widowControl/>
      </w:pPr>
      <w:r>
        <w:t>How to use it: Press Space to check the box and choose the rest's starting position and duration. No pitch is needed for a rest.</w:t>
      </w:r>
    </w:p>
    <w:p>
      <w:pPr>
        <w:widowControl/>
      </w:pPr>
      <w:r>
        <w:t>What the choices mean: A rest occupies time in its chosen part, staff and rhythm line. Empty time also exports as rests; this control lets you state one explicitly.</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Chord notes   optional  all play together</w:t>
      </w:r>
    </w:p>
    <w:p>
      <w:pPr>
        <w:widowControl/>
      </w:pPr>
      <w:r>
        <w:t>Control labels: Chord notes — optional; all play together.</w:t>
      </w:r>
    </w:p>
    <w:p>
      <w:pPr>
        <w:widowControl/>
      </w:pPr>
      <w:r>
        <w:t>Purpose: Collects the pitches of one chord, rather than a melody.</w:t>
      </w:r>
    </w:p>
    <w:p>
      <w:pPr>
        <w:widowControl/>
      </w:pPr>
      <w:r>
        <w:t>How to use it: For one note in selection entry, leave this box empty and use the pitch controls. For a chord, use Add this pitch to chord for each tone, or type its pitches here, one per line.</w:t>
      </w:r>
    </w:p>
    <w:p>
      <w:pPr>
        <w:widowControl/>
      </w:pPr>
      <w:r>
        <w:t>What the choices mean: Every pitch in this box begins at the same measure and beat and has the same duration. Optional example: C4, E4 and G4 form one C-major chord. Enter records the complete chord once.</w:t>
      </w:r>
    </w:p>
    <w:p>
      <w:pPr>
        <w:widowControl/>
      </w:pPr>
      <w:r>
        <w:t>What happens next: Adding chord tones to the box stays at the same position. Enter records that chord and advances only if Advance is checked.</w:t>
      </w:r>
    </w:p>
    <w:p>
      <w:pPr>
        <w:widowControl/>
      </w:pPr>
      <w:r>
        <w:t>Correct or cancel: Delete an unwanted pitch line before Enter. For successive melody notes, leave the chord box empty and enter each note separately.</w:t>
      </w:r>
    </w:p>
    <w:p>
      <w:pPr>
        <w:pStyle w:val="Heading3"/>
        <w:widowControl/>
      </w:pPr>
      <w:r>
        <w:t>Pitch letter</w:t>
      </w:r>
    </w:p>
    <w:p>
      <w:pPr>
        <w:widowControl/>
      </w:pPr>
      <w:r>
        <w:t>Control labels: Pitch letter.</w:t>
      </w:r>
    </w:p>
    <w:p>
      <w:pPr>
        <w:widowControl/>
      </w:pPr>
      <w:r>
        <w:t>Purpose: Chooses the note name to add to the event: C, D, E, F, G, A or B.</w:t>
      </w:r>
    </w:p>
    <w:p>
      <w:pPr>
        <w:widowControl/>
      </w:pPr>
      <w:r>
        <w:t>How to use it: Choose the letter of the intended pitch, then choose its accidental and octave. In selection entry, Enter records one note. Add this pitch to chord collects a simultaneous chord tone.</w:t>
      </w:r>
    </w:p>
    <w:p>
      <w:pPr>
        <w:widowControl/>
      </w:pPr>
      <w:r>
        <w:t>What the choices mean: The letter identifies a pitch class. Octave identifies its register, and accidental adjusts its spelling and pitch.</w:t>
      </w:r>
    </w:p>
    <w:p>
      <w:pPr>
        <w:widowControl/>
      </w:pPr>
      <w:r>
        <w:t>What happens next: The selected pitch is used by Enter when the chord box is empty. In Edit selected event, Add this pitch to chord appends a tone to Notes in selected note or chord; replace an existing line there to change its pitch.</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Pitch accidental</w:t>
      </w:r>
    </w:p>
    <w:p>
      <w:pPr>
        <w:widowControl/>
      </w:pPr>
      <w:r>
        <w:t>Control labels: Pitch accidental.</w:t>
      </w:r>
    </w:p>
    <w:p>
      <w:pPr>
        <w:widowControl/>
      </w:pPr>
      <w:r>
        <w:t>Purpose: Chooses whether the selected note is natural, sharp, flat, double sharp or double flat.</w:t>
      </w:r>
    </w:p>
    <w:p>
      <w:pPr>
        <w:widowControl/>
      </w:pPr>
      <w:r>
        <w:t>How to use it: Choose natural, sharp, flat, double sharp or double flat as required. A sharp raises the natural pitch by one semitone; a flat lowers it by one. Use Enter for a single note or Add this pitch to chord for a simultaneous tone.</w:t>
      </w:r>
    </w:p>
    <w:p>
      <w:pPr>
        <w:widowControl/>
      </w:pPr>
      <w:r>
        <w:t>What the choices mean: Semitone means one adjacent pitch step on a piano keyboard, including black keys. A key signature does not silently replace an explicitly entered natural pitch with a sharp or flat.</w:t>
      </w:r>
    </w:p>
    <w:p>
      <w:pPr>
        <w:widowControl/>
      </w:pPr>
      <w:r>
        <w:t>What happens next: The accidental is part of the selected pitch. Changing this selector does not alter pitches already listed in the chord box.</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Pitch octave</w:t>
      </w:r>
    </w:p>
    <w:p>
      <w:pPr>
        <w:widowControl/>
      </w:pPr>
      <w:r>
        <w:t>Control labels: Pitch octave.</w:t>
      </w:r>
    </w:p>
    <w:p>
      <w:pPr>
        <w:widowControl/>
      </w:pPr>
      <w:r>
        <w:t>Purpose: Chooses how high or low the selected pitch letter sounds.</w:t>
      </w:r>
    </w:p>
    <w:p>
      <w:pPr>
        <w:widowControl/>
      </w:pPr>
      <w:r>
        <w:t>How to use it: Choose 4 for middle C, 3 for the C one octave lower or 5 for the C one octave higher. Use Enter for a single note or Add this pitch to chord for a simultaneous tone.</w:t>
      </w:r>
    </w:p>
    <w:p>
      <w:pPr>
        <w:widowControl/>
      </w:pPr>
      <w:r>
        <w:t>What the choices mean: An octave repeats a note letter at a higher or lower register. C4 is middle C; C3 is the lower C; C5 is the higher C. The supported numeric control is checked against the valid sounding pitch range.</w:t>
      </w:r>
    </w:p>
    <w:p>
      <w:pPr>
        <w:widowControl/>
      </w:pPr>
      <w:r>
        <w:t>What happens next: The octave belongs to the selected pitch. Changing it does not transpose pitches already listed in the chord box.</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Add this pitch to chord</w:t>
      </w:r>
    </w:p>
    <w:p>
      <w:pPr>
        <w:widowControl/>
      </w:pPr>
      <w:r>
        <w:t>Control labels: Add this pitch to chord.</w:t>
      </w:r>
    </w:p>
    <w:p>
      <w:pPr>
        <w:widowControl/>
      </w:pPr>
      <w:r>
        <w:t>Purpose: Adds the selected pitch to the chord being built at the current position.</w:t>
      </w:r>
    </w:p>
    <w:p>
      <w:pPr>
        <w:widowControl/>
      </w:pPr>
      <w:r>
        <w:t>How to use it: Choose letter, accidental and octave, then activate this button. Repeat for each tone that should sound at the same time.</w:t>
      </w:r>
    </w:p>
    <w:p>
      <w:pPr>
        <w:widowControl/>
      </w:pPr>
      <w:r>
        <w:t>What the choices mean: This button does not move to another beat. A single note needs only the pitch controls followed by Enter.</w:t>
      </w:r>
    </w:p>
    <w:p>
      <w:pPr>
        <w:widowControl/>
      </w:pPr>
      <w:r>
        <w:t>What happens next: The chosen pitch appears in the chord box. Press Enter once for the completed chord.</w:t>
      </w:r>
    </w:p>
    <w:p>
      <w:pPr>
        <w:widowControl/>
      </w:pPr>
      <w:r>
        <w:t>Correct or cancel: Delete a mistaken line from the chord box. Do not add the same pitch twice.</w:t>
      </w:r>
    </w:p>
    <w:p>
      <w:pPr>
        <w:pStyle w:val="Heading3"/>
        <w:widowControl/>
      </w:pPr>
      <w:r>
        <w:t>Chosen guitar or ukulele string and fret</w:t>
      </w:r>
    </w:p>
    <w:p>
      <w:pPr>
        <w:widowControl/>
      </w:pPr>
      <w:r>
        <w:t>Control labels: Chosen guitar string; Chosen guitar fret; Chosen ukulele string; Chosen ukulele fret. The instrument name follows the selected part.</w:t>
      </w:r>
    </w:p>
    <w:p>
      <w:pPr>
        <w:widowControl/>
      </w:pPr>
      <w:r>
        <w:t>Purpose: Chooses an explicit guitar or ukulele string and fret to add to this event.</w:t>
      </w:r>
    </w:p>
    <w:p>
      <w:pPr>
        <w:widowControl/>
      </w:pPr>
      <w:r>
        <w:t>How to use it: For Guitar choose string 1 through 6; for Ukulele choose 1 through 4. Then choose its fret. In selection entry set Choose notes by to Guitar string and fret for a guitar part, or Ukulele string and fret for a ukulele part, then Enter for one note. For a chord, activate Add chosen string and fret for each simultaneous tone, then Enter once.</w:t>
      </w:r>
    </w:p>
    <w:p>
      <w:pPr>
        <w:widowControl/>
      </w:pPr>
      <w:r>
        <w:t>What the choices mean: Fret 0 means open. String numbering and sounding pitch follow the selected fretted part's tuning and capo. A capo raises the open pitches; fret numbers count from it.</w:t>
      </w:r>
    </w:p>
    <w:p>
      <w:pPr>
        <w:widowControl/>
      </w:pPr>
      <w:r>
        <w:t>What happens next: The chosen fingering supplies the next note or is collected in the chord box. In Edit selected event it is appended to Notes in selected note or chord.</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Add the chosen guitar or ukulele string to the chord</w:t>
      </w:r>
    </w:p>
    <w:p>
      <w:pPr>
        <w:widowControl/>
      </w:pPr>
      <w:r>
        <w:t>Control labels: Add chosen guitar string and fret to notes sounding together; Add chosen ukulele string and fret to notes sounding together. The visible button reads Add chosen string and fret.</w:t>
      </w:r>
    </w:p>
    <w:p>
      <w:pPr>
        <w:widowControl/>
      </w:pPr>
      <w:r>
        <w:t>Purpose: Adds the selected guitar or ukulele string and fret to this one note or chord event.</w:t>
      </w:r>
    </w:p>
    <w:p>
      <w:pPr>
        <w:widowControl/>
      </w:pPr>
      <w:r>
        <w:t>How to use it: Choose the actual string and fret in the selected instrument’s selectors, then activate this button. Use Part settings to choose tuning and capo beforehand.</w:t>
      </w:r>
    </w:p>
    <w:p>
      <w:pPr>
        <w:widowControl/>
      </w:pPr>
      <w:r>
        <w:t>What the choices mean: Several added strings sound together with the same duration. Choosing a written chord symbol alone does not add a played fingering.</w:t>
      </w:r>
    </w:p>
    <w:p>
      <w:pPr>
        <w:widowControl/>
      </w:pPr>
      <w:r>
        <w:t>What happens next: The string and fret are appended to the chord box, or to Notes in selected note or chord when editing. Selection entry stays at the same position until Enter records the complete chord.</w:t>
      </w:r>
    </w:p>
    <w:p>
      <w:pPr>
        <w:widowControl/>
      </w:pPr>
      <w:r>
        <w:t>Correct or cancel: Edit the pitch list or cancel before previewing. Applied fingerings are changed with Edit selected event.</w:t>
      </w:r>
    </w:p>
    <w:p>
      <w:pPr>
        <w:pStyle w:val="Heading3"/>
        <w:widowControl/>
      </w:pPr>
      <w:r>
        <w:t>Chord symbol   optional  such as C or Am</w:t>
      </w:r>
    </w:p>
    <w:p>
      <w:pPr>
        <w:widowControl/>
      </w:pPr>
      <w:r>
        <w:t>Control labels: Chord symbol — optional, such as C or Am.</w:t>
      </w:r>
    </w:p>
    <w:p>
      <w:pPr>
        <w:widowControl/>
      </w:pPr>
      <w:r>
        <w:t>Purpose: Writes a chord name above the music at this position.</w:t>
      </w:r>
    </w:p>
    <w:p>
      <w:pPr>
        <w:widowControl/>
      </w:pPr>
      <w:r>
        <w:t>How to use it: Type the intended symbol, such as C, Am or G7. Leave it empty if no symbol is wanted.</w:t>
      </w:r>
    </w:p>
    <w:p>
      <w:pPr>
        <w:widowControl/>
      </w:pPr>
      <w:r>
        <w:t>What the choices mean: A chord symbol is a written label. Choose the actual played pitches or strings separately to hear a chord.</w:t>
      </w:r>
    </w:p>
    <w:p>
      <w:pPr>
        <w:widowControl/>
      </w:pPr>
      <w:r>
        <w:t>What happens next: The symbol is retained with the entered note, chord or rest and exported in MusicXML.</w:t>
      </w:r>
    </w:p>
    <w:p>
      <w:pPr>
        <w:widowControl/>
      </w:pPr>
      <w:r>
        <w:t>Correct or cancel: Clear or correct the label before Enter. Use Edit selected event for an applied symbol.</w:t>
      </w:r>
    </w:p>
    <w:p>
      <w:pPr>
        <w:pStyle w:val="Heading3"/>
        <w:widowControl/>
      </w:pPr>
      <w:r>
        <w:t>Dynamic</w:t>
      </w:r>
    </w:p>
    <w:p>
      <w:pPr>
        <w:widowControl/>
      </w:pPr>
      <w:r>
        <w:t>Control labels: Dynamic.</w:t>
      </w:r>
    </w:p>
    <w:p>
      <w:pPr>
        <w:widowControl/>
      </w:pPr>
      <w:r>
        <w:t>Purpose: Chooses a written loudness marking for the event.</w:t>
      </w:r>
    </w:p>
    <w:p>
      <w:pPr>
        <w:widowControl/>
      </w:pPr>
      <w:r>
        <w:t>How to use it: Leave it empty to keep the existing context, or choose a marking such as p for soft or f for loud.</w:t>
      </w:r>
    </w:p>
    <w:p>
      <w:pPr>
        <w:widowControl/>
      </w:pPr>
      <w:r>
        <w:t>What the choices mean: mp and mf mean moderately soft and moderately loud. pp and ff are softer and louder. The local preview approximates these markings; it is not a human performance.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Articulation</w:t>
      </w:r>
    </w:p>
    <w:p>
      <w:pPr>
        <w:widowControl/>
      </w:pPr>
      <w:r>
        <w:t>Control labels: Articulation.</w:t>
      </w:r>
    </w:p>
    <w:p>
      <w:pPr>
        <w:widowControl/>
      </w:pPr>
      <w:r>
        <w:t>Purpose: Chooses a written instruction for how this note is attacked or held.</w:t>
      </w:r>
    </w:p>
    <w:p>
      <w:pPr>
        <w:widowControl/>
      </w:pPr>
      <w:r>
        <w:t>How to use it: Leave it empty for ordinary playback. Choose a marking such as staccato, tenuto or accent when intended.</w:t>
      </w:r>
    </w:p>
    <w:p>
      <w:pPr>
        <w:widowControl/>
      </w:pPr>
      <w:r>
        <w:t>What the choices mean: Staccato shortens the performed sound; tenuto indicates a held or sustained character; accent emphasizes the attack. The written duration still determines the event's place in musical time.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Guitar stroke</w:t>
      </w:r>
    </w:p>
    <w:p>
      <w:pPr>
        <w:widowControl/>
      </w:pPr>
      <w:r>
        <w:t>Control labels: Guitar stroke; Guitar palm mute.</w:t>
      </w:r>
    </w:p>
    <w:p>
      <w:pPr>
        <w:widowControl/>
      </w:pPr>
      <w:r>
        <w:t>Purpose: Adds supported written guitar strum direction or a palm-mute approximation to supplied strings.</w:t>
      </w:r>
    </w:p>
    <w:p>
      <w:pPr>
        <w:widowControl/>
      </w:pPr>
      <w:r>
        <w:t>How to use it: Choose down or up stroke for a directional strum. Check palm mute when you intend the short-decay guitar effect.</w:t>
      </w:r>
    </w:p>
    <w:p>
      <w:pPr>
        <w:widowControl/>
      </w:pPr>
      <w:r>
        <w:t>What the choices mean: These settings require appropriate supplied guitar strings. They do not infer a full strumming pattern from a chord name.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Written direction or note</w:t>
      </w:r>
    </w:p>
    <w:p>
      <w:pPr>
        <w:widowControl/>
      </w:pPr>
      <w:r>
        <w:t>Control labels: Written direction or note.</w:t>
      </w:r>
    </w:p>
    <w:p>
      <w:pPr>
        <w:widowControl/>
      </w:pPr>
      <w:r>
        <w:t>Purpose: Keeps a textual musical instruction attached to this event.</w:t>
      </w:r>
    </w:p>
    <w:p>
      <w:pPr>
        <w:widowControl/>
      </w:pPr>
      <w:r>
        <w:t>How to use it: Enter words such as gently or let ring when you want them retained with the note.</w:t>
      </w:r>
    </w:p>
    <w:p>
      <w:pPr>
        <w:widowControl/>
      </w:pPr>
      <w:r>
        <w:t>What the choices mean: A written instruction does not create a new unsupported technique. For example, writing bend does not implement editable pitch-bend notation or playback.</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Instrument</w:t>
      </w:r>
    </w:p>
    <w:p>
      <w:pPr>
        <w:widowControl/>
      </w:pPr>
      <w:r>
        <w:t>Control labels: Instrument.</w:t>
      </w:r>
    </w:p>
    <w:p>
      <w:pPr>
        <w:widowControl/>
      </w:pPr>
      <w:r>
        <w:t>Purpose: Chooses the supported instrument type for a composing part.</w:t>
      </w:r>
    </w:p>
    <w:p>
      <w:pPr>
        <w:widowControl/>
      </w:pPr>
      <w:r>
        <w:t>How to use it: Choose Piano, Guitar, Ukulele, Voice, Violin, Viola, Cello, Harp, Percussion or Timpani, give the part a distinct name and preview its settings.</w:t>
      </w:r>
    </w:p>
    <w:p>
      <w:pPr>
        <w:widowControl/>
      </w:pPr>
      <w:r>
        <w:t>What the choices mean: Piano and Harp supply two staves; each other part has one. Voice has a wordless preview. A part type is distinct from the rhythm line number inside a staff.</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Upper or single staff clef</w:t>
      </w:r>
    </w:p>
    <w:p>
      <w:pPr>
        <w:widowControl/>
      </w:pPr>
      <w:r>
        <w:t>Control labels: Upper or single staff clef.</w:t>
      </w:r>
    </w:p>
    <w:p>
      <w:pPr>
        <w:widowControl/>
      </w:pPr>
      <w:r>
        <w:t>Purpose: Chooses the written clef used for this part's upper or single staff.</w:t>
      </w:r>
    </w:p>
    <w:p>
      <w:pPr>
        <w:widowControl/>
      </w:pPr>
      <w:r>
        <w:t>How to use it: Choose Treble, Bass, Alto or Tenor for a pitched part. Viola starts in alto; cello and timpani in bass. Unpitched Percussion uses Percussion clef. This changes a whole part, not a later clef within a measure.</w:t>
      </w:r>
    </w:p>
    <w:p>
      <w:pPr>
        <w:widowControl/>
      </w:pPr>
      <w:r>
        <w:t>What the choices mean: A clef tells a notation reader which written positions correspond to pitches. It does not transpose your entered sounding pitches.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Write fretted instrument as tablature</w:t>
      </w:r>
    </w:p>
    <w:p>
      <w:pPr>
        <w:widowControl/>
      </w:pPr>
      <w:r>
        <w:t>Control labels: Write fretted instrument as tablature.</w:t>
      </w:r>
    </w:p>
    <w:p>
      <w:pPr>
        <w:widowControl/>
      </w:pPr>
      <w:r>
        <w:t>Purpose: Chooses TAB notation for a Guitar or Ukulele part instead of standard staff notation.</w:t>
      </w:r>
    </w:p>
    <w:p>
      <w:pPr>
        <w:widowControl/>
      </w:pPr>
      <w:r>
        <w:t>How to use it: Check this when you want explicit string/fret notation. Supply a string and fret for the notes you enter.</w:t>
      </w:r>
    </w:p>
    <w:p>
      <w:pPr>
        <w:widowControl/>
      </w:pPr>
      <w:r>
        <w:t>What the choices mean: TAB writes supplied strings and frets. Standard guitar notation writes sounding pitches an octave higher; ukulele notation keeps its sounding octave.</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Fretted instrument capo</w:t>
      </w:r>
    </w:p>
    <w:p>
      <w:pPr>
        <w:widowControl/>
      </w:pPr>
      <w:r>
        <w:t>Control labels: Fretted instrument capo; Open strings — string 1 first.</w:t>
      </w:r>
    </w:p>
    <w:p>
      <w:pPr>
        <w:widowControl/>
      </w:pPr>
      <w:r>
        <w:t>Purpose: Sets the Guitar or Ukulele part's explicit capo and open-string tuning.</w:t>
      </w:r>
    </w:p>
    <w:p>
      <w:pPr>
        <w:widowControl/>
      </w:pPr>
      <w:r>
        <w:t>How to use it: Enter or retain the open pitches in string-number order and choose the capo fret. Guitar has six strings, normally E4 B3 G3 D3 A2 E2. Ukulele has four: A4 E4 C4 G4 for high G, or A4 E4 C4 G3 for low G. Capo 0 means no capo.</w:t>
      </w:r>
    </w:p>
    <w:p>
      <w:pPr>
        <w:widowControl/>
      </w:pPr>
      <w:r>
        <w:t>What the choices mean: String/fret pitches are checked against these settings. Changing tuning or capo does not silently change the sounding pitches of existing fingerings.</w:t>
      </w:r>
    </w:p>
    <w:p>
      <w:pPr>
        <w:widowControl/>
      </w:pPr>
      <w:r>
        <w:t>What happens next: Choose Preview change to check these choices. A successful preview closes this dialog and opens Review changes. Read or hear that proposal, then choose Apply reviewed changes to add it to your composition. A preview does not save a file.</w:t>
      </w:r>
    </w:p>
    <w:p>
      <w:pPr>
        <w:widowControl/>
      </w:pPr>
      <w:r>
        <w:t>Correct or cancel: In a settings or editing dialog, Cancel abandons unconfirmed changes. In Enter notes, Close entry keeps unfinished notes and Ctrl+E resumes them. Discard proposal leaves the applied score unchanged; Undo restores the preceding score after Apply.</w:t>
      </w:r>
    </w:p>
    <w:p>
      <w:pPr>
        <w:pStyle w:val="Heading3"/>
        <w:widowControl/>
      </w:pPr>
      <w:r>
        <w:t>Preview change</w:t>
      </w:r>
    </w:p>
    <w:p>
      <w:pPr>
        <w:widowControl/>
      </w:pPr>
      <w:r>
        <w:t>Control labels: Preview change.</w:t>
      </w:r>
    </w:p>
    <w:p>
      <w:pPr>
        <w:widowControl/>
      </w:pPr>
      <w:r>
        <w:t>Purpose: Opens a review of the proposed notes or settings.</w:t>
      </w:r>
    </w:p>
    <w:p>
      <w:pPr>
        <w:widowControl/>
      </w:pPr>
      <w:r>
        <w:t>How to use it: In selection entry, use it after entering the desired group of notes, which may cover several measures. In another dialog, use it after choosing the settings.</w:t>
      </w:r>
    </w:p>
    <w:p>
      <w:pPr>
        <w:widowControl/>
      </w:pPr>
      <w:r>
        <w:t>What the choices mean: Review can cover a group rather than one note at a time. Hearing the proposal does not apply it.</w:t>
      </w:r>
    </w:p>
    <w:p>
      <w:pPr>
        <w:widowControl/>
      </w:pPr>
      <w:r>
        <w:t>What happens next: Choose Preview change. The composer opens Review changes with the notes or settings that would change. Read the complete group, or hear it, then choose Apply reviewed changes to add it to the working score. Preview does not apply changes or play music automatically.</w:t>
      </w:r>
    </w:p>
    <w:p>
      <w:pPr>
        <w:widowControl/>
      </w:pPr>
      <w:r>
        <w:t>Correct or cancel: Before Apply, Discard proposal leaves the working score unchanged. After Apply, Undo reverses the change. In the selection window, Close entry keeps unfinished notes; Ctrl+E resumes them. Save project keeps unfinished entry for reopening later.</w:t>
      </w:r>
    </w:p>
    <w:p>
      <w:pPr>
        <w:pStyle w:val="Heading3"/>
        <w:widowControl/>
      </w:pPr>
      <w:r>
        <w:t>Next note position</w:t>
      </w:r>
    </w:p>
    <w:p>
      <w:pPr>
        <w:widowControl/>
      </w:pPr>
      <w:r>
        <w:t>Control labels: Next note position.</w:t>
      </w:r>
    </w:p>
    <w:p>
      <w:pPr>
        <w:widowControl/>
      </w:pPr>
      <w:r>
        <w:t>Purpose: Reports where the next entered note will begin.</w:t>
      </w:r>
    </w:p>
    <w:p>
      <w:pPr>
        <w:widowControl/>
      </w:pPr>
      <w:r>
        <w:t>How to use it: Read this after Enter. It names the part, measure, beat, staff and rhythm line. Press Tab to choose the following pitch or percussion sound.</w:t>
      </w:r>
    </w:p>
    <w:p>
      <w:pPr>
        <w:widowControl/>
      </w:pPr>
      <w:r>
        <w:t>What the choices mean: Enter on this message returns to the note or sound controls without entering another note. Tab otherwise keeps its ordinary focus-navigation job.</w:t>
      </w:r>
    </w:p>
    <w:p>
      <w:pPr>
        <w:widowControl/>
      </w:pPr>
      <w:r>
        <w:t>What happens next: Focus moves here after a note is entered, providing readable position feedback.</w:t>
      </w:r>
    </w:p>
    <w:p>
      <w:pPr>
        <w:widowControl/>
      </w:pPr>
      <w:r>
        <w:t>Correct or cancel: Change Measure, Beat, Staff or Part if a different position is intended.</w:t>
      </w:r>
    </w:p>
    <w:p>
      <w:pPr>
        <w:pStyle w:val="Heading3"/>
        <w:widowControl/>
      </w:pPr>
      <w:r>
        <w:t>Advance after entering each note or chord</w:t>
      </w:r>
    </w:p>
    <w:p>
      <w:pPr>
        <w:widowControl/>
      </w:pPr>
      <w:r>
        <w:t>Control labels: Advance after entering each note or chord.</w:t>
      </w:r>
    </w:p>
    <w:p>
      <w:pPr>
        <w:widowControl/>
      </w:pPr>
      <w:r>
        <w:t>Purpose: Controls whether entering a note moves to the following position.</w:t>
      </w:r>
    </w:p>
    <w:p>
      <w:pPr>
        <w:widowControl/>
      </w:pPr>
      <w:r>
        <w:t>How to use it: Leave checked for successive notes. Uncheck when the next entry should keep the same measure and beat.</w:t>
      </w:r>
    </w:p>
    <w:p>
      <w:pPr>
        <w:widowControl/>
      </w:pPr>
      <w:r>
        <w:t>What the choices mean: Advance uses the chosen duration and crosses measure boundaries automatically. Adding tones with Add this pitch to chord never advances by itself.</w:t>
      </w:r>
    </w:p>
    <w:p>
      <w:pPr>
        <w:widowControl/>
      </w:pPr>
      <w:r>
        <w:t>What happens next: The position message confirms the position actually chosen.</w:t>
      </w:r>
    </w:p>
    <w:p>
      <w:pPr>
        <w:widowControl/>
      </w:pPr>
      <w:r>
        <w:t>Correct or cancel: Check it again to resume automatic advance. Separate notes in one line cannot overlap; use one chord or the intended other line.</w:t>
      </w:r>
    </w:p>
    <w:p>
      <w:pPr>
        <w:pStyle w:val="Heading3"/>
        <w:widowControl/>
      </w:pPr>
      <w:r>
        <w:t xml:space="preserve">Add note and continue  Enter </w:t>
      </w:r>
    </w:p>
    <w:p>
      <w:pPr>
        <w:widowControl/>
      </w:pPr>
      <w:r>
        <w:t>Control labels: Add note and continue (Enter).</w:t>
      </w:r>
    </w:p>
    <w:p>
      <w:pPr>
        <w:widowControl/>
      </w:pPr>
      <w:r>
        <w:t>Purpose: Records the chosen note, chord or rest in this entry window.</w:t>
      </w:r>
    </w:p>
    <w:p>
      <w:pPr>
        <w:widowControl/>
      </w:pPr>
      <w:r>
        <w:t>How to use it: With the pitch controls selected, press Enter, or activate this button. Choose the following pitch and repeat.</w:t>
      </w:r>
    </w:p>
    <w:p>
      <w:pPr>
        <w:widowControl/>
      </w:pPr>
      <w:r>
        <w:t>What the choices mean: Tab only moves between controls. Several measures can be entered before one review.</w:t>
      </w:r>
    </w:p>
    <w:p>
      <w:pPr>
        <w:widowControl/>
      </w:pPr>
      <w:r>
        <w:t>What happens next: The entered-note list grows and the position message receives focus. The applied score remains unchanged until review and Apply.</w:t>
      </w:r>
    </w:p>
    <w:p>
      <w:pPr>
        <w:widowControl/>
      </w:pPr>
      <w:r>
        <w:t>Correct or cancel: Remove last entered note corrects the last entry. Ctrl+S saves unfinished work.</w:t>
      </w:r>
    </w:p>
    <w:p>
      <w:pPr>
        <w:pStyle w:val="Heading3"/>
        <w:widowControl/>
      </w:pPr>
      <w:r>
        <w:t>Remove last entered note</w:t>
      </w:r>
    </w:p>
    <w:p>
      <w:pPr>
        <w:widowControl/>
      </w:pPr>
      <w:r>
        <w:t>Control labels: Remove last entered note.</w:t>
      </w:r>
    </w:p>
    <w:p>
      <w:pPr>
        <w:widowControl/>
      </w:pPr>
      <w:r>
        <w:t>Purpose: Removes the most recent note from this entry window.</w:t>
      </w:r>
    </w:p>
    <w:p>
      <w:pPr>
        <w:widowControl/>
      </w:pPr>
      <w:r>
        <w:t>How to use it: Activate it before reviewing when the last pitch, length or position was wrong.</w:t>
      </w:r>
    </w:p>
    <w:p>
      <w:pPr>
        <w:widowControl/>
      </w:pPr>
      <w:r>
        <w:t>What the choices mean: This affects the unfinished group, rather than already-applied score history.</w:t>
      </w:r>
    </w:p>
    <w:p>
      <w:pPr>
        <w:widowControl/>
      </w:pPr>
      <w:r>
        <w:t>What happens next: That removed note's position becomes current so it can be entered correctly.</w:t>
      </w:r>
    </w:p>
    <w:p>
      <w:pPr>
        <w:widowControl/>
      </w:pPr>
      <w:r>
        <w:t>Correct or cancel: Undo in the composer is the separate action for applied changes.</w:t>
      </w:r>
    </w:p>
    <w:p>
      <w:pPr>
        <w:pStyle w:val="Heading3"/>
        <w:widowControl/>
      </w:pPr>
      <w:r>
        <w:t>Save project including unfinished entry</w:t>
      </w:r>
    </w:p>
    <w:p>
      <w:pPr>
        <w:widowControl/>
      </w:pPr>
      <w:r>
        <w:t>Control labels: Save project including unfinished entry.</w:t>
      </w:r>
    </w:p>
    <w:p>
      <w:pPr>
        <w:widowControl/>
      </w:pPr>
      <w:r>
        <w:t>Purpose: Keeps the unfinished note-entry session with the project.</w:t>
      </w:r>
    </w:p>
    <w:p>
      <w:pPr>
        <w:widowControl/>
      </w:pPr>
      <w:r>
        <w:t>How to use it: Press Ctrl+S or activate this button. Choose a project filename when first saving.</w:t>
      </w:r>
    </w:p>
    <w:p>
      <w:pPr>
        <w:widowControl/>
      </w:pPr>
      <w:r>
        <w:t>What the choices mean: Saving keeps both applied music and unfinished work without automatically applying it.</w:t>
      </w:r>
    </w:p>
    <w:p>
      <w:pPr>
        <w:widowControl/>
      </w:pPr>
      <w:r>
        <w:t>What happens next: The saved project restores the current position, choices and queued notes when reopened.</w:t>
      </w:r>
    </w:p>
    <w:p>
      <w:pPr>
        <w:widowControl/>
      </w:pPr>
      <w:r>
        <w:t>Correct or cancel: Cancel the file dialog to keep editing without saving. Review and Apply before Export MusicXML if those notes should be exported.</w:t>
      </w:r>
    </w:p>
    <w:p>
      <w:pPr>
        <w:pStyle w:val="Heading3"/>
        <w:widowControl/>
      </w:pPr>
      <w:r>
        <w:t>Close entry   keep unfinished notes</w:t>
      </w:r>
    </w:p>
    <w:p>
      <w:pPr>
        <w:widowControl/>
      </w:pPr>
      <w:r>
        <w:t>Control labels: Close entry — keep unfinished notes.</w:t>
      </w:r>
    </w:p>
    <w:p>
      <w:pPr>
        <w:widowControl/>
      </w:pPr>
      <w:r>
        <w:t>Purpose: Returns to the composer while retaining unfinished selection entry.</w:t>
      </w:r>
    </w:p>
    <w:p>
      <w:pPr>
        <w:widowControl/>
      </w:pPr>
      <w:r>
        <w:t>How to use it: Activate this button or close the entry window.</w:t>
      </w:r>
    </w:p>
    <w:p>
      <w:pPr>
        <w:widowControl/>
      </w:pPr>
      <w:r>
        <w:t>What the choices mean: The retained notes still need review and Apply before they belong to the score.</w:t>
      </w:r>
    </w:p>
    <w:p>
      <w:pPr>
        <w:widowControl/>
      </w:pPr>
      <w:r>
        <w:t>What happens next: Ctrl+E resumes this entry. Save project keeps it for a later session.</w:t>
      </w:r>
    </w:p>
    <w:p>
      <w:pPr>
        <w:widowControl/>
      </w:pPr>
      <w:r>
        <w:t>Correct or cancel: Reopen the entry to correct it, or review it when ready.</w:t>
      </w:r>
    </w:p>
    <w:p>
      <w:pPr>
        <w:pStyle w:val="Heading3"/>
        <w:widowControl/>
      </w:pPr>
      <w:r>
        <w:t>Show additional note options</w:t>
      </w:r>
    </w:p>
    <w:p>
      <w:pPr>
        <w:widowControl/>
      </w:pPr>
      <w:r>
        <w:t>Control labels: Show additional note options.</w:t>
      </w:r>
    </w:p>
    <w:p>
      <w:pPr>
        <w:widowControl/>
      </w:pPr>
      <w:r>
        <w:t>Purpose: Reveals options needed for more complex notation.</w:t>
      </w:r>
    </w:p>
    <w:p>
      <w:pPr>
        <w:widowControl/>
      </w:pPr>
      <w:r>
        <w:t>How to use it: Check it when another rhythm line, a tuplet, dynamics, articulation or a written direction is needed.</w:t>
      </w:r>
    </w:p>
    <w:p>
      <w:pPr>
        <w:widowControl/>
      </w:pPr>
      <w:r>
        <w:t>What the choices mean: Ordinary note entry does not require these choices. Rhythm line 1 is normal and Use a tuplet is off.</w:t>
      </w:r>
    </w:p>
    <w:p>
      <w:pPr>
        <w:widowControl/>
      </w:pPr>
      <w:r>
        <w:t>What happens next: The additional controls become available. Hiding them does not reset choices already made.</w:t>
      </w:r>
    </w:p>
    <w:p>
      <w:pPr>
        <w:widowControl/>
      </w:pPr>
      <w:r>
        <w:t>Correct or cancel: Keep the intended options at their ordinary values when the music does not need them.</w:t>
      </w:r>
    </w:p>
    <w:p>
      <w:pPr>
        <w:pStyle w:val="Heading3"/>
        <w:widowControl/>
      </w:pPr>
      <w:r>
        <w:t>Use a tuplet  such as a triplet</w:t>
      </w:r>
    </w:p>
    <w:p>
      <w:pPr>
        <w:widowControl/>
      </w:pPr>
      <w:r>
        <w:t>Control labels: Use a tuplet, such as a triplet.</w:t>
      </w:r>
    </w:p>
    <w:p>
      <w:pPr>
        <w:widowControl/>
      </w:pPr>
      <w:r>
        <w:t>Purpose: Turns optional tuplet timing on or off.</w:t>
      </w:r>
    </w:p>
    <w:p>
      <w:pPr>
        <w:widowControl/>
      </w:pPr>
      <w:r>
        <w:t>How to use it: Leave unchecked for ordinary notes. Check it when the music uses a tuplet, then set Actual notes and Normal notes.</w:t>
      </w:r>
    </w:p>
    <w:p>
      <w:pPr>
        <w:widowControl/>
      </w:pPr>
      <w:r>
        <w:t>What the choices mean: For a triplet, 3 actual notes fit the time of 2 normal notes of the chosen value.</w:t>
      </w:r>
    </w:p>
    <w:p>
      <w:pPr>
        <w:widowControl/>
      </w:pPr>
      <w:r>
        <w:t>What happens next: Off uses ordinary note lengths; ratio controls are only shown when on.</w:t>
      </w:r>
    </w:p>
    <w:p>
      <w:pPr>
        <w:widowControl/>
      </w:pPr>
      <w:r>
        <w:t>Correct or cancel: Uncheck to return to ordinary note values.</w:t>
      </w:r>
    </w:p>
    <w:p>
      <w:pPr>
        <w:pStyle w:val="Heading3"/>
        <w:widowControl/>
      </w:pPr>
      <w:r>
        <w:t>Choose notes by</w:t>
      </w:r>
    </w:p>
    <w:p>
      <w:pPr>
        <w:widowControl/>
      </w:pPr>
      <w:r>
        <w:t>Control labels: Choose notes by.</w:t>
      </w:r>
    </w:p>
    <w:p>
      <w:pPr>
        <w:widowControl/>
      </w:pPr>
      <w:r>
        <w:t>Purpose: Chooses which selectors Enter will use for a single note.</w:t>
      </w:r>
    </w:p>
    <w:p>
      <w:pPr>
        <w:widowControl/>
      </w:pPr>
      <w:r>
        <w:t>How to use it: Choose Pitch letter and octave for a named pitch, or the named guitar or ukulele string-and-fret option for an explicit fingering.</w:t>
      </w:r>
    </w:p>
    <w:p>
      <w:pPr>
        <w:widowControl/>
      </w:pPr>
      <w:r>
        <w:t>What the choices mean: For a chord, the listed chord tones take precedence. A rest needs no pitch.</w:t>
      </w:r>
    </w:p>
    <w:p>
      <w:pPr>
        <w:widowControl/>
      </w:pPr>
      <w:r>
        <w:t>What happens next: Enter uses the chosen method when the chord box is empty.</w:t>
      </w:r>
    </w:p>
    <w:p>
      <w:pPr>
        <w:widowControl/>
      </w:pPr>
      <w:r>
        <w:t>Correct or cancel: Check the method before entering a guitar note. Guitar and Ukulele support string-and-fret entry.</w:t>
      </w:r>
    </w:p>
    <w:p>
      <w:pPr>
        <w:pStyle w:val="Heading3"/>
        <w:widowControl/>
      </w:pPr>
      <w:r>
        <w:t>Notes entered in this window   waiting for review</w:t>
      </w:r>
    </w:p>
    <w:p>
      <w:pPr>
        <w:widowControl/>
      </w:pPr>
      <w:r>
        <w:t>Control labels: Notes entered in this window — waiting for review.</w:t>
      </w:r>
    </w:p>
    <w:p>
      <w:pPr>
        <w:widowControl/>
      </w:pPr>
      <w:r>
        <w:t>Purpose: Lists the group being entered before it is applied to the score.</w:t>
      </w:r>
    </w:p>
    <w:p>
      <w:pPr>
        <w:widowControl/>
      </w:pPr>
      <w:r>
        <w:t>How to use it: Read the notes and their positions here. Preview change opens the entire group for review.</w:t>
      </w:r>
    </w:p>
    <w:p>
      <w:pPr>
        <w:widowControl/>
      </w:pPr>
      <w:r>
        <w:t>What the choices mean: The list can include several measures and parts. It is distinct from the applied Score list.</w:t>
      </w:r>
    </w:p>
    <w:p>
      <w:pPr>
        <w:widowControl/>
      </w:pPr>
      <w:r>
        <w:t>What happens next: Apply reviewed changes adds the reviewed group to Score.</w:t>
      </w:r>
    </w:p>
    <w:p>
      <w:pPr>
        <w:widowControl/>
      </w:pPr>
      <w:r>
        <w:t>Correct or cancel: Close entry keeps the group; Save project preserves it for later.</w:t>
      </w:r>
    </w:p>
    <w:p>
      <w:pPr>
        <w:pStyle w:val="Heading3"/>
        <w:widowControl/>
      </w:pPr>
      <w:r>
        <w:t>How to enter notes</w:t>
      </w:r>
    </w:p>
    <w:p>
      <w:pPr>
        <w:widowControl/>
      </w:pPr>
      <w:r>
        <w:t>Control labels: How to enter notes; One note or a chord; What a chord symbol does; When another rhythm line is needed.</w:t>
      </w:r>
    </w:p>
    <w:p>
      <w:pPr>
        <w:widowControl/>
      </w:pPr>
      <w:r>
        <w:t>Purpose: Explains the nearby musical controls.</w:t>
      </w:r>
    </w:p>
    <w:p>
      <w:pPr>
        <w:widowControl/>
      </w:pPr>
      <w:r>
        <w:t>How to use it: Read this text when a field or choice is unfamiliar.</w:t>
      </w:r>
    </w:p>
    <w:p>
      <w:pPr>
        <w:widowControl/>
      </w:pPr>
      <w:r>
        <w:t>What the choices mean: Examples illustrate a possible use; they are optional.</w:t>
      </w:r>
    </w:p>
    <w:p>
      <w:pPr>
        <w:widowControl/>
      </w:pPr>
      <w:r>
        <w:t>What happens next: Reading an explanation does not enter or apply music.</w:t>
      </w:r>
    </w:p>
    <w:p>
      <w:pPr>
        <w:widowControl/>
      </w:pPr>
      <w:r>
        <w:t>Correct or cancel: F1 on an individual field provides its more specific instructions.</w:t>
      </w:r>
    </w:p>
    <w:p>
      <w:pPr>
        <w:pStyle w:val="Heading3"/>
        <w:widowControl/>
      </w:pPr>
      <w:r>
        <w:t>Notes in selected note or chord</w:t>
      </w:r>
    </w:p>
    <w:p>
      <w:pPr>
        <w:widowControl/>
      </w:pPr>
      <w:r>
        <w:t>Control labels: Notes in selected note or chord; Editing notes and chords.</w:t>
      </w:r>
    </w:p>
    <w:p>
      <w:pPr>
        <w:widowControl/>
      </w:pPr>
      <w:r>
        <w:t>Purpose: Lists the pitches already in the note or chord being edited.</w:t>
      </w:r>
    </w:p>
    <w:p>
      <w:pPr>
        <w:widowControl/>
      </w:pPr>
      <w:r>
        <w:t>How to use it: Replace an existing pitch line to change it. Optional example: replace C4 with D4. Add another line only when another tone should sound together.</w:t>
      </w:r>
    </w:p>
    <w:p>
      <w:pPr>
        <w:widowControl/>
      </w:pPr>
      <w:r>
        <w:t>What the choices mean: Every pitch in this box belongs to the same selected note or chord and shares its starting position and duration.</w:t>
      </w:r>
    </w:p>
    <w:p>
      <w:pPr>
        <w:widowControl/>
      </w:pPr>
      <w:r>
        <w:t>What happens next: Preview change shows BEFORE and AFTER. Apply replaces the selected music while retaining the rest of the score.</w:t>
      </w:r>
    </w:p>
    <w:p>
      <w:pPr>
        <w:widowControl/>
      </w:pPr>
      <w:r>
        <w:t>Correct or cancel: Cancel leaves the selected applied note unchanged. Remove an unwanted chord tone by deleting its line before previewing.</w:t>
      </w:r>
    </w:p>
    <w:p>
      <w:pPr>
        <w:pStyle w:val="Heading1"/>
        <w:widowControl/>
      </w:pPr>
      <w:r>
        <w:t>Worked entry examples and advanced notation</w:t>
      </w:r>
    </w:p>
    <w:p>
      <w:pPr>
        <w:widowControl/>
      </w:pPr>
      <w:r>
        <w:t>These examples are optional illustrations. Use the intended notes and positions of the piece, or try a supplied sample in an empty matching part and range. Preview the group, inspect it and Apply. Repeating an already applied addition normally causes an overlap; edit the existing event or Undo instead.</w:t>
      </w:r>
    </w:p>
    <w:p>
      <w:pPr>
        <w:pStyle w:val="Heading2"/>
        <w:widowControl/>
      </w:pPr>
      <w:r>
        <w:t>Equivalent two measure piano entry</w:t>
      </w:r>
    </w:p>
    <w:p>
      <w:pPr>
        <w:widowControl/>
      </w:pPr>
      <w:r>
        <w:t>The following optional example is shown in full phrases and shorthand. Use it in an empty two-measure Piano project if a worked sample is helpful, or use the intended music of the piece. A named measure continues until another measure is named. Each instruction gives its starting beat; otherwise the displayed beat is used.</w:t>
      </w:r>
    </w:p>
    <w:p>
      <w:pPr>
        <w:widowControl/>
        <w:spacing w:after="20"/>
      </w:pPr>
      <w:r>
        <w:t>measure 1 beat 1 right hand C4 plus E4 plus G4 half notes</w:t>
      </w:r>
    </w:p>
    <w:p>
      <w:pPr>
        <w:widowControl/>
        <w:spacing w:after="20"/>
      </w:pPr>
      <w:r>
        <w:t>beat 3 right hand G4 plus B4 plus D4 half notes</w:t>
      </w:r>
    </w:p>
    <w:p>
      <w:pPr>
        <w:widowControl/>
        <w:spacing w:after="20"/>
      </w:pPr>
      <w:r>
        <w:t>beat 1 left hand C3 plus C2 whole notes</w:t>
      </w:r>
    </w:p>
    <w:p>
      <w:pPr>
        <w:widowControl/>
        <w:spacing w:after="20"/>
      </w:pPr>
      <w:r>
        <w:t>measure 2 beat 1 right hand C4 quarter note</w:t>
      </w:r>
    </w:p>
    <w:p>
      <w:pPr>
        <w:widowControl/>
        <w:spacing w:after="20"/>
      </w:pPr>
      <w:r>
        <w:t>beat 2 right hand D4 half note</w:t>
      </w:r>
    </w:p>
    <w:p>
      <w:pPr>
        <w:widowControl/>
        <w:spacing w:after="20"/>
      </w:pPr>
      <w:r>
        <w:t>beat 4 right hand E4 quarter note</w:t>
      </w:r>
    </w:p>
    <w:p>
      <w:pPr>
        <w:widowControl/>
        <w:spacing w:after="20"/>
      </w:pPr>
      <w:r>
        <w:t>beat 1 left hand E3 plus E2 whole notes</w:t>
      </w:r>
    </w:p>
    <w:p>
      <w:pPr>
        <w:widowControl/>
      </w:pPr>
      <w:r>
        <w:t>The same optional passage in shorthand:</w:t>
      </w:r>
    </w:p>
    <w:p>
      <w:pPr>
        <w:widowControl/>
        <w:spacing w:after="20"/>
      </w:pPr>
      <w:r>
        <w:t>m1 b1 RH C4+E4+G4 hn</w:t>
      </w:r>
    </w:p>
    <w:p>
      <w:pPr>
        <w:widowControl/>
        <w:spacing w:after="20"/>
      </w:pPr>
      <w:r>
        <w:t>b3 RH G4+B4+D4 hn</w:t>
      </w:r>
    </w:p>
    <w:p>
      <w:pPr>
        <w:widowControl/>
        <w:spacing w:after="20"/>
      </w:pPr>
      <w:r>
        <w:t>b1 LH C3+C2 wn</w:t>
      </w:r>
    </w:p>
    <w:p>
      <w:pPr>
        <w:widowControl/>
        <w:spacing w:after="20"/>
      </w:pPr>
      <w:r>
        <w:t>m2 b1 RH C4 qn</w:t>
      </w:r>
    </w:p>
    <w:p>
      <w:pPr>
        <w:widowControl/>
        <w:spacing w:after="20"/>
      </w:pPr>
      <w:r>
        <w:t>b2 RH D4 hn</w:t>
      </w:r>
    </w:p>
    <w:p>
      <w:pPr>
        <w:widowControl/>
        <w:spacing w:after="20"/>
      </w:pPr>
      <w:r>
        <w:t>b4 RH E4 qn</w:t>
      </w:r>
    </w:p>
    <w:p>
      <w:pPr>
        <w:widowControl/>
        <w:spacing w:after="20"/>
      </w:pPr>
      <w:r>
        <w:t>b1 LH E3+E2 wn</w:t>
      </w:r>
    </w:p>
    <w:p>
      <w:pPr>
        <w:widowControl/>
      </w:pPr>
      <w:r>
        <w:t>The proposal has seven events and thirteen pitches. Measure 1 contains two upper-staff half-note chords and a lower-staff whole-note octave. Measure 2 contains C4 quarter, D4 half, E4 quarter and the lower E3/E2 whole-note octave. A fresh preview begins from the visible defaults, not a measure secretly remembered from a previous request.</w:t>
      </w:r>
    </w:p>
    <w:p>
      <w:pPr>
        <w:pStyle w:val="Heading2"/>
        <w:widowControl/>
      </w:pPr>
      <w:r>
        <w:t>Tuplets ties expression and written directions</w:t>
      </w:r>
    </w:p>
    <w:p>
      <w:pPr>
        <w:widowControl/>
      </w:pPr>
      <w:r>
        <w:t>Tuplet actual notes and Tuplet normal notes describe an event’s rhythmic ratio. For an eighth-note triplet, use eighth duration, actual 3 and normal 2; three such events fill one quarter-note beat in 4/4. The starting beat still needs its exact subdivision. The normal 1:1 ratio means no tuplet. Validation checks that time stays within the effective measure and does not overlap another event in the same part, staff and rhythm line.</w:t>
      </w:r>
    </w:p>
    <w:p>
      <w:pPr>
        <w:widowControl/>
      </w:pPr>
      <w:r>
        <w:t>A tie on a pitch extends it to the matching pitch in the following event. A tied continuation holds the sound; an untied note is a new attack. A slur is a passage expression connecting note beginnings in one staff and rhythm line. It does not turn their lengths into one tied note. Crescendo, diminuendo and pedal spans use explicit endpoints; changing them requires another reviewed proposal.</w:t>
      </w:r>
    </w:p>
    <w:p>
      <w:pPr>
        <w:widowControl/>
      </w:pPr>
      <w:r>
        <w:t>Guitar or ukulele patterns require explicit strings and frets. Written chord symbols label harmony but do not generate a voicing. A written direction preserves text such as gently; writing an unsupported technique name does not implement its notation or sound. Voice playback is wordless even when lyrics are retained. Repeat signs and counts export, while composer playback currently plays written measures once.</w:t>
      </w:r>
    </w:p>
    <w:p>
      <w:pPr>
        <w:pStyle w:val="Heading2"/>
        <w:widowControl/>
      </w:pPr>
      <w:r>
        <w:t>Composer scope and limits</w:t>
      </w:r>
    </w:p>
    <w:p>
      <w:pPr>
        <w:widowControl/>
      </w:pPr>
      <w:r>
        <w:t>The composer supports Piano, Guitar, Ukulele, Voice, Violin, Viola, Cello, Harp, Percussion and Timpani, up to 16 parts, 500 measures, eight separate rhythm lines per staff and 20,000 notes, chords or rests. A selection-entry group can hold up to 1,000 items; review and apply it before continuing with another group. Supported notation includes pitches, chords, rests, note values, optional tuplets, lyrics and verses, ties, dynamics, articulation, guitar fingering, patterns, measure operations and expression. Inspect the music and exported notation before sharing.</w:t>
      </w:r>
    </w:p>
    <w:p>
      <w:pPr>
        <w:widowControl/>
      </w:pPr>
      <w:r>
        <w:t>This composer does not provide engraving, arbitrary imported-score editing, editable grace notes or advanced guitar techniques such as bends and harmonics. Imported-reader support for another instrument does not imply authoring support for it. Open project accepts project files and unchanged MusicXML exported with its embedded composer project. If an outside editor changes that MusicXML, the embedded project is refused as stale; use the original project for editing or open the revised score in the reader.</w:t>
      </w:r>
    </w:p>
    <w:p>
      <w:pPr>
        <w:pStyle w:val="Heading1"/>
      </w:pPr>
      <w:r>
        <w:t>New composer control reference</w:t>
      </w:r>
    </w:p>
    <w:p>
      <w:pPr>
        <w:pStyle w:val="Heading2"/>
      </w:pPr>
      <w:r>
        <w:t>Lyrics at selected note Ctrl L</w:t>
      </w:r>
    </w:p>
    <w:p>
      <w:pPr>
        <w:spacing w:after="120"/>
      </w:pPr>
      <w:r>
        <w:t>Edits words on an already applied note.</w:t>
      </w:r>
    </w:p>
    <w:p>
      <w:pPr>
        <w:pStyle w:val="Heading3"/>
      </w:pPr>
      <w:r>
        <w:t>How to use it</w:t>
      </w:r>
    </w:p>
    <w:p>
      <w:pPr>
        <w:spacing w:after="120"/>
      </w:pPr>
      <w:r>
        <w:t>Select the note on Score and press Ctrl+L. Choose a verse, word or syllable, and Preview change.</w:t>
      </w:r>
    </w:p>
    <w:p>
      <w:pPr>
        <w:pStyle w:val="Heading3"/>
      </w:pPr>
      <w:r>
        <w:t>What the choices mean</w:t>
      </w:r>
    </w:p>
    <w:p>
      <w:pPr>
        <w:spacing w:after="120"/>
      </w:pPr>
      <w:r>
        <w:t>Verse 1 is ordinary entry. Later verses are parallel lyric lines, not new rhythms.</w:t>
      </w:r>
    </w:p>
    <w:p>
      <w:pPr>
        <w:pStyle w:val="Heading3"/>
      </w:pPr>
      <w:r>
        <w:t>What happens next</w:t>
      </w:r>
    </w:p>
    <w:p>
      <w:pPr>
        <w:spacing w:after="120"/>
      </w:pPr>
      <w:r>
        <w:t>Review changes identifies the exact word and note. Apply reviewed changes confirms it.</w:t>
      </w:r>
    </w:p>
    <w:p>
      <w:pPr>
        <w:pStyle w:val="Heading3"/>
      </w:pPr>
      <w:r>
        <w:t>If you change your mind</w:t>
      </w:r>
    </w:p>
    <w:p>
      <w:pPr>
        <w:spacing w:after="120"/>
      </w:pPr>
      <w:r>
        <w:t>Discard proposal leaves applied lyrics alone; Undo restores an applied change. Enter new notes with lyrics using Ctrl+E.</w:t>
      </w:r>
    </w:p>
    <w:p>
      <w:pPr>
        <w:pStyle w:val="Heading2"/>
      </w:pPr>
      <w:r>
        <w:t>Lyric word or syllable optional</w:t>
      </w:r>
    </w:p>
    <w:p>
      <w:pPr>
        <w:spacing w:after="120"/>
      </w:pPr>
      <w:r>
        <w:t>Places a sung word at the current note.</w:t>
      </w:r>
    </w:p>
    <w:p>
      <w:pPr>
        <w:pStyle w:val="Heading3"/>
      </w:pPr>
      <w:r>
        <w:t>How to use it</w:t>
      </w:r>
    </w:p>
    <w:p>
      <w:pPr>
        <w:spacing w:after="120"/>
      </w:pPr>
      <w:r>
        <w:t>Type the word or syllable. In sequential entry press Enter when the note is ready.</w:t>
      </w:r>
    </w:p>
    <w:p>
      <w:pPr>
        <w:pStyle w:val="Heading3"/>
      </w:pPr>
      <w:r>
        <w:t>What the choices mean</w:t>
      </w:r>
    </w:p>
    <w:p>
      <w:pPr>
        <w:spacing w:after="120"/>
      </w:pPr>
      <w:r>
        <w:t>Blank means no new lyric. Punctuation is retained. Chords have one lyric at that onset.</w:t>
      </w:r>
    </w:p>
    <w:p>
      <w:pPr>
        <w:pStyle w:val="Heading3"/>
      </w:pPr>
      <w:r>
        <w:t>What happens next</w:t>
      </w:r>
    </w:p>
    <w:p>
      <w:pPr>
        <w:spacing w:after="120"/>
      </w:pPr>
      <w:r>
        <w:t>The word joins the waiting note and the box clears for the next note.</w:t>
      </w:r>
    </w:p>
    <w:p>
      <w:pPr>
        <w:pStyle w:val="Heading3"/>
      </w:pPr>
      <w:r>
        <w:t>If you change your mind</w:t>
      </w:r>
    </w:p>
    <w:p>
      <w:pPr>
        <w:spacing w:after="120"/>
      </w:pPr>
      <w:r>
        <w:t>Do not attach words to a rest. Ctrl+S saves unfinished typed lyrics with the project.</w:t>
      </w:r>
    </w:p>
    <w:p>
      <w:pPr>
        <w:pStyle w:val="Heading2"/>
      </w:pPr>
      <w:r>
        <w:t>Lyric verse normally 1</w:t>
      </w:r>
    </w:p>
    <w:p>
      <w:pPr>
        <w:spacing w:after="120"/>
      </w:pPr>
      <w:r>
        <w:t>Selects a separate line of sung words.</w:t>
      </w:r>
    </w:p>
    <w:p>
      <w:pPr>
        <w:pStyle w:val="Heading3"/>
      </w:pPr>
      <w:r>
        <w:t>How to use it</w:t>
      </w:r>
    </w:p>
    <w:p>
      <w:pPr>
        <w:spacing w:after="120"/>
      </w:pPr>
      <w:r>
        <w:t>Leave 1 for a single verse; choose 2 or another number for another lyric line.</w:t>
      </w:r>
    </w:p>
    <w:p>
      <w:pPr>
        <w:pStyle w:val="Heading3"/>
      </w:pPr>
      <w:r>
        <w:t>What the choices mean</w:t>
      </w:r>
    </w:p>
    <w:p>
      <w:pPr>
        <w:spacing w:after="120"/>
      </w:pPr>
      <w:r>
        <w:t>This is independent of instrument staff and rhythm line.</w:t>
      </w:r>
    </w:p>
    <w:p>
      <w:pPr>
        <w:pStyle w:val="Heading3"/>
      </w:pPr>
      <w:r>
        <w:t>What happens next</w:t>
      </w:r>
    </w:p>
    <w:p>
      <w:pPr>
        <w:spacing w:after="120"/>
      </w:pPr>
      <w:r>
        <w:t>Only this verse changes at this note. Other verses remain.</w:t>
      </w:r>
    </w:p>
    <w:p>
      <w:pPr>
        <w:pStyle w:val="Heading3"/>
      </w:pPr>
      <w:r>
        <w:t>If you change your mind</w:t>
      </w:r>
    </w:p>
    <w:p>
      <w:pPr>
        <w:spacing w:after="120"/>
      </w:pPr>
      <w:r>
        <w:t>Choose the intended verse before editing; empty text in applied-lyric editing removes only that verse.</w:t>
      </w:r>
    </w:p>
    <w:p>
      <w:pPr>
        <w:pStyle w:val="Heading2"/>
      </w:pPr>
      <w:r>
        <w:t>Word or syllable type</w:t>
      </w:r>
    </w:p>
    <w:p>
      <w:pPr>
        <w:spacing w:after="120"/>
      </w:pPr>
      <w:r>
        <w:t>Says whether this note carries a whole word or one part of it.</w:t>
      </w:r>
    </w:p>
    <w:p>
      <w:pPr>
        <w:pStyle w:val="Heading3"/>
      </w:pPr>
      <w:r>
        <w:t>How to use it</w:t>
      </w:r>
    </w:p>
    <w:p>
      <w:pPr>
        <w:spacing w:after="120"/>
      </w:pPr>
      <w:r>
        <w:t>For a whole word choose single. For a split word use begin, optional middle, and end.</w:t>
      </w:r>
    </w:p>
    <w:p>
      <w:pPr>
        <w:pStyle w:val="Heading3"/>
      </w:pPr>
      <w:r>
        <w:t>What the choices mean</w:t>
      </w:r>
    </w:p>
    <w:p>
      <w:pPr>
        <w:spacing w:after="120"/>
      </w:pPr>
      <w:r>
        <w:t>Optional example: Hel is begin on one note; lo is end on the next.</w:t>
      </w:r>
    </w:p>
    <w:p>
      <w:pPr>
        <w:pStyle w:val="Heading3"/>
      </w:pPr>
      <w:r>
        <w:t>What happens next</w:t>
      </w:r>
    </w:p>
    <w:p>
      <w:pPr>
        <w:spacing w:after="120"/>
      </w:pPr>
      <w:r>
        <w:t>MusicXML carries the syllable information for notation programs.</w:t>
      </w:r>
    </w:p>
    <w:p>
      <w:pPr>
        <w:pStyle w:val="Heading3"/>
      </w:pPr>
      <w:r>
        <w:t>If you change your mind</w:t>
      </w:r>
    </w:p>
    <w:p>
      <w:pPr>
        <w:spacing w:after="120"/>
      </w:pPr>
      <w:r>
        <w:t>Changing this control does not enter notes or split text automatically.</w:t>
      </w:r>
    </w:p>
    <w:p>
      <w:pPr>
        <w:pStyle w:val="Heading2"/>
      </w:pPr>
      <w:r>
        <w:t>This lyric continues over following notes</w:t>
      </w:r>
    </w:p>
    <w:p>
      <w:pPr>
        <w:spacing w:after="120"/>
      </w:pPr>
      <w:r>
        <w:t>Writes an extender for one syllable sung over later notes.</w:t>
      </w:r>
    </w:p>
    <w:p>
      <w:pPr>
        <w:pStyle w:val="Heading3"/>
      </w:pPr>
      <w:r>
        <w:t>How to use it</w:t>
      </w:r>
    </w:p>
    <w:p>
      <w:pPr>
        <w:spacing w:after="120"/>
      </w:pPr>
      <w:r>
        <w:t>Check it on the first note of that syllable; leave the following lyric boxes blank.</w:t>
      </w:r>
    </w:p>
    <w:p>
      <w:pPr>
        <w:pStyle w:val="Heading3"/>
      </w:pPr>
      <w:r>
        <w:t>What the choices mean</w:t>
      </w:r>
    </w:p>
    <w:p>
      <w:pPr>
        <w:spacing w:after="120"/>
      </w:pPr>
      <w:r>
        <w:t>It does not create a tie or enter later pitches.</w:t>
      </w:r>
    </w:p>
    <w:p>
      <w:pPr>
        <w:pStyle w:val="Heading3"/>
      </w:pPr>
      <w:r>
        <w:t>What happens next</w:t>
      </w:r>
    </w:p>
    <w:p>
      <w:pPr>
        <w:spacing w:after="120"/>
      </w:pPr>
      <w:r>
        <w:t>MusicXML retains the lyric extender. Local voice playback stays wordless.</w:t>
      </w:r>
    </w:p>
    <w:p>
      <w:pPr>
        <w:pStyle w:val="Heading3"/>
      </w:pPr>
      <w:r>
        <w:t>If you change your mind</w:t>
      </w:r>
    </w:p>
    <w:p>
      <w:pPr>
        <w:spacing w:after="120"/>
      </w:pPr>
      <w:r>
        <w:t>Leave unchecked for ordinary words. Sequential entry clears this choice after a note is entered.</w:t>
      </w:r>
    </w:p>
    <w:p>
      <w:pPr>
        <w:pStyle w:val="Heading2"/>
      </w:pPr>
      <w:r>
        <w:t>String or harp markings</w:t>
      </w:r>
    </w:p>
    <w:p>
      <w:pPr>
        <w:spacing w:after="120"/>
      </w:pPr>
      <w:r>
        <w:t>Writes instrument markings at an applied event.</w:t>
      </w:r>
    </w:p>
    <w:p>
      <w:pPr>
        <w:pStyle w:val="Heading3"/>
      </w:pPr>
      <w:r>
        <w:t>How to use it</w:t>
      </w:r>
    </w:p>
    <w:p>
      <w:pPr>
        <w:spacing w:after="120"/>
      </w:pPr>
      <w:r>
        <w:t>Select a violin, viola, cello or harp event on Score, then activate this button.</w:t>
      </w:r>
    </w:p>
    <w:p>
      <w:pPr>
        <w:pStyle w:val="Heading3"/>
      </w:pPr>
      <w:r>
        <w:t>What the choices mean</w:t>
      </w:r>
    </w:p>
    <w:p>
      <w:pPr>
        <w:spacing w:after="120"/>
      </w:pPr>
      <w:r>
        <w:t>Violin, viola and cello offer bow direction and per-pitch fingering/string. Harp offers a seven-pedal diagram.</w:t>
      </w:r>
    </w:p>
    <w:p>
      <w:pPr>
        <w:pStyle w:val="Heading3"/>
      </w:pPr>
      <w:r>
        <w:t>What happens next</w:t>
      </w:r>
    </w:p>
    <w:p>
      <w:pPr>
        <w:spacing w:after="120"/>
      </w:pPr>
      <w:r>
        <w:t>Preview change opens exact changes for Apply or Discard.</w:t>
      </w:r>
    </w:p>
    <w:p>
      <w:pPr>
        <w:pStyle w:val="Heading3"/>
      </w:pPr>
      <w:r>
        <w:t>If you change your mind</w:t>
      </w:r>
    </w:p>
    <w:p>
      <w:pPr>
        <w:spacing w:after="120"/>
      </w:pPr>
      <w:r>
        <w:t>These tools preserve entered pitches and durations. Use Undo after Apply, and Save project to retain the composition.</w:t>
      </w:r>
    </w:p>
    <w:p>
      <w:pPr>
        <w:pStyle w:val="Heading2"/>
      </w:pPr>
      <w:r>
        <w:t>Bow direction</w:t>
      </w:r>
    </w:p>
    <w:p>
      <w:pPr>
        <w:spacing w:after="120"/>
      </w:pPr>
      <w:r>
        <w:t>Supplies your written violin, viola or cello bowing and fingering choices.</w:t>
      </w:r>
    </w:p>
    <w:p>
      <w:pPr>
        <w:pStyle w:val="Heading3"/>
      </w:pPr>
      <w:r>
        <w:t>How to use it</w:t>
      </w:r>
    </w:p>
    <w:p>
      <w:pPr>
        <w:spacing w:after="120"/>
      </w:pPr>
      <w:r>
        <w:t>Choose the event bow direction, then each pitch to mark and its finger/string.</w:t>
      </w:r>
    </w:p>
    <w:p>
      <w:pPr>
        <w:pStyle w:val="Heading3"/>
      </w:pPr>
      <w:r>
        <w:t>What the choices mean</w:t>
      </w:r>
    </w:p>
    <w:p>
      <w:pPr>
        <w:spacing w:after="120"/>
      </w:pPr>
      <w:r>
        <w:t>No bow mark and Unspecified omit marks. Finger 0 is open. Violin strings 1–4 are E/A/D/G; viola and cello strings 1–4 are A/D/G/C. These are string numbers, not pitch octaves.</w:t>
      </w:r>
    </w:p>
    <w:p>
      <w:pPr>
        <w:pStyle w:val="Heading3"/>
      </w:pPr>
      <w:r>
        <w:t>What happens next</w:t>
      </w:r>
    </w:p>
    <w:p>
      <w:pPr>
        <w:spacing w:after="120"/>
      </w:pPr>
      <w:r>
        <w:t>MusicXML contains one bow mark and the chosen per-pitch fingering and string.</w:t>
      </w:r>
    </w:p>
    <w:p>
      <w:pPr>
        <w:pStyle w:val="Heading3"/>
      </w:pPr>
      <w:r>
        <w:t>If you change your mind</w:t>
      </w:r>
    </w:p>
    <w:p>
      <w:pPr>
        <w:spacing w:after="120"/>
      </w:pPr>
      <w:r>
        <w:t>This does not calculate positions, certify playability or change bow sound.</w:t>
      </w:r>
    </w:p>
    <w:p>
      <w:pPr>
        <w:pStyle w:val="Heading2"/>
      </w:pPr>
      <w:r>
        <w:t>Write a seven pedal setting at this position</w:t>
      </w:r>
    </w:p>
    <w:p>
      <w:pPr>
        <w:spacing w:after="120"/>
      </w:pPr>
      <w:r>
        <w:t>Enables written harp pedal notation at this event.</w:t>
      </w:r>
    </w:p>
    <w:p>
      <w:pPr>
        <w:pStyle w:val="Heading3"/>
      </w:pPr>
      <w:r>
        <w:t>How to use it</w:t>
      </w:r>
    </w:p>
    <w:p>
      <w:pPr>
        <w:spacing w:after="120"/>
      </w:pPr>
      <w:r>
        <w:t>Check it, then set all seven D C B E F G A values.</w:t>
      </w:r>
    </w:p>
    <w:p>
      <w:pPr>
        <w:pStyle w:val="Heading3"/>
      </w:pPr>
      <w:r>
        <w:t>What the choices mean</w:t>
      </w:r>
    </w:p>
    <w:p>
      <w:pPr>
        <w:spacing w:after="120"/>
      </w:pPr>
      <w:r>
        <w:t>-1 flat, 0 natural, 1 sharp. This is not piano sustain.</w:t>
      </w:r>
    </w:p>
    <w:p>
      <w:pPr>
        <w:pStyle w:val="Heading3"/>
      </w:pPr>
      <w:r>
        <w:t>What happens next</w:t>
      </w:r>
    </w:p>
    <w:p>
      <w:pPr>
        <w:spacing w:after="120"/>
      </w:pPr>
      <w:r>
        <w:t>MusicXML contains a harp pedal diagram, without changing any entered pitch.</w:t>
      </w:r>
    </w:p>
    <w:p>
      <w:pPr>
        <w:pStyle w:val="Heading3"/>
      </w:pPr>
      <w:r>
        <w:t>If you change your mind</w:t>
      </w:r>
    </w:p>
    <w:p>
      <w:pPr>
        <w:spacing w:after="120"/>
      </w:pPr>
      <w:r>
        <w:t>Uncheck it to remove the diagram. Use written directions for lever harp; no pedal feasibility check is performed.</w:t>
      </w:r>
    </w:p>
    <w:p>
      <w:pPr>
        <w:pStyle w:val="Heading2"/>
      </w:pPr>
      <w:r>
        <w:t>Optional written playing direction</w:t>
      </w:r>
    </w:p>
    <w:p>
      <w:pPr>
        <w:spacing w:after="120"/>
      </w:pPr>
      <w:r>
        <w:t>Writes playing instructions as words.</w:t>
      </w:r>
    </w:p>
    <w:p>
      <w:pPr>
        <w:pStyle w:val="Heading3"/>
      </w:pPr>
      <w:r>
        <w:t>How to use it</w:t>
      </w:r>
    </w:p>
    <w:p>
      <w:pPr>
        <w:spacing w:after="120"/>
      </w:pPr>
      <w:r>
        <w:t>Choose an optional preset, then edit Written direction if a combination is needed.</w:t>
      </w:r>
    </w:p>
    <w:p>
      <w:pPr>
        <w:pStyle w:val="Heading3"/>
      </w:pPr>
      <w:r>
        <w:t>What the choices mean</w:t>
      </w:r>
    </w:p>
    <w:p>
      <w:pPr>
        <w:spacing w:after="120"/>
      </w:pPr>
      <w:r>
        <w:t>A preset replaces that field. It can name arco, pizzicato, damping, harmonics or other techniques.</w:t>
      </w:r>
    </w:p>
    <w:p>
      <w:pPr>
        <w:pStyle w:val="Heading3"/>
      </w:pPr>
      <w:r>
        <w:t>What happens next</w:t>
      </w:r>
    </w:p>
    <w:p>
      <w:pPr>
        <w:spacing w:after="120"/>
      </w:pPr>
      <w:r>
        <w:t>The words export for a performer; they do not synthesize the named technique.</w:t>
      </w:r>
    </w:p>
    <w:p>
      <w:pPr>
        <w:pStyle w:val="Heading3"/>
      </w:pPr>
      <w:r>
        <w:t>If you change your mind</w:t>
      </w:r>
    </w:p>
    <w:p>
      <w:pPr>
        <w:spacing w:after="120"/>
      </w:pPr>
      <w:r>
        <w:t>Enter all intended pitches yourself. Cancel keeps the previous direction.</w:t>
      </w:r>
    </w:p>
    <w:p>
      <w:pPr>
        <w:pStyle w:val="Heading2"/>
      </w:pPr>
      <w:r>
        <w:t>Pedal D minus 1 flat 0 natural 1 sharp</w:t>
      </w:r>
    </w:p>
    <w:p>
      <w:pPr>
        <w:spacing w:after="120"/>
      </w:pPr>
      <w:r>
        <w:t>Sets the written D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Pedal C minus 1 flat 0 natural 1 sharp</w:t>
      </w:r>
    </w:p>
    <w:p>
      <w:pPr>
        <w:spacing w:after="120"/>
      </w:pPr>
      <w:r>
        <w:t>Sets the written C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Pedal B minus 1 flat 0 natural 1 sharp</w:t>
      </w:r>
    </w:p>
    <w:p>
      <w:pPr>
        <w:spacing w:after="120"/>
      </w:pPr>
      <w:r>
        <w:t>Sets the written B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Pedal E minus 1 flat 0 natural 1 sharp</w:t>
      </w:r>
    </w:p>
    <w:p>
      <w:pPr>
        <w:spacing w:after="120"/>
      </w:pPr>
      <w:r>
        <w:t>Sets the written E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Pedal F minus 1 flat 0 natural 1 sharp</w:t>
      </w:r>
    </w:p>
    <w:p>
      <w:pPr>
        <w:spacing w:after="120"/>
      </w:pPr>
      <w:r>
        <w:t>Sets the written F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Pedal G minus 1 flat 0 natural 1 sharp</w:t>
      </w:r>
    </w:p>
    <w:p>
      <w:pPr>
        <w:spacing w:after="120"/>
      </w:pPr>
      <w:r>
        <w:t>Sets the written G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Pedal A minus 1 flat 0 natural 1 sharp</w:t>
      </w:r>
    </w:p>
    <w:p>
      <w:pPr>
        <w:spacing w:after="120"/>
      </w:pPr>
      <w:r>
        <w:t>Sets the written A harp pedal.</w:t>
      </w:r>
    </w:p>
    <w:p>
      <w:pPr>
        <w:pStyle w:val="Heading3"/>
      </w:pPr>
      <w:r>
        <w:t>How to use it</w:t>
      </w:r>
    </w:p>
    <w:p>
      <w:pPr>
        <w:spacing w:after="120"/>
      </w:pPr>
      <w:r>
        <w:t>Set -1, 0 or 1 after enabling the seven-pedal diagram.</w:t>
      </w:r>
    </w:p>
    <w:p>
      <w:pPr>
        <w:pStyle w:val="Heading3"/>
      </w:pPr>
      <w:r>
        <w:t>What the choices mean</w:t>
      </w:r>
    </w:p>
    <w:p>
      <w:pPr>
        <w:spacing w:after="120"/>
      </w:pPr>
      <w:r>
        <w:t>-1 means flat, 0 natural, 1 sharp.</w:t>
      </w:r>
    </w:p>
    <w:p>
      <w:pPr>
        <w:pStyle w:val="Heading3"/>
      </w:pPr>
      <w:r>
        <w:t>What happens next</w:t>
      </w:r>
    </w:p>
    <w:p>
      <w:pPr>
        <w:spacing w:after="120"/>
      </w:pPr>
      <w:r>
        <w:t>Only the written pedal diagram changes; pitches and playback are unchanged.</w:t>
      </w:r>
    </w:p>
    <w:p>
      <w:pPr>
        <w:pStyle w:val="Heading3"/>
      </w:pPr>
      <w:r>
        <w:t>If you change your mind</w:t>
      </w:r>
    </w:p>
    <w:p>
      <w:pPr>
        <w:spacing w:after="120"/>
      </w:pPr>
      <w:r>
        <w:t>Uncheck the diagram to omit it, or Cancel to leave all marks unchanged.</w:t>
      </w:r>
    </w:p>
    <w:p>
      <w:pPr>
        <w:pStyle w:val="Heading2"/>
      </w:pPr>
      <w:r>
        <w:t>Staff</w:t>
      </w:r>
    </w:p>
    <w:p>
      <w:pPr>
        <w:spacing w:after="120"/>
      </w:pPr>
      <w:r>
        <w:t>Chooses which staff receives this note.</w:t>
      </w:r>
    </w:p>
    <w:p>
      <w:pPr>
        <w:pStyle w:val="Heading3"/>
      </w:pPr>
      <w:r>
        <w:t>How to use it</w:t>
      </w:r>
    </w:p>
    <w:p>
      <w:pPr>
        <w:spacing w:after="120"/>
      </w:pPr>
      <w:r>
        <w:t>Choose Upper or Lower piano staff for piano, Upper or Lower harp staff for harp, or Single staff for each other part.</w:t>
      </w:r>
    </w:p>
    <w:p>
      <w:pPr>
        <w:pStyle w:val="Heading3"/>
      </w:pPr>
      <w:r>
        <w:t>What the choices mean</w:t>
      </w:r>
    </w:p>
    <w:p>
      <w:pPr>
        <w:spacing w:after="120"/>
      </w:pPr>
      <w:r>
        <w:t>Upper is staff 1 and Lower is staff 2. Each singer in SATB or a quartet is selected by Part, normally on its own staff 1 and rhythm line 1.</w:t>
      </w:r>
    </w:p>
    <w:p>
      <w:pPr>
        <w:pStyle w:val="Heading3"/>
      </w:pPr>
      <w:r>
        <w:t>What happens next</w:t>
      </w:r>
    </w:p>
    <w:p>
      <w:pPr>
        <w:spacing w:after="120"/>
      </w:pPr>
      <w:r>
        <w:t>The note will appear on the selected named staff at the chosen measure and beat.</w:t>
      </w:r>
    </w:p>
    <w:p>
      <w:pPr>
        <w:pStyle w:val="Heading3"/>
      </w:pPr>
      <w:r>
        <w:t>If you change your mind</w:t>
      </w:r>
    </w:p>
    <w:p>
      <w:pPr>
        <w:spacing w:after="120"/>
      </w:pPr>
      <w:r>
        <w:t>Changing staff does not change its pitch or length. Set the measure and beat back when beginning a second staff line.</w:t>
      </w:r>
    </w:p>
    <w:p>
      <w:pPr>
        <w:pStyle w:val="Heading2"/>
      </w:pPr>
      <w:r>
        <w:t>Copy lyrics to aligned voices</w:t>
      </w:r>
    </w:p>
    <w:p>
      <w:pPr>
        <w:spacing w:after="120"/>
      </w:pPr>
      <w:r>
        <w:t>Copies one applied lyric verse to existing notes in other vocal parts.</w:t>
      </w:r>
    </w:p>
    <w:p>
      <w:pPr>
        <w:pStyle w:val="Heading3"/>
      </w:pPr>
      <w:r>
        <w:t>How to use it</w:t>
      </w:r>
    </w:p>
    <w:p>
      <w:pPr>
        <w:spacing w:after="120"/>
      </w:pPr>
      <w:r>
        <w:t>On Score choose this after entering and applying the source words and all destination notes. Select source, destination and verse, then Preview change.</w:t>
      </w:r>
    </w:p>
    <w:p>
      <w:pPr>
        <w:pStyle w:val="Heading3"/>
      </w:pPr>
      <w:r>
        <w:t>What the choices mean</w:t>
      </w:r>
    </w:p>
    <w:p>
      <w:pPr>
        <w:spacing w:after="120"/>
      </w:pPr>
      <w:r>
        <w:t>Normal rhythm line 1 notes must share measure, beat and duration. Existing words are protected unless replacement is checked.</w:t>
      </w:r>
    </w:p>
    <w:p>
      <w:pPr>
        <w:pStyle w:val="Heading3"/>
      </w:pPr>
      <w:r>
        <w:t>What happens next</w:t>
      </w:r>
    </w:p>
    <w:p>
      <w:pPr>
        <w:spacing w:after="120"/>
      </w:pPr>
      <w:r>
        <w:t>Review changes names every destination. Apply confirms the proposed lyrics without changing pitches or rests.</w:t>
      </w:r>
    </w:p>
    <w:p>
      <w:pPr>
        <w:pStyle w:val="Heading3"/>
      </w:pPr>
      <w:r>
        <w:t>If you change your mind</w:t>
      </w:r>
    </w:p>
    <w:p>
      <w:pPr>
        <w:spacing w:after="120"/>
      </w:pPr>
      <w:r>
        <w:t>Use separate lyric entry for different rhythms. Discard cancels the proposal; Undo restores an applied copy.</w:t>
      </w:r>
    </w:p>
    <w:p>
      <w:pPr>
        <w:pStyle w:val="Heading2"/>
      </w:pPr>
      <w:r>
        <w:t>Copy lyrics from voice</w:t>
      </w:r>
    </w:p>
    <w:p>
      <w:pPr>
        <w:spacing w:after="120"/>
      </w:pPr>
      <w:r>
        <w:t>Chooses the source and destination of an aligned vocal lyric copy.</w:t>
      </w:r>
    </w:p>
    <w:p>
      <w:pPr>
        <w:pStyle w:val="Heading3"/>
      </w:pPr>
      <w:r>
        <w:t>How to use it</w:t>
      </w:r>
    </w:p>
    <w:p>
      <w:pPr>
        <w:spacing w:after="120"/>
      </w:pPr>
      <w:r>
        <w:t>Select the named source voice, destination voices and lyric verse. Check replacement only when existing words should be overwritten.</w:t>
      </w:r>
    </w:p>
    <w:p>
      <w:pPr>
        <w:pStyle w:val="Heading3"/>
      </w:pPr>
      <w:r>
        <w:t>What the choices mean</w:t>
      </w:r>
    </w:p>
    <w:p>
      <w:pPr>
        <w:spacing w:after="120"/>
      </w:pPr>
      <w:r>
        <w:t>This copies text to matching existing notes; it does not create harmonies, notes or matching rhythms.</w:t>
      </w:r>
    </w:p>
    <w:p>
      <w:pPr>
        <w:pStyle w:val="Heading3"/>
      </w:pPr>
      <w:r>
        <w:t>What happens next</w:t>
      </w:r>
    </w:p>
    <w:p>
      <w:pPr>
        <w:spacing w:after="120"/>
      </w:pPr>
      <w:r>
        <w:t>Preview lists every affected note and reports skipped destinations for review before Apply.</w:t>
      </w:r>
    </w:p>
    <w:p>
      <w:pPr>
        <w:pStyle w:val="Heading3"/>
      </w:pPr>
      <w:r>
        <w:t>If you change your mind</w:t>
      </w:r>
    </w:p>
    <w:p>
      <w:pPr>
        <w:spacing w:after="120"/>
      </w:pPr>
      <w:r>
        <w:t>Leave replacement off to preserve independent words. Cancel changes nothing.</w:t>
      </w:r>
    </w:p>
    <w:p>
      <w:pPr>
        <w:pStyle w:val="Heading2"/>
      </w:pPr>
      <w:r>
        <w:t>Guitar or ukulele pattern</w:t>
      </w:r>
    </w:p>
    <w:p>
      <w:pPr>
        <w:spacing w:after="120"/>
      </w:pPr>
      <w:r>
        <w:t>Builds a strumming or picking passage from supplied frets.</w:t>
      </w:r>
    </w:p>
    <w:p>
      <w:pPr>
        <w:pStyle w:val="Heading3"/>
      </w:pPr>
      <w:r>
        <w:t>How to use it</w:t>
      </w:r>
    </w:p>
    <w:p>
      <w:pPr>
        <w:spacing w:after="120"/>
      </w:pPr>
      <w:r>
        <w:t>Choose the fretted part, exact voicing and a complete-bar pattern, then Preview change.</w:t>
      </w:r>
    </w:p>
    <w:p>
      <w:pPr>
        <w:pStyle w:val="Heading3"/>
      </w:pPr>
      <w:r>
        <w:t>What the choices mean</w:t>
      </w:r>
    </w:p>
    <w:p>
      <w:pPr>
        <w:spacing w:after="120"/>
      </w:pPr>
      <w:r>
        <w:t>Guitar has strings 1–6; ukulele 1–4. D/U are strums, numbers are picked strings and minus is a rest.</w:t>
      </w:r>
    </w:p>
    <w:p>
      <w:pPr>
        <w:pStyle w:val="Heading3"/>
      </w:pPr>
      <w:r>
        <w:t>What happens next</w:t>
      </w:r>
    </w:p>
    <w:p>
      <w:pPr>
        <w:spacing w:after="120"/>
      </w:pPr>
      <w:r>
        <w:t>Review shows actual notes before Apply. It does not overwrite occupied time.</w:t>
      </w:r>
    </w:p>
    <w:p>
      <w:pPr>
        <w:pStyle w:val="Heading3"/>
      </w:pPr>
      <w:r>
        <w:t>If you change your mind</w:t>
      </w:r>
    </w:p>
    <w:p>
      <w:pPr>
        <w:spacing w:after="120"/>
      </w:pPr>
      <w:r>
        <w:t>Use your own pattern or the optional example; Discard cancels the proposal.</w:t>
      </w:r>
    </w:p>
    <w:p>
      <w:pPr>
        <w:pStyle w:val="Heading2"/>
      </w:pPr>
      <w:r>
        <w:t>Ukulele tuning preset</w:t>
      </w:r>
    </w:p>
    <w:p>
      <w:pPr>
        <w:spacing w:after="120"/>
      </w:pPr>
      <w:r>
        <w:t>Sets the explicit sounding open strings of the fretted part.</w:t>
      </w:r>
    </w:p>
    <w:p>
      <w:pPr>
        <w:pStyle w:val="Heading3"/>
      </w:pPr>
      <w:r>
        <w:t>How to use it</w:t>
      </w:r>
    </w:p>
    <w:p>
      <w:pPr>
        <w:spacing w:after="120"/>
      </w:pPr>
      <w:r>
        <w:t>For ukulele choose High G, Low G or keep a custom four-pitch list.</w:t>
      </w:r>
    </w:p>
    <w:p>
      <w:pPr>
        <w:pStyle w:val="Heading3"/>
      </w:pPr>
      <w:r>
        <w:t>What the choices mean</w:t>
      </w:r>
    </w:p>
    <w:p>
      <w:pPr>
        <w:spacing w:after="120"/>
      </w:pPr>
      <w:r>
        <w:t>String 1 A4, 2 E4, 3 C4, and 4 G4 high G or G3 low G. Guitar has six supplied pitches, string 1 first.</w:t>
      </w:r>
    </w:p>
    <w:p>
      <w:pPr>
        <w:pStyle w:val="Heading3"/>
      </w:pPr>
      <w:r>
        <w:t>What happens next</w:t>
      </w:r>
    </w:p>
    <w:p>
      <w:pPr>
        <w:spacing w:after="120"/>
      </w:pPr>
      <w:r>
        <w:t>The part proposal shows the tuning. Existing frets must still match entered pitches.</w:t>
      </w:r>
    </w:p>
    <w:p>
      <w:pPr>
        <w:pStyle w:val="Heading3"/>
      </w:pPr>
      <w:r>
        <w:t>If you change your mind</w:t>
      </w:r>
    </w:p>
    <w:p>
      <w:pPr>
        <w:spacing w:after="120"/>
      </w:pPr>
      <w:r>
        <w:t>Changing Instrument resets tuning defaults. Read them before applying; Cancel retains the prior settings.</w:t>
      </w:r>
    </w:p>
    <w:p>
      <w:pPr>
        <w:pStyle w:val="Heading2"/>
      </w:pPr>
      <w:r>
        <w:t>Write fretted instrument as tablature</w:t>
      </w:r>
    </w:p>
    <w:p>
      <w:pPr>
        <w:spacing w:after="120"/>
      </w:pPr>
      <w:r>
        <w:t>Chooses a TAB staff or the fret-number reference.</w:t>
      </w:r>
    </w:p>
    <w:p>
      <w:pPr>
        <w:pStyle w:val="Heading3"/>
      </w:pPr>
      <w:r>
        <w:t>How to use it</w:t>
      </w:r>
    </w:p>
    <w:p>
      <w:pPr>
        <w:spacing w:after="120"/>
      </w:pPr>
      <w:r>
        <w:t>Check tablature for supplied guitar or ukulele fingerings. Set a capo only if used.</w:t>
      </w:r>
    </w:p>
    <w:p>
      <w:pPr>
        <w:pStyle w:val="Heading3"/>
      </w:pPr>
      <w:r>
        <w:t>What the choices mean</w:t>
      </w:r>
    </w:p>
    <w:p>
      <w:pPr>
        <w:spacing w:after="120"/>
      </w:pPr>
      <w:r>
        <w:t>TAB requires every pitch to specify an actual string and fret. Frets are counted from the capo.</w:t>
      </w:r>
    </w:p>
    <w:p>
      <w:pPr>
        <w:pStyle w:val="Heading3"/>
      </w:pPr>
      <w:r>
        <w:t>What happens next</w:t>
      </w:r>
    </w:p>
    <w:p>
      <w:pPr>
        <w:spacing w:after="120"/>
      </w:pPr>
      <w:r>
        <w:t>The proposal keeps sounding pitches consistent with explicit tuning, capo and frets.</w:t>
      </w:r>
    </w:p>
    <w:p>
      <w:pPr>
        <w:pStyle w:val="Heading3"/>
      </w:pPr>
      <w:r>
        <w:t>If you change your mind</w:t>
      </w:r>
    </w:p>
    <w:p>
      <w:pPr>
        <w:spacing w:after="120"/>
      </w:pPr>
      <w:r>
        <w:t>Use staff notation when exact fingering is not intended. These settings do not infer a playable chord.</w:t>
      </w:r>
    </w:p>
    <w:p>
      <w:pPr>
        <w:pStyle w:val="Heading2"/>
      </w:pPr>
      <w:r>
        <w:t>Guitar or ukulele part</w:t>
      </w:r>
    </w:p>
    <w:p>
      <w:pPr>
        <w:spacing w:after="120"/>
      </w:pPr>
      <w:r>
        <w:t>Chooses the part receiving a strum or picking pattern.</w:t>
      </w:r>
    </w:p>
    <w:p>
      <w:pPr>
        <w:pStyle w:val="Heading3"/>
      </w:pPr>
      <w:r>
        <w:t>How to use it</w:t>
      </w:r>
    </w:p>
    <w:p>
      <w:pPr>
        <w:spacing w:after="120"/>
      </w:pPr>
      <w:r>
        <w:t>Select the named guitar or ukulele part before supplying strings.</w:t>
      </w:r>
    </w:p>
    <w:p>
      <w:pPr>
        <w:pStyle w:val="Heading3"/>
      </w:pPr>
      <w:r>
        <w:t>What the choices mean</w:t>
      </w:r>
    </w:p>
    <w:p>
      <w:pPr>
        <w:spacing w:after="120"/>
      </w:pPr>
      <w:r>
        <w:t>Ukulele has only four strings; high/low G follows its Part settings.</w:t>
      </w:r>
    </w:p>
    <w:p>
      <w:pPr>
        <w:pStyle w:val="Heading3"/>
      </w:pPr>
      <w:r>
        <w:t>What happens next</w:t>
      </w:r>
    </w:p>
    <w:p>
      <w:pPr>
        <w:spacing w:after="120"/>
      </w:pPr>
      <w:r>
        <w:t>The pattern proposal refers to this part only.</w:t>
      </w:r>
    </w:p>
    <w:p>
      <w:pPr>
        <w:pStyle w:val="Heading3"/>
      </w:pPr>
      <w:r>
        <w:t>If you change your mind</w:t>
      </w:r>
    </w:p>
    <w:p>
      <w:pPr>
        <w:spacing w:after="120"/>
      </w:pPr>
      <w:r>
        <w:t>Choose another part or Cancel before applying the proposal.</w:t>
      </w:r>
    </w:p>
    <w:p>
      <w:pPr>
        <w:pStyle w:val="Heading2"/>
      </w:pPr>
      <w:r>
        <w:t>Percussion sound</w:t>
      </w:r>
    </w:p>
    <w:p>
      <w:pPr>
        <w:spacing w:after="120"/>
      </w:pPr>
      <w:r>
        <w:t>Chooses a named unpitched sound for the selected Percussion part.</w:t>
      </w:r>
    </w:p>
    <w:p>
      <w:pPr>
        <w:pStyle w:val="Heading3"/>
      </w:pPr>
      <w:r>
        <w:t>How to use it</w:t>
      </w:r>
    </w:p>
    <w:p>
      <w:pPr>
        <w:spacing w:after="120"/>
      </w:pPr>
      <w:r>
        <w:t>Choose the sound, position and duration. Enter records it; Add this percussion sound gathers a simultaneous hit before Enter.</w:t>
      </w:r>
    </w:p>
    <w:p>
      <w:pPr>
        <w:pStyle w:val="Heading3"/>
      </w:pPr>
      <w:r>
        <w:t>What the choices mean</w:t>
      </w:r>
    </w:p>
    <w:p>
      <w:pPr>
        <w:spacing w:after="120"/>
      </w:pPr>
      <w:r>
        <w:t>Names identify actual General MIDI percussion sounds. Pitch controls are hidden. Timpani instead uses ordinary sounding pitches.</w:t>
      </w:r>
    </w:p>
    <w:p>
      <w:pPr>
        <w:pStyle w:val="Heading3"/>
      </w:pPr>
      <w:r>
        <w:t>What happens next</w:t>
      </w:r>
    </w:p>
    <w:p>
      <w:pPr>
        <w:spacing w:after="120"/>
      </w:pPr>
      <w:r>
        <w:t>The hit joins the waiting list. Enter advances by duration when Advance is checked.</w:t>
      </w:r>
    </w:p>
    <w:p>
      <w:pPr>
        <w:pStyle w:val="Heading3"/>
      </w:pPr>
      <w:r>
        <w:t>If you change your mind</w:t>
      </w:r>
    </w:p>
    <w:p>
      <w:pPr>
        <w:spacing w:after="120"/>
      </w:pPr>
      <w:r>
        <w:t>Remove or edit a waiting hit before preview; Discard cancels a proposal and Undo reverses Apply.</w:t>
      </w:r>
    </w:p>
    <w:p>
      <w:pPr>
        <w:pStyle w:val="Heading2"/>
      </w:pPr>
      <w:r>
        <w:t>Upper or single staff clef</w:t>
      </w:r>
    </w:p>
    <w:p>
      <w:pPr>
        <w:spacing w:after="120"/>
      </w:pPr>
      <w:r>
        <w:t>Chooses the written clef without changing sounding pitch.</w:t>
      </w:r>
    </w:p>
    <w:p>
      <w:pPr>
        <w:pStyle w:val="Heading3"/>
      </w:pPr>
      <w:r>
        <w:t>How to use it</w:t>
      </w:r>
    </w:p>
    <w:p>
      <w:pPr>
        <w:spacing w:after="120"/>
      </w:pPr>
      <w:r>
        <w:t>Choose Treble, Bass, Alto or Tenor for a pitched part; unpitched Percussion uses Percussion.</w:t>
      </w:r>
    </w:p>
    <w:p>
      <w:pPr>
        <w:pStyle w:val="Heading3"/>
      </w:pPr>
      <w:r>
        <w:t>What the choices mean</w:t>
      </w:r>
    </w:p>
    <w:p>
      <w:pPr>
        <w:spacing w:after="120"/>
      </w:pPr>
      <w:r>
        <w:t>Viola starts in alto, cello and timpani in bass. This sets a part clef; it does not insert a later clef change in a measure.</w:t>
      </w:r>
    </w:p>
    <w:p>
      <w:pPr>
        <w:pStyle w:val="Heading3"/>
      </w:pPr>
      <w:r>
        <w:t>What happens next</w:t>
      </w:r>
    </w:p>
    <w:p>
      <w:pPr>
        <w:spacing w:after="120"/>
      </w:pPr>
      <w:r>
        <w:t>The reviewed part settings and exported XML retain the selected clef.</w:t>
      </w:r>
    </w:p>
    <w:p>
      <w:pPr>
        <w:pStyle w:val="Heading3"/>
      </w:pPr>
      <w:r>
        <w:t>If you change your mind</w:t>
      </w:r>
    </w:p>
    <w:p>
      <w:pPr>
        <w:spacing w:after="120"/>
      </w:pPr>
      <w:r>
        <w:t>Preview checks existing notes. Cancel leaves the earlier clef; Undo restores an applied part change.</w:t>
      </w:r>
    </w:p>
    <w:p>
      <w:pPr>
        <w:pStyle w:val="Heading2"/>
      </w:pPr>
      <w:r>
        <w:t>Source references</w:t>
      </w:r>
    </w:p>
    <w:p>
      <w:pPr>
        <w:spacing w:after="120"/>
      </w:pPr>
      <w:r>
        <w:t>https://musescore.com/sheetmusic</w:t>
      </w:r>
    </w:p>
    <w:p>
      <w:pPr>
        <w:spacing w:after="120"/>
      </w:pPr>
      <w:r>
        <w:t>https://fourscoreandmore.org/openscore/lieder/</w:t>
      </w:r>
    </w:p>
    <w:p>
      <w:pPr>
        <w:spacing w:after="120"/>
      </w:pPr>
      <w:r>
        <w:t>https://fourscoreandmore.org/openscore/stringquartets/</w:t>
      </w:r>
    </w:p>
    <w:p>
      <w:pPr>
        <w:spacing w:after="120"/>
      </w:pPr>
      <w:r>
        <w:t>https://imslp.org/wiki/IMSLP:View_Genres</w:t>
      </w:r>
    </w:p>
    <w:p>
      <w:pPr>
        <w:spacing w:after="120"/>
      </w:pPr>
      <w:r>
        <w:t>https://www.mutopiaproject.org/browse.html</w:t>
      </w:r>
    </w:p>
    <w:p>
      <w:pPr>
        <w:spacing w:after="120"/>
      </w:pPr>
      <w:r>
        <w:t>https://www.musicxml.com/music-in-musicxml/example-set/</w:t>
      </w:r>
    </w:p>
    <w:p>
      <w:pPr>
        <w:spacing w:after="120"/>
      </w:pPr>
      <w:r>
        <w:t>https://www.cpdl.org/wiki/index.php/Main_Page</w:t>
      </w:r>
    </w:p>
    <w:p>
      <w:pPr>
        <w:spacing w:after="120"/>
      </w:pPr>
      <w:r>
        <w:t>OpenScore catalogue routes were checked with actual vocal and quartet MusicXML downloads and a separate viola PDF. The automated MuseScore browser session was held at its security verification page; account downloads were not tested. The app opens that source in the normal browser for the user’s own website access. No account or subscription is required for the supplied OpenScore catalogue downloads. Availability and access for an individual website score can change.</w:t>
      </w:r>
    </w:p>
    <w:p>
      <w:pPr>
        <w:pStyle w:val="Heading1"/>
      </w:pPr>
      <w:r>
        <w:t>Composer language and spoken entry</w:t>
      </w:r>
    </w:p>
    <w:p>
      <w:pPr>
        <w:spacing w:after="120"/>
      </w:pPr>
      <w:r>
        <w:t>This reference explains the words the composer accepts, where to enter them and what happens next. The same musical words can be typed or transcribed with Start dictation. Examples are optional. Use your own pitches, rhythms and part names. Nothing described here applies music until a valid preview is reviewed and Apply reviewed changes is chosen.</w:t>
      </w:r>
    </w:p>
    <w:p>
      <w:pPr>
        <w:pStyle w:val="Heading2"/>
      </w:pPr>
      <w:r>
        <w:t>Choose the entry route</w:t>
      </w:r>
    </w:p>
    <w:p>
      <w:pPr>
        <w:spacing w:after="120"/>
      </w:pPr>
      <w:r>
        <w:t>For selected notes, press Ctrl+E or choose Choose notes and rhythm. This opens Enter notes — SpeakTab composer, the selection window for adding notes and rests. Enter records a note, chord, rest or percussion hit in the waiting list and optionally advances by duration. Tab moves between controls. This route does not require a written sentence.</w:t>
      </w:r>
    </w:p>
    <w:p>
      <w:pPr>
        <w:spacing w:after="120"/>
      </w:pPr>
      <w:r>
        <w:t>For local phrases, use Describe music to add or change on Enter music. Type one instruction on each line, or separate instructions with semicolons. Ctrl+Enter or Preview direct entry reads the supported wording below without contacting an AI service. Enter in this multiline description starts another line; it does not enter a note. This differs from Enter in the Ctrl+E selection window.</w:t>
      </w:r>
    </w:p>
    <w:p>
      <w:pPr>
        <w:spacing w:after="120"/>
      </w:pPr>
      <w:r>
        <w:t>For a freer request, use Interpret with ChatGPT after selecting an available model and the intended connection. The request and current composition are sent for interpretation. The reply is a proposed edit or a clarification. This route can use connected service credits. A sentence accepted by ChatGPT is not necessarily accepted by Preview direct entry.</w:t>
      </w:r>
    </w:p>
    <w:p>
      <w:pPr>
        <w:spacing w:after="120"/>
      </w:pPr>
      <w:r>
        <w:t>How to compose opens this reference and the full composing controls. F1 explains the focused control. Review changes shows the proposed musical result; Hear proposed score is optional. Apply reviewed changes adds it to the working composition. Discard proposal abandons it. Undo restores an applied change. Ctrl+S saves the applied music and unfinished entry; Export MusicXML writes applied music only.</w:t>
      </w:r>
    </w:p>
    <w:p>
      <w:pPr>
        <w:pStyle w:val="Heading2"/>
      </w:pPr>
      <w:r>
        <w:t>Part position staff and rhythm line</w:t>
      </w:r>
    </w:p>
    <w:p>
      <w:pPr>
        <w:spacing w:after="120"/>
      </w:pPr>
      <w:r>
        <w:t>Before writing, check Entry part, Entry measure, Entry beat, Entry staff, Rhythm line and Default note duration on Enter music. A phrase can override them. The part must already exist. Use its exact displayed name, such as Violin 1, Viola, Cello, Soprano or Drum kit. The word part may precede the name. An instrument name is not a command to add that instrument.</w:t>
      </w:r>
    </w:p>
    <w:p>
      <w:pPr>
        <w:spacing w:after="120"/>
      </w:pPr>
      <w:r>
        <w:t>A named measure continues across following lines or semicolon instructions until another measure is named. Other omitted choices return to the visible defaults for each new instruction: part, staff, rhythm line, starting beat and duration. They do not carry forward from the preceding instruction. A sequence of pitches inside one instruction advances by its duration. A new instruction does not automatically start after the previous instruction.</w:t>
      </w:r>
    </w:p>
    <w:p>
      <w:pPr>
        <w:spacing w:after="120"/>
      </w:pPr>
      <w:r>
        <w:t>Optional example: measure 2 beat 1 C4 half note; beat 3 D4 quarter note. Both notes belong to measure 2. The second phrase explicitly says beat 3; without it the second phrase would use the displayed starting beat and could overlap the first note. Start a new phrase with its intended beat, and repeat its part or staff whenever those differ from the visible defaults.</w:t>
      </w:r>
    </w:p>
    <w:p>
      <w:pPr>
        <w:spacing w:after="120"/>
      </w:pPr>
      <w:r>
        <w:t>Choose distinct part names that do not also mean a position, pitch or percussion sound. Plain names are matched as words in the instruction, with longer names tried first. A name such as Bass can also occur in Bass Drum 1. If a phrase selects the wrong part, use the Ctrl+E Part selector and named-sound controls, or rename the part clearly, instead of applying the wrong proposal.</w:t>
      </w:r>
    </w:p>
    <w:p>
      <w:pPr>
        <w:spacing w:after="120"/>
      </w:pPr>
      <w:r>
        <w:t>Use measure 2 or bar 2, beat 1 or beat 2.5, staff 1 or staff 2, and voice 1 through voice 8. Voice here means a rhythm line on the same staff. It does not choose a singer or instrument. Keep voice 1 for ordinary entry. Choose a named vocal part to select its singer.</w:t>
      </w:r>
    </w:p>
    <w:p>
      <w:pPr>
        <w:spacing w:after="120"/>
      </w:pPr>
      <w:r>
        <w:t>Piano and Harp have staff 1 upper and staff 2 lower. Other parts have staff 1. Right hand or RH selects staff 1; left hand or LH selects staff 2. These words only set a staff number: they do not select Piano or Harp and do not enforce which hand plays. For harp, staff 1 and staff 2 are the clearest phrases.</w:t>
      </w:r>
    </w:p>
    <w:p>
      <w:pPr>
        <w:spacing w:after="120"/>
      </w:pPr>
      <w:r>
        <w:t>Beat numbers follow the written time signature. In 4/4 a quarter note lasts one beat. In 6/8 each numbered beat is an eighth note, so a quarter lasts two numbered beats. A duration can continue across a bar line, but the initial measure must exist and the resulting passage must fit the score. Use Score settings or Measure tools to add enough measures before a typed passage. The selection window can extend the score as successive notes are entered; this is a different entry route.</w:t>
      </w:r>
    </w:p>
    <w:p>
      <w:pPr>
        <w:pStyle w:val="Heading2"/>
      </w:pPr>
      <w:r>
        <w:t>Pitch words and octaves</w:t>
      </w:r>
    </w:p>
    <w:p>
      <w:pPr>
        <w:spacing w:after="120"/>
      </w:pPr>
      <w:r>
        <w:t>Write a pitch letter A through G, an optional accidental and an octave number. C4 is middle C. C3 is the C below it; C5 is the C above. F#4 is F sharp in octave 4; Bb3 is B flat in octave 3. Natural pitches have no accidental symbol, as in F4. Spell the pitch you intend even when a key signature is set. The key signature does not guess an accidental for an unqualified pitch name.</w:t>
      </w:r>
    </w:p>
    <w:p>
      <w:pPr>
        <w:spacing w:after="120"/>
      </w:pPr>
      <w:r>
        <w:t>Accepted spoken-style spellings include C sharp four, B flat three, F natural four, C double sharp four and C double flat four. C four and middle C are also accepted. For positions, staff, rhythm line, string and fret, the number words zero through nine are accepted after their full labels, such as measure two or fret three. Use digits for larger numbers and decimal positions. Tempo requires digits.</w:t>
      </w:r>
    </w:p>
    <w:p>
      <w:pPr>
        <w:spacing w:after="120"/>
      </w:pPr>
      <w:r>
        <w:t>Typed accidentals include # or the sharp sign, b or the flat sign, ## or x for a double sharp, and bb for a double flat. Use Cbb4 for a double flat. The supported musical pitch and export ranges are checked; an octave outside the accepted range produces a correction message.</w:t>
      </w:r>
    </w:p>
    <w:p>
      <w:pPr>
        <w:spacing w:after="120"/>
      </w:pPr>
      <w:r>
        <w:t>All pitched parts use sounding pitches. Viola and Cello retain their sounding octaves when written in alto, bass or tenor clef. Ukulele retains its sounding octave. Standard guitar staff notation is exported an octave above its sounding pitches, with the guitar transposition retained. Choosing another clef does not change the pitch entered.</w:t>
      </w:r>
    </w:p>
    <w:p>
      <w:pPr>
        <w:pStyle w:val="Heading2"/>
      </w:pPr>
      <w:r>
        <w:t>Notes chords rests and sequence words</w:t>
      </w:r>
    </w:p>
    <w:p>
      <w:pPr>
        <w:spacing w:after="120"/>
      </w:pPr>
      <w:r>
        <w:t>One pitch makes one note: measure 1 beat 1 C4 quarter note. Use plus, + or together to make simultaneous chord tones: measure 1 beat 1 C4 plus E4 plus G4 half note. All tones in that instruction share its position, duration, part, staff and rhythm line.</w:t>
      </w:r>
    </w:p>
    <w:p>
      <w:pPr>
        <w:spacing w:after="120"/>
      </w:pPr>
      <w:r>
        <w:t>Use then for successive notes: measure 1 beat 1 C4 then D4 then E4 eighth notes. A plain pitch sequence such as C4 D4 E4 eighth notes also makes successive notes. Commas can separate these pitches. Each note in the sequence has the same duration; its next position is calculated from that duration.</w:t>
      </w:r>
    </w:p>
    <w:p>
      <w:pPr>
        <w:spacing w:after="120"/>
      </w:pPr>
      <w:r>
        <w:t>Use a separate line or semicolon instruction when the next note has a different duration, part, staff or other choice. For a chord followed by a note, write measure 1 beat 1 C4 plus E4 quarter note; beat 2 G4 quarter note. Plus and then in one instruction are rejected because their grouping could be unclear. C4 and E4 is also rejected; replace and with plus or then.</w:t>
      </w:r>
    </w:p>
    <w:p>
      <w:pPr>
        <w:spacing w:after="120"/>
      </w:pPr>
      <w:r>
        <w:t>Rest or rests creates silence of the supplied duration: measure 1 beat 3 rest half note. A rest cannot also have pitches or lyrics. It occupies time on that part, staff and rhythm line. An empty interval is not permission to invent a note.</w:t>
      </w:r>
    </w:p>
    <w:p>
      <w:pPr>
        <w:spacing w:after="120"/>
      </w:pPr>
      <w:r>
        <w:t>Add, play, put, write, enter, a, an, the, at, on, in, note, notes and please can occur around a supported local phrase. They do not add another operation. In particular, play C4 quarter note proposes a written note; it does not start playback. Use Play score to hear applied music. Keep phrases simple when wording is unclear.</w:t>
      </w:r>
    </w:p>
    <w:p>
      <w:pPr>
        <w:pStyle w:val="Heading2"/>
      </w:pPr>
      <w:r>
        <w:t>All local duration words and short forms</w:t>
      </w:r>
    </w:p>
    <w:p>
      <w:pPr>
        <w:spacing w:after="120"/>
      </w:pPr>
      <w:r>
        <w:t>Full duration words are whole, half, quarter, eighth, sixteenth or 16th, thirty-second or thirty second or 32nd, sixty-fourth or sixty fourth or 64th, and 128th. Note or notes may follow. A dotted prefix adds half the original value; double dotted adds three quarters of the original value. Examples: dotted quarter note and double dotted half note.</w:t>
      </w:r>
    </w:p>
    <w:p>
      <w:pPr>
        <w:spacing w:after="120"/>
      </w:pPr>
      <w:r>
        <w:t>In 4/4, a whole note lasts four beats, a half note two beats, a quarter one beat and an eighth half a beat. To request two beats there, write C4 half note. Two beats is not a local duration phrase. In 6/8, two numbered eighth-note beats instead make a quarter note. Choose the note value that fits the written time signature.</w:t>
      </w:r>
    </w:p>
    <w:p>
      <w:pPr>
        <w:spacing w:after="120"/>
      </w:pPr>
      <w:r>
        <w:t>Plain values are available through 128th, dotted values through 64th and double dotted values through 32nd. Dotted 128th and double dotted 64th or 128th do not fit the current exact timing grid and are rejected. The duration selector omits those invalid choices. Tuplet subdivisions must also fit the supported exact grid.</w:t>
      </w:r>
    </w:p>
    <w:p>
      <w:pPr>
        <w:spacing w:after="120"/>
      </w:pPr>
      <w:r>
        <w:t>Short duration words are wn for whole, hn for half, qn for quarter, en for eighth and sn for sixteenth. A final dot gives dotted duration; two final dots give double dotted duration. The token "qn." means dotted quarter and "hn.." means double dotted half. Type the token and its dots, without quotation marks.</w:t>
      </w:r>
    </w:p>
    <w:p>
      <w:pPr>
        <w:spacing w:after="120"/>
      </w:pPr>
      <w:r>
        <w:t>The slash forms /w, /h, /q, /e and /s mean the same five values. Place a space before a slash form, as in "C4 /q". Add one or two dots for dotted or double dotted values: "/q." means dotted quarter and "/h.." means double dotted half. Enter these examples without quotation marks. Full duration words remain the clearest choice if punctuation is confusing.</w:t>
      </w:r>
    </w:p>
    <w:p>
      <w:pPr>
        <w:spacing w:after="120"/>
      </w:pPr>
      <w:r>
        <w:t>M2 or m2 means measure 2. Lowercase b1 or b2.5 means beat 1 or beat 2.5. Uppercase B1 means the musical pitch B in octave 1; it is not a beat instruction. @1 or @2.5 also specifies a beat when separated by a space. RH and LH mean right hand and left hand. V2 or v2 means rhythm line 2, not the second vocal part. Except for lowercase b as a beat abbreviation, these short words are not case sensitive.</w:t>
      </w:r>
    </w:p>
    <w:p>
      <w:pPr>
        <w:spacing w:after="120"/>
      </w:pPr>
      <w:r>
        <w:t>Optional equivalent chord phrases: measure 1 beat 1 right hand C4 plus E4 plus G4 half note; m1 b1 RH C4+E4+G4 hn. Enter either phrase on its own, not both at the same occupied position. A normal piano bass example is m1 b1 LH C3 wn. Give the full voice-part name for a singer rather than RH or LH.</w:t>
      </w:r>
    </w:p>
    <w:p>
      <w:pPr>
        <w:spacing w:after="120"/>
      </w:pPr>
      <w:r>
        <w:t>Triplet or triplets sets three of the chosen note value in the time of two. Example: measure 1 beat 1 C4 then D4 then E4 eighth notes triplet. Each of those three notes is one triplet eighth. Direct entry provides this 3-in-2 wording; choose an explicit Actual notes and Normal notes ratio in the selection controls for another supported tuplet. For recurring decimal beat positions use enough digits, such as 1.66666667 for a quarter-note triplet position in 4/4. Review the resulting beats rather than rounding them by eye.</w:t>
      </w:r>
    </w:p>
    <w:p>
      <w:pPr>
        <w:pStyle w:val="Heading2"/>
      </w:pPr>
      <w:r>
        <w:t>Guitar and ukulele words</w:t>
      </w:r>
    </w:p>
    <w:p>
      <w:pPr>
        <w:spacing w:after="120"/>
      </w:pPr>
      <w:r>
        <w:t>On an existing Guitar or Ukulele part, string 1 fret 0 enters its open first string. The local phrase may also name its sounding pitch, such as E4 string 1 fret 0 quarter note on a standard-tuned guitar. If the named pitch disagrees with the tuning, capo, string and fret, preview is rejected. Frets are counted from the capo. Set tuning and capo in Part settings before entering fingerings.</w:t>
      </w:r>
    </w:p>
    <w:p>
      <w:pPr>
        <w:spacing w:after="120"/>
      </w:pPr>
      <w:r>
        <w:t>Guitar strings are numbered 1 through 6. Ukulele strings are 1 through 4. Default high-G ukulele is A4 E4 C4 G4, string 1 first; low-G changes the last pitch to G3. High-G string numbering does not follow descending pitch. Do not enter a guitar sixth string on Ukulele.</w:t>
      </w:r>
    </w:p>
    <w:p>
      <w:pPr>
        <w:spacing w:after="120"/>
      </w:pPr>
      <w:r>
        <w:t>A local phrase can supply one string/fret pair. For successive fingered notes use separate instructions with explicit beats. For a fingered chord, use the Ctrl+E string/fret selectors and Add chosen string and fret for every simultaneous tone, or request the exact voicing with ChatGPT. A chord symbol such as C, Am or G7 labels harmony; it does not choose or generate played tones.</w:t>
      </w:r>
    </w:p>
    <w:p>
      <w:pPr>
        <w:spacing w:after="120"/>
      </w:pPr>
      <w:r>
        <w:t>Guitar or ukulele pattern on Score has its own pattern field. D is down strum, U is up strum and - is a rest. Picking uses string numbers; + joins simultaneous plucks, as in 4+1. Supply Played strings and frets separately, one string/fret per line, and choose the length of each step. The complete pattern must fill one measure. For optional eighth-note ukulele picking in 4/4, 4 3 2 1 4 3 2 1 is eight successive steps. These pattern symbols belong in that tool, not in the direct description box. Occupied time is rejected.</w:t>
      </w:r>
    </w:p>
    <w:p>
      <w:pPr>
        <w:pStyle w:val="Heading2"/>
      </w:pPr>
      <w:r>
        <w:t>Words in note and chord editing boxes</w:t>
      </w:r>
    </w:p>
    <w:p>
      <w:pPr>
        <w:spacing w:after="120"/>
      </w:pPr>
      <w:r>
        <w:t>The Notes in selected note or chord box describes one simultaneous event, rather than a whole passage. Put each sounding pitch on its own line, for example C4 on one line and E4 on the next. Commas or semicolons also separate simultaneous entries here. This differs from a plain pitch sequence in the direct description box.</w:t>
      </w:r>
    </w:p>
    <w:p>
      <w:pPr>
        <w:spacing w:after="120"/>
      </w:pPr>
      <w:r>
        <w:t>For Guitar or Ukulele, a line can be string 1 fret 0, or a matching pitch followed by that string and fret. A final tie on a line, as in C4 tie, connects that same spelled pitch to an immediately following event on the same staff and rhythm line. In fretted music it stays on the supplied string. Enter the next note as well. An unfinished selection draft can retain the tie while you continue entering, but a reviewed passage must contain its matching continuation.</w:t>
      </w:r>
    </w:p>
    <w:p>
      <w:pPr>
        <w:spacing w:after="120"/>
      </w:pPr>
      <w:r>
        <w:t>The word tie belongs to these pitch lines; it is not a supported local-description instruction. A slur is a separate expression over note onsets and does not mean a repeated pitch is held. For an unpitched Percussion part, each line instead contains a named sound such as Acoustic Snare; it may have a final tie for a written continuation. A tie does not generate repeated drum strikes or a roll.</w:t>
      </w:r>
    </w:p>
    <w:p>
      <w:pPr>
        <w:pStyle w:val="Heading2"/>
      </w:pPr>
      <w:r>
        <w:t>Lyrics and written expression</w:t>
      </w:r>
    </w:p>
    <w:p>
      <w:pPr>
        <w:spacing w:after="120"/>
      </w:pPr>
      <w:r>
        <w:t>A direct phrase can attach one quoted word or syllable to its one note or chord: measure 1 beat 1 C4 quarter note lyric "Hello". Lyric or lyrics, optionally followed by : or =, is accepted before the straight double quotes. The word is placed in verse 1 as a complete word. A lyric on a chord is attached once, not once per tone.</w:t>
      </w:r>
    </w:p>
    <w:p>
      <w:pPr>
        <w:spacing w:after="120"/>
      </w:pPr>
      <w:r>
        <w:t>Use separate instructions for syllables at different notes. One quoted lyric cannot be distributed across a sequence of several notes. Do not put semicolons or line breaks inside a quoted lyric in direct entry, because those characters separate instructions. Use the lyric controls for such text, other verses, begin/middle/end syllable marks and extenders. Ctrl+L edits lyrics at the selected applied note.</w:t>
      </w:r>
    </w:p>
    <w:p>
      <w:pPr>
        <w:spacing w:after="120"/>
      </w:pPr>
      <w:r>
        <w:t>Dynamics, articulation, chord-symbol labels, bow direction, bowed-string finger/string markings, harp pedals, slurs, crescendo, diminuendo, piano pedal, ties and written directions are available through their named controls. They are not extra direct-description words unless listed above. A phrase such as C4 quarter note staccato is rejected by local direct entry; use Edit selected event or Interpret with ChatGPT.</w:t>
      </w:r>
    </w:p>
    <w:p>
      <w:pPr>
        <w:spacing w:after="120"/>
      </w:pPr>
      <w:r>
        <w:t>Supported dynamics are ppp, pp, p, mp, mf, f, ff, fff, sfz and fp. Supported articulations are staccato, tenuto, accent, strong-accent and staccatissimo. Empty means no such marking. Up bow and Down bow are written bowed-string marks; violin, viola and cello use their own string labels. Harp pedals use all seven D C B E F G A values, flat, natural or sharp. These markings do not certify fingerings or pedal feasibility, retune pitches or synthesize written techniques.</w:t>
      </w:r>
    </w:p>
    <w:p>
      <w:pPr>
        <w:spacing w:after="120"/>
      </w:pPr>
      <w:r>
        <w:t>Written direction accepts ordinary text, including a technique name, without implementing a new notation or performance effect. Vocal playback uses a wordless sound; entering lyrics does not make it sing those words. Use the control reference for the preview and correction of each expression.</w:t>
      </w:r>
    </w:p>
    <w:p>
      <w:pPr>
        <w:pStyle w:val="Heading2"/>
      </w:pPr>
      <w:r>
        <w:t>Named drum sounds and aliases</w:t>
      </w:r>
    </w:p>
    <w:p>
      <w:pPr>
        <w:spacing w:after="120"/>
      </w:pPr>
      <w:r>
        <w:t>On a Percussion part, use a named sound instead of a pitched note: measure 1 beat 1 Bass Drum 1 plus Closed Hi-Hat quarter note; beat 2 Acoustic Snare quarter note. Plus makes simultaneous hits. Use separate instructions with explicit beats for successive hits. A duplicate sound at one event is rejected. A written duration is not a request for a roll.</w:t>
      </w:r>
    </w:p>
    <w:p>
      <w:pPr>
        <w:spacing w:after="120"/>
      </w:pPr>
      <w:r>
        <w:t>The complete supported sound names follow. They can be chosen from Percussion sound or used in a local phrase. Hyphens, underscores and spaces in sound names are treated alike. The visible names are the clearest reference.</w:t>
      </w:r>
    </w:p>
    <w:p>
      <w:pPr>
        <w:spacing w:after="120"/>
      </w:pPr>
      <w:r>
        <w:t>Acoustic Bass Drum; Bass Drum 1; Side Stick; Acoustic Snare; Hand Clap; Electric Snare; Low Floor Tom; Closed Hi-Hat; High Floor Tom; Pedal Hi-Hat; Low Tom; Open Hi-Hat; Low-Mid Tom; Hi-Mid Tom; Crash Cymbal 1; High Tom; Ride Cymbal 1; Chinese Cymbal; Ride Bell; Tambourine; Splash Cymbal; Cowbell; Crash Cymbal 2; Vibraslap; Ride Cymbal 2; Hi Bongo; Low Bongo; Mute Hi Conga; Open Hi Conga; Low Conga; High Timbale; Low Timbale; High Agogo; Low Agogo; Cabasa; Maracas; Short Whistle; Long Whistle; Short Guiro; Long Guiro; Claves; Hi Wood Block; Low Wood Block; Mute Cuica; Open Cuica; Mute Triangle; Open Triangle.</w:t>
      </w:r>
    </w:p>
    <w:p>
      <w:pPr>
        <w:spacing w:after="120"/>
      </w:pPr>
      <w:r>
        <w:t>Accepted short alternatives: kick, kick drum and bass drum mean Bass Drum 1; snare and snare drum mean Acoustic Snare; closed hat and hi hat mean Closed Hi-Hat; open hat means Open Hi-Hat. Timpani is pitched: use its ordinary note names and octaves instead of these unpitched drum names.</w:t>
      </w:r>
    </w:p>
    <w:p>
      <w:pPr>
        <w:pStyle w:val="Heading2"/>
      </w:pPr>
      <w:r>
        <w:t>Tempo and deletion phrases</w:t>
      </w:r>
    </w:p>
    <w:p>
      <w:pPr>
        <w:spacing w:after="120"/>
      </w:pPr>
      <w:r>
        <w:t>Tempo 96, set tempo 96, tempo to 96 and set tempo to 96 bpm are local instructions for the overall tempo setting. The number is quarter notes per minute, from 20 through 300. It does not choose note duration or playback speed percentage. Existing measure-specific tempo settings can still override the overall setting.</w:t>
      </w:r>
    </w:p>
    <w:p>
      <w:pPr>
        <w:spacing w:after="120"/>
      </w:pPr>
      <w:r>
        <w:t>Delete selected, delete selected event, delete selected note, remove selected, remove selected event and remove selected note propose deletion of the event selected on Score. Select the event before returning to Enter music. This deletes the whole event, including every simultaneous pitch and its attached lyrics, after Apply. To remove one chord tone, edit that event instead.</w:t>
      </w:r>
    </w:p>
    <w:p>
      <w:pPr>
        <w:spacing w:after="120"/>
      </w:pPr>
      <w:r>
        <w:t>Advanced local deletion also accepts delete event followed by an existing internal event identifier, or remove event followed by that identifier; event is optional. These identifiers are not measure numbers or part names. Selecting the event and using Delete selected event is the clearer ordinary workflow. Unknown identifiers are rejected.</w:t>
      </w:r>
    </w:p>
    <w:p>
      <w:pPr>
        <w:pStyle w:val="Heading2"/>
      </w:pPr>
      <w:r>
        <w:t>Freer ChatGPT requests and their limits</w:t>
      </w:r>
    </w:p>
    <w:p>
      <w:pPr>
        <w:spacing w:after="120"/>
      </w:pPr>
      <w:r>
        <w:t>Use Interpret with ChatGPT for supported edits that do not have a local phrase: settings, adding or removing parts, replacing events, lyrics and verses, copying/inserting/deleting measures, transposition, per-measure settings, repeats and supported expressions. Name the part, staff, measure range and intended result. Unspecified details should be clarified or explained as visible defaults. The app validates the returned proposal before presenting Apply.</w:t>
      </w:r>
    </w:p>
    <w:p>
      <w:pPr>
        <w:spacing w:after="120"/>
      </w:pPr>
      <w:r>
        <w:t>Optional request examples: In Viola, change only the note at measure 2 beat 1 to D4, keeping its duration and all other music. Copy measures 1 through 2 of Cello to measures 3 through 4 without replacing occupied notes. In Piano, add a crescendo from p at measure 1 beat 1 to f at measure 2 beat 4 on upper staff rhythm line 1. Add a second lyric verse at the specified notes, keeping verse 1. These are examples of requests to interpret, not fixed local commands or guarantees of a particular model response.</w:t>
      </w:r>
    </w:p>
    <w:p>
      <w:pPr>
        <w:spacing w:after="120"/>
      </w:pPr>
      <w:r>
        <w:t>If you want creative choices, say so explicitly: suggest four measures for these named parts, or propose a voicing for this chord. The response must still be reviewed as newly proposed music. A named chord does not by itself authorize a particular fingering or voicing. Do not treat a model explanation as proof of the notes actually returned.</w:t>
      </w:r>
    </w:p>
    <w:p>
      <w:pPr>
        <w:spacing w:after="120"/>
      </w:pPr>
      <w:r>
        <w:t>Measure tools and the direct controls perform the same supported arranging jobs without a model. Copy rejects occupied destinations; Insert and Delete affect shared measures across all parts. Transpose moves pitched notes, retaining valid supplied fretted strings and shifting their frets; unpitched drum sounds stay unchanged. Transpose does not automatically rewrite the key signature. Repeats export, while composer practice playback currently plays the written measures once.</w:t>
      </w:r>
    </w:p>
    <w:p>
      <w:pPr>
        <w:spacing w:after="120"/>
      </w:pPr>
      <w:r>
        <w:t>The composer edits SpeakTab projects and unchanged authored XML that retains its matching embedded project. It does not edit arbitrary downloaded scores or provide page engraving, editable grace notes or unsupported advanced instrumental techniques. A written instruction can preserve a direction but cannot make an unsupported operation work.</w:t>
      </w:r>
    </w:p>
    <w:p>
      <w:pPr>
        <w:pStyle w:val="Heading2"/>
      </w:pPr>
      <w:r>
        <w:t>Dictate a phrase and check its transcript</w:t>
      </w:r>
    </w:p>
    <w:p>
      <w:pPr>
        <w:spacing w:after="120"/>
      </w:pPr>
      <w:r>
        <w:t>In the composer, focus Describe music to add or change and choose Start dictation. This uses local Windows speech recognition to transcribe words into that box. It does not execute them. Say a clear musical phrase such as measure one beat one C sharp four quarter note. Choose Stop dictation when finished, then check the transcript, especially letter, accidental, octave, number and punctuation.</w:t>
      </w:r>
    </w:p>
    <w:p>
      <w:pPr>
        <w:spacing w:after="120"/>
      </w:pPr>
      <w:r>
        <w:t>Use the keyboard to correct the transcript and supply line breaks, semicolons and quoted lyrics where needed. Speech recognition may hear C as see or four as for; those are not additional accepted pitch spellings. Preview direct entry uses the same supported local wording as typed text. Interpret with ChatGPT is a separate, explicit action for freer wording.</w:t>
      </w:r>
    </w:p>
    <w:p>
      <w:pPr>
        <w:spacing w:after="120"/>
      </w:pPr>
      <w:r>
        <w:t>Saying stop dictation is not a fixed composer command; use the Stop dictation button, the composer Stop action or Escape during active dictation. Stopping keeps the transcribed text. Ctrl+S retains unfinished text for reopening. Merely opening a tutorial, help or the composer does not start dictation or send a request.</w:t>
      </w:r>
    </w:p>
    <w:p>
      <w:pPr>
        <w:pStyle w:val="Heading2"/>
      </w:pPr>
      <w:r>
        <w:t>Understand a rejected or unclear request</w:t>
      </w:r>
    </w:p>
    <w:p>
      <w:pPr>
        <w:spacing w:after="120"/>
      </w:pPr>
      <w:r>
        <w:t>Direct entry does not understand followed by a quoted remainder identifies words outside its supported local wording. Remove or correct those words, use the named controls, or deliberately choose Interpret with ChatGPT. No earlier part of a rejected description is silently applied.</w:t>
      </w:r>
    </w:p>
    <w:p>
      <w:pPr>
        <w:spacing w:after="120"/>
      </w:pPr>
      <w:r>
        <w:t>An overlap means two events occupy overlapping time in the same part, staff and rhythm line. Correct the beat, enter the pitches as one chord, use another rhythm line only for an independent overlapping rhythm, or edit the existing event. A missing part or out-of-score measure needs a real part or more measures first.</w:t>
      </w:r>
    </w:p>
    <w:p>
      <w:pPr>
        <w:spacing w:after="120"/>
      </w:pPr>
      <w:r>
        <w:t>A clarification asks for a missing musical choice. Answer it in the description and preview again. A valid preview is still only a proposal. Read the complete before/after result, including pitches, duration, part, staff, rhythm line, lyrics and expression, before Apply. If it is wrong, Discard returns to the applied score. Undo restores a change after Apply; Save project writes the working copy to disk.</w:t>
      </w:r>
    </w:p>
    <w:p>
      <w:pPr>
        <w:pStyle w:val="Heading1"/>
        <w:widowControl/>
      </w:pPr>
      <w:r>
        <w:t>Closing and support</w:t>
      </w:r>
    </w:p>
    <w:p>
      <w:pPr>
        <w:widowControl/>
      </w:pPr>
      <w:r>
        <w:t>F5 focuses the written ChatGPT question; Enter sends from that field; F6 focuses the answer. F8 starts the configured connected teacher; F9 ends it and its microphone. Ctrl+Alt+L toggles the Voice control listener. F12 quiets playback announcements only without changing microphone state. Ctrl+Shift+N opens the composer; Ctrl+N prepares pasted tab text in the reader.</w:t>
      </w:r>
    </w:p>
    <w:p>
      <w:pPr>
        <w:widowControl/>
      </w:pPr>
      <w:r>
        <w:t>For an unexpected result, note the active window, control, selected part, measure and command. Read status and import notices. Help &gt; Report a bug / email the developer prepares a local report for review; it sends nothing automatically. Save your current arrangement or project before closing SpeakTab or replacing installed program files.</w:t>
      </w:r>
    </w:p>
    <w:p>
      <w:r/>
    </w:p>
    <w:p>
      <w:pPr>
        <w:pStyle w:val="Heading2"/>
      </w:pPr>
      <w:r>
        <w:t>Sources for comparisons and costs</w:t>
      </w:r>
    </w:p>
    <w:p>
      <w:pPr/>
      <w:r>
        <w:t xml:space="preserve">1 MuseScore Studio overview: </w:t>
      </w:r>
      <w:hyperlink r:id="rId35">
        <w:r>
          <w:t>https://musescore.org/en</w:t>
        </w:r>
      </w:hyperlink>
    </w:p>
    <w:p>
      <w:pPr/>
      <w:r>
        <w:t xml:space="preserve">2 MuseScore file export documentation: </w:t>
      </w:r>
      <w:hyperlink r:id="rId36">
        <w:r>
          <w:t>https://handbook.musescore.org/file-management/file-export</w:t>
        </w:r>
      </w:hyperlink>
    </w:p>
    <w:p>
      <w:pPr/>
      <w:r>
        <w:t xml:space="preserve">3 MuseScore accessibility documentation: </w:t>
      </w:r>
      <w:hyperlink r:id="rId37">
        <w:r>
          <w:t>https://musescore.org/en/accessibility</w:t>
        </w:r>
      </w:hyperlink>
    </w:p>
    <w:p>
      <w:pPr/>
      <w:r>
        <w:t xml:space="preserve">4 Dancing Dots GOODFEEL tutorial: </w:t>
      </w:r>
      <w:hyperlink r:id="rId38">
        <w:r>
          <w:t>https://www.dancingdots.com/tsgf4/gf4tutorial.htm</w:t>
        </w:r>
      </w:hyperlink>
    </w:p>
    <w:p>
      <w:pPr/>
      <w:r>
        <w:t xml:space="preserve">5 MuseScore current screen-reader support: </w:t>
      </w:r>
      <w:hyperlink r:id="rId39">
        <w:r>
          <w:t>https://handbook.musescore.org/navigation/accessibility</w:t>
        </w:r>
      </w:hyperlink>
    </w:p>
    <w:p>
      <w:pPr/>
      <w:r>
        <w:t xml:space="preserve">6 MuseScore guitar TAB and standard staves: </w:t>
      </w:r>
      <w:hyperlink r:id="rId40">
        <w:r>
          <w:t>https://handbook.musescore.org/idiomatic-notation/guitar/creating-a-tablature-staff</w:t>
        </w:r>
      </w:hyperlink>
    </w:p>
    <w:p>
      <w:pPr/>
      <w:r>
        <w:t xml:space="preserve">7 RNIB Talking Scores: </w:t>
      </w:r>
      <w:hyperlink r:id="rId41">
        <w:r>
          <w:t>https://www.rnib.org.uk/living-with-sight-loss/education-and-learning/music-education/talking-scores/</w:t>
        </w:r>
      </w:hyperlink>
    </w:p>
    <w:p>
      <w:pPr/>
      <w:r>
        <w:t xml:space="preserve">8 Sound Without Sight MuseScore accessibility demonstration: </w:t>
      </w:r>
      <w:hyperlink r:id="rId42">
        <w:r>
          <w:t>https://soundwithoutsight.org/musescore-studio-tips-and-tricks-for-musicians-with-print-disabilities/</w:t>
        </w:r>
      </w:hyperlink>
    </w:p>
    <w:p>
      <w:pPr/>
      <w:r>
        <w:t xml:space="preserve">9 MuseScore input by duration: </w:t>
      </w:r>
      <w:hyperlink r:id="rId43">
        <w:r>
          <w:t>https://handbook.musescore.org/basics/input-by-duration-mode</w:t>
        </w:r>
      </w:hyperlink>
    </w:p>
    <w:p>
      <w:pPr/>
      <w:r>
        <w:t xml:space="preserve">10 MuseScore alternative note entry: </w:t>
      </w:r>
      <w:hyperlink r:id="rId44">
        <w:r>
          <w:t>https://handbook.musescore.org/en_gb/basics/alternative-note-input-methods</w:t>
        </w:r>
      </w:hyperlink>
    </w:p>
    <w:p>
      <w:pPr/>
      <w:r>
        <w:t xml:space="preserve">11 OpenAI ChatGPT and API billing: </w:t>
      </w:r>
      <w:hyperlink r:id="rId45">
        <w:r>
          <w:t>https://help.openai.com/en/articles/9039756-managing-billing-for-chatgpt-and-the-api-platform</w:t>
        </w:r>
      </w:hyperlink>
    </w:p>
    <w:p>
      <w:pPr/>
      <w:r>
        <w:t xml:space="preserve">12 Using a ChatGPT plan in other apps: </w:t>
      </w:r>
      <w:hyperlink r:id="rId46">
        <w:r>
          <w:t>https://help.openai.com/en/articles/20001542-using-your-chatgpt-plan-in-other-apps-and-sites</w:t>
        </w:r>
      </w:hyperlink>
    </w:p>
    <w:p>
      <w:pPr/>
      <w:r>
        <w:t xml:space="preserve">13 Anthropic chat plans and API access: </w:t>
      </w:r>
      <w:hyperlink r:id="rId47">
        <w:r>
          <w:t>https://support.claude.com/en/articles/9876003-i-have-a-paid-claude-subscription-pro-max-team-or-enterprise-plans-why-is-claude-api-usage-billed-separately-from-my-paid-claude-plan</w:t>
        </w:r>
      </w:hyperlink>
    </w:p>
    <w:p>
      <w:pPr/>
      <w:r>
        <w:t xml:space="preserve">14 Anthropic Claude API billing: </w:t>
      </w:r>
      <w:hyperlink r:id="rId48">
        <w:r>
          <w:t>https://support.claude.com/en/articles/8977456-how-do-i-pay-for-my-claude-api-usage</w:t>
        </w:r>
      </w:hyperlink>
    </w:p>
    <w:p>
      <w:pPr>
        <w:pStyle w:val="Heading1"/>
      </w:pPr>
      <w:r>
        <w:t>Download the complete app</w:t>
      </w:r>
    </w:p>
    <w:p>
      <w:r>
        <w:t>The project homepage is https://github.com/edenkizerccr-coder/speaktab . The newest published release is https://github.com/edenkizerccr-coder/speaktab/releases/latest . Download its complete Windows ZIP at https://github.com/edenkizerccr-coder/speaktab/releases/latest/download/SpeakTab-Windows.zip . Extract the complete ZIP and keep its assets, runtimes, licences, Samples and Guides with SpeakTab.exe. Save your work and close SpeakTab normally before replacing its program files.</w:t>
      </w:r>
    </w:p>
    <w:p>
      <w:pPr>
        <w:pStyle w:val="Heading1"/>
        <w:pageBreakBefore/>
      </w:pPr>
      <w:r>
        <w:t>PDF repair model effort and costs</w:t>
      </w:r>
    </w:p>
    <w:p>
      <w:r>
        <w:t>Connected PDF repair reads images of the original PDF in small passages. A usable local recognition result can serve as a draft, but direct repair can map the staff measures without local recognition first. AI checking takes time and does not guarantee correct notes. Allow several minutes per passage; a long score can take much longer. Follow the layout, page and measure status. Elapsed time measures duration, not completed work. The controls below help you choose a model, effort and connection for the task.</w:t>
      </w:r>
    </w:p>
    <w:p>
      <w:pPr/>
      <w:r>
        <w:t>For longer PDFs, direct AI repair in SpeakTab can plan small measure groups without local recognition first. The separate ChatGPT app or website route below is also available. Local recognition remains optional for simple files of roughly two or three pages. Audiveris can be slow, appear to stall, stop with an error or misread music. These are practical route choices, not a page limit or a promise of speed or accuracy. Cancel recognition stops the local attempt and keeps the original. Cancel repair is the separate control for an AI repair; received passages are kept.</w:t>
      </w:r>
    </w:p>
    <w:p>
      <w:pPr>
        <w:pStyle w:val="Heading2"/>
      </w:pPr>
      <w:r>
        <w:t>Recommended routes when a PDF gives problems</w:t>
      </w:r>
    </w:p>
    <w:p>
      <w:pPr/>
      <w:r>
        <w:t>For printed staff notation, first look for a matching MusicXML or MuseScore edition. If you only have a PDF, you can convert it with PlayScore or another suitable notation-recognition app, export MusicXML, then open that file in SpeakTab with Ctrl+O. Keep the original PDF. Conversion can still miss or misread notes; successful import is not a musical accuracy check. PlayScore MusicXML export requires an appropriate paid edition or subscription, so check the current terms for your edition.</w:t>
      </w:r>
    </w:p>
    <w:p>
      <w:pPr/>
      <w:r>
        <w:t>For AI help inside SpeakTab, choose File &gt; Repair current file with AI in app for an already selected PDF, or Repair another file with AI in app. In the recognition window, Fix reading with AI in SpeakTab carries the original and any recovered music into repair. You do not have to complete a successful local recognition first. The file and request go to the selected assistant when repair starts; connected use may consume account allowance or provider credits.</w:t>
      </w:r>
    </w:p>
    <w:p>
      <w:pPr/>
      <w:r>
        <w:t>If you want to discuss a difficult passage interactively, or have trouble with the in-app connection, use Prepare repair on ChatGPT website (Ctrl+Shift+R). This is a separate signed-in browser session: paste the prepared request, attach the original PDF, then download and open any returned score yourself. Reconnect ChatGPT inside SpeakTab if you want to continue using the in-app route.</w:t>
      </w:r>
    </w:p>
    <w:p>
      <w:pPr/>
      <w:r>
        <w:t>For guitar TAB or combined staff notation and TAB, use a matching structured guitar file or AI repair that explicitly preserves the printed strings and frets. PlayScore does not support guitar TAB; its documentation also warns that combined staff/TAB can interfere with recognition. Choose another route for these guitar PDFs.</w:t>
      </w:r>
    </w:p>
    <w:p>
      <w:pPr>
        <w:pStyle w:val="Heading2"/>
      </w:pPr>
      <w:r>
        <w:t>Repair reasoning effort</w:t>
      </w:r>
    </w:p>
    <w:p>
      <w:r>
        <w:t>Control labels: Repair reasoning effort.</w:t>
      </w:r>
    </w:p>
    <w:p>
      <w:r>
        <w:t>Purpose: Controls how much reasoning the selected supported model uses.</w:t>
      </w:r>
    </w:p>
    <w:p>
      <w:r>
        <w:t>How to use it: Choose a model, then choose Model default, Low, Medium, High, Extra high or Maximum when offered.</w:t>
      </w:r>
    </w:p>
    <w:p>
      <w:r>
        <w:t>What the choices mean: Explicit choices are currently available for GPT-6.1 Sol in ChatGPT saved connection and OpenAI API key modes. Other models retain their defaults. Claude uses its own provider default here.</w:t>
      </w:r>
    </w:p>
    <w:p>
      <w:r>
        <w:t>What happens next: The chosen explicit effort is sent with the repair. Higher settings may take longer and use more allowance.</w:t>
      </w:r>
    </w:p>
    <w:p>
      <w:r>
        <w:t>Correct or cancel: Choose Model default to leave effort to the model. Changing effort invalidates an earlier candidate; it does not send the file.</w:t>
      </w:r>
    </w:p>
    <w:p>
      <w:pPr>
        <w:pStyle w:val="Heading2"/>
      </w:pPr>
      <w:r>
        <w:t>Model effort and cost guidance</w:t>
      </w:r>
    </w:p>
    <w:p>
      <w:r>
        <w:t>Control labels: Model, effort and cost guidance.</w:t>
      </w:r>
    </w:p>
    <w:p>
      <w:r>
        <w:t>Purpose: Opens practical advice for choosing a model, effort and connection.</w:t>
      </w:r>
    </w:p>
    <w:p>
      <w:r>
        <w:t>How to use it: Read the task suggestions before sending a long score.</w:t>
      </w:r>
    </w:p>
    <w:p>
      <w:r>
        <w:t>What the choices mean: High is an accuracy-first starting suggestion for music PDFs; Medium can suit clear chord sheets or straightforward text. These are starting recommendations, not a transcription benchmark.</w:t>
      </w:r>
    </w:p>
    <w:p>
      <w:r>
        <w:t>What happens next: The advice distinguishes ChatGPT plan allowance, provider API billing or credits and the separate website route.</w:t>
      </w:r>
    </w:p>
    <w:p>
      <w:r>
        <w:t>Correct or cancel: Close the advice to return to the same file and request. Reading advice sends nothing.</w:t>
      </w:r>
    </w:p>
    <w:p>
      <w:pPr>
        <w:pStyle w:val="Heading2"/>
      </w:pPr>
      <w:r>
        <w:t>Elapsed time</w:t>
      </w:r>
    </w:p>
    <w:p>
      <w:r>
        <w:t>Control labels: Elapsed time.</w:t>
      </w:r>
    </w:p>
    <w:p>
      <w:r>
        <w:t>Purpose: Shows repair duration on its own line.</w:t>
      </w:r>
    </w:p>
    <w:p>
      <w:r>
        <w:t>How to use it: Tab to Elapsed time if you want to read the current duration.</w:t>
      </w:r>
    </w:p>
    <w:p>
      <w:r>
        <w:t>What the choices mean: The timer includes hours, minutes and seconds. It changes separately from the main repair status.</w:t>
      </w:r>
    </w:p>
    <w:p>
      <w:r>
        <w:t>What happens next: The main status changes when an actual stage or passage changes; the timer does not keep repeating the assistant message.</w:t>
      </w:r>
    </w:p>
    <w:p>
      <w:r>
        <w:t>Correct or cancel: Elapsed time is not a percentage or a completion estimate. Cancel repair keeps completed passages.</w:t>
      </w:r>
    </w:p>
    <w:p>
      <w:pPr>
        <w:pStyle w:val="Heading2"/>
      </w:pPr>
      <w:r>
        <w:t>Choosing a setting for the task</w:t>
      </w:r>
    </w:p>
    <w:p>
      <w:r>
        <w:t>For an accuracy-first music PDF, GPT-6.1 Sol with High effort is a suggested starting point, not a music-transcription benchmark. Clear chord sheets or straightforward text can start at Medium. Low may suit simple text cleanup; use it cautiously for music. Extra high and Maximum can take longer and use more allowance without guaranteeing more accurate notes. Reserve those settings or a stronger available model for difficult passages. Model default leaves effort to the selected model. Explicit effort choices here are available for GPT-6.1 Sol; other models retain their defaults.</w:t>
      </w:r>
    </w:p>
    <w:p>
      <w:r>
        <w:t>ChatGPT saved connection uses your account's available plan allowance and credits. OpenAI API key and Claude API key modes use their separate provider billing or credits. An API key alone does not improve accuracy. The ChatGPT website uses its own signed-in session; paste the prepared request and attach the original there, then download and open returned music yourself. It can help with an interactive investigation of difficult passages.</w:t>
      </w:r>
    </w:p>
    <w:p>
      <w:r>
        <w:t>Begin with a short representative passage and review its result before committing a long score to a costly or slow setting. Keep the original and read reported coverage. Higher effort is not proof of correct music. Current prices, limits and model availability depend on the chosen account and provider.</w:t>
      </w:r>
    </w:p>
    <w:p>
      <w:r>
        <w:t>Staff notation and TAB can show the same guitar part. They should produce one playable part with its rhythm and string and fret positions. Distinct printed instruments must remain separate. Recognized labels alone do not establish which parts were actually printed.</w:t>
      </w:r>
    </w:p>
    <w:p>
      <w:r>
        <w:t>Direct PDF repair first requests a short page-layout map. Staff groups cover up to eight page positions with GPT-6.1 Sol, or four with other models. Positions restart at 1 on each page and do not unfold repeats; printed measure labels and movement headings are kept as source directions. A usable local recognition map can still provide groups of up to nine original numbered measures. Reply-size limits subdivide only unfinished ranges, down to one measure when possible; completed work is kept. Uncertain ranges remain provisional. Saved ChatGPT sign-in omits configurable reply limits. API-key output budgets are separate.</w:t>
      </w:r>
    </w:p>
    <w:p>
      <w:r>
        <w:t>Guidance checked October 29 2026. Current model and billing information: https://developers.openai.com/api/docs/models/gpt-6.1-sol and https://developers.openai.com/api/docs/guides/chatgpt-api-credits .</w:t>
      </w:r>
    </w:p>
    <w:p>
      <w:r>
        <w:t>PlayScore guidance checked October 28 2026: https://www.playscore.co/windows-help/ . The short-file local-recognition suggestion is not an accuracy guarantee.</w:t>
      </w:r>
    </w:p>
    <w:p>
      <w:pPr>
        <w:pStyle w:val="Heading1"/>
        <w:pageBreakBefore/>
      </w:pPr>
      <w:r>
        <w:t>Continue a stopped PDF repair</w:t>
      </w:r>
    </w:p>
    <w:p>
      <w:r>
        <w:t>If a PDF repair pauses, Repair status first gives the reason, saved passage count and next original page or measure range. Open provisional reading opens available combined music; F6 opens full details. Continue unfinished repair sends only passages not yet received. Saved passages are retained. Already processed passages with uncertain notes remain provisional; continuation does not automatically repeat them. A connection error does not by itself prove a sign-in, account-limit or music-reading problem.</w:t>
      </w:r>
    </w:p>
    <w:p>
      <w:r>
        <w:t>Testing has found connection interruptions during long PDF repairs. SpeakTab has no fixed time limit for the whole PDF. Each PDF passage attempt can wait up to thirty minutes. For the saved ChatGPT connection, ten minutes without new reply data ends that attempt; receiving new stream data renews this quiet-period wait. An unexpectedly closed reply stream now enters the same recovery path as other interrupted connections. SpeakTab retries only the unfinished passage up to twice, using the saved connection. Earlier received passages are kept and are not sent again. If both retries fail, repair pauses with the actual reason and next range. Renew browser sign-in only when the app specifically reports that authorization needs renewal. Cancel repair stops waiting and prevents further retries. These changes do not guarantee network availability.</w:t>
      </w:r>
    </w:p>
    <w:p>
      <w:r>
        <w:t>To return later, choose File &gt; Continue saved PDF repair in the main reader. Alt+F, then 1 opens the same command. SpeakTab finds saved repairs by original music filename, including repairs for which every passage was received. A unique match for the current reading opens directly; otherwise choose a named repair. Opening progress sends nothing and runs no recognition. If passages remain, choose Continue unfinished repair. If all were received, choose Rebuild saved reading to join and check the retained replies locally, without contacting ChatGPT. Your original file, request, model and effort are restored.</w:t>
      </w:r>
    </w:p>
    <w:p>
      <w:r>
        <w:t>When all passages have arrived, SpeakTab automatically joins the saved music and checks the combined score. The status reports the received count and whether the result is ready for musical review, still provisional, or could not be opened, with the actual reason. It checks each bounded MusicXML passage against its requested original measure numbers and checks duration totals where a meter is supplied. A failed passage check triggers one correction request for that passage; it does not require the user to locate errors or ask an assistant to finish the assembly. A pickup must be marked as a pickup; the app does not invent notes or rests to fill a bar. Joining preserves each passage's octave and duration settings. Identical staff and TAB representations become one performance only after their notes, onsets, durations and ties agree. Completed saved music can also be rebuilt later without a provider request. Unresolved source gaps stay provisional. Successful structural checks do not certify musical accuracy; keep the original PDF for review.</w:t>
      </w:r>
    </w:p>
    <w:p>
      <w:r>
        <w:t>Provisional music is saved beside the running SpeakTab app under Saved Readings &gt; AI Repairs in a folder named after the original file. The readable file keeps that name followed by provisional reading and uses .musicxml or .txt. Open provisional reading opens it; F6 gives its exact path and full details. Technical files stay inside Repair progress within that named folder. Keep that folder to continue later. Loading and continuing reuse the named attempt. A separate new repair has its own named attempt. Already processed uncertain passages stay provisional and need separate review. Changed original or retained passage files prevent reuse. Older repairs without saved progress need their retained work checked before a compatible continuation can be prepared.</w:t>
      </w:r>
    </w:p>
    <w:p>
      <w:r>
        <w:t>Menu route: File &gt; Continue saved PDF repair. Menu access: Alt+F, then 1. Direct shortcut: No default direct shortcut.</w:t>
      </w:r>
    </w:p>
    <w:p>
      <w:r>
        <w:t>Reply-size limits concern answer length, not waiting time. Twenty minutes of waiting cannot enlarge a reply. SpeakTab allows thirty minutes per PDF attempt and ten minutes without new stream data for its saved ChatGPT connection. Smaller passages address reply size; extra requests can take more time and allowance. Controlled software checks do not establish live whole-score speed or accuracy.</w:t>
      </w:r>
    </w:p>
    <w:p>
      <w:r>
        <w:t>Local recognition progress and Local recognition elapsed time are read-only fields reached with Tab. The activity bar shows work; page and stage text uses the engine's reports. After thirty seconds without a new message, elapsed time reports the quiet period. A quiet stage is not proof of a stall, and the bar does not invent a completion percentage.</w:t>
      </w:r>
    </w:p>
    <w:p>
      <w:r>
        <w:t>Recognition can save movements or parts in separate files. Choosing one does not cover the whole PDF. Dismissing that choice keeps the files and reports completion without selecting a reading. Recovered music remains provisional until checked against the original.</w:t>
      </w:r>
    </w:p>
    <w:p>
      <w:r>
        <w:t>For staff passages with an octave-marked clef, the first returned pitch-encoding context receives one focused review against the original before assembly. A changed clef or transposition context receives another check. The assistant must verify the actual sounding register; the app does not shift pitches automatically or certify musical accuracy. A failed review keeps the reading provisional.</w:t>
      </w:r>
    </w:p>
    <w:p>
      <w:r>
        <w:t>Direct AI passage positions identify bar-delimited printed segments. The opening pickup and the short pieces on either side of a split repeat barline count separately; they can share a printed measure number. Temporary positions are therefore different from printed labels. Uncertainty about later page positions does not make an already recovered earlier requested range missing. Any genuine uncertainty stays with the affected range. A printed multi-measure rest still contributes its stated number of measures.</w:t>
      </w:r>
    </w:p>
    <w:p>
      <w:r>
        <w:br w:type="page"/>
      </w:r>
    </w:p>
    <w:p>
      <w:pPr>
        <w:pStyle w:val="Heading1"/>
      </w:pPr>
      <w:r>
        <w:t>When a repair needs review</w:t>
      </w:r>
    </w:p>
    <w:p>
      <w:pPr>
        <w:pStyle w:val="Heading2"/>
      </w:pPr>
      <w:r>
        <w:t>What the result means</w:t>
      </w:r>
    </w:p>
    <w:p>
      <w:r>
        <w:t>A repair can finish receiving every passage and still need review. The status identifies the affected page positions. A reader or encoding check is different from a note or rhythm that the assistant could not establish. All received passages stay saved.</w:t>
      </w:r>
    </w:p>
    <w:p>
      <w:pPr>
        <w:pStyle w:val="Heading2"/>
      </w:pPr>
      <w:r>
        <w:t>Copy repair report</w:t>
      </w:r>
    </w:p>
    <w:p>
      <w:r>
        <w:t>Choose Copy repair report in the repair window. Paste the report where you want to keep it or share it. It includes the current status, affected ranges and reasons, assistant, model and elapsed time. It omits score XML and provider keys. Copying leaves the problem visible.</w:t>
      </w:r>
    </w:p>
    <w:p>
      <w:pPr>
        <w:pStyle w:val="Heading2"/>
      </w:pPr>
      <w:r>
        <w:t>Rebuild saved reading</w:t>
      </w:r>
    </w:p>
    <w:p>
      <w:r>
        <w:t>For a saved PDF, this rechecks the retained replies and joins the music again without an AI request. An earlier machine-generated flag is cleared only when the current checks pass and an identical retained provider reply reported complete coverage. Genuine missing or uncertain music remains flagged.</w:t>
      </w:r>
    </w:p>
    <w:p>
      <w:pPr>
        <w:pStyle w:val="Heading2"/>
      </w:pPr>
      <w:r>
        <w:t>Repair flagged passages</w:t>
      </w:r>
    </w:p>
    <w:p>
      <w:r>
        <w:t>When every original passage has arrived, choose Repair flagged passages to retry only unresolved saved groups against the original PDF. It uses the selected assistant, model and effort. Successful corrected groups replace only their earlier result, with a recovery copy retained; the whole reading is then joined again. Unsuccessful or cancelled retries keep earlier music. These retries can use account allowance or API credits. Another file without saved PDF passages offers Retry repair for its selected file.</w:t>
      </w:r>
    </w:p>
    <w:p>
      <w:pPr>
        <w:pStyle w:val="Heading2"/>
      </w:pPr>
      <w:r>
        <w:t>Return to a saved repair</w:t>
      </w:r>
    </w:p>
    <w:p>
      <w:r>
        <w:t>Choose File &gt; Continue saved PDF repair and select the music filename. Continue unfinished repair handles passages that have not arrived. For a finished repair, use Rebuild saved reading or Repair flagged passages as appropriate. Repeated attempts cannot guarantee that unclear notation will become readable. Keep genuine uncertainty with the result.</w:t>
      </w:r>
    </w:p>
    <w:p>
      <w:r>
        <w:br w:type="page"/>
      </w:r>
    </w:p>
    <w:p>
      <w:pPr>
        <w:pStyle w:val="Heading1"/>
      </w:pPr>
      <w:r>
        <w:t>Playback and save choices after repair</w:t>
      </w:r>
    </w:p>
    <w:p>
      <w:pPr>
        <w:pStyle w:val="Heading2"/>
      </w:pPr>
      <w:r>
        <w:t>Choose the playback sound</w:t>
      </w:r>
    </w:p>
    <w:p>
      <w:r>
        <w:t>Voice 1, Voice 2 and Voice 3 are simultaneous musical lines. They do not select the instrument sound. If an imported part has no identified sound, Play opens the instrument selector. Choose Guitar or another appropriate sound and Apply. The sound description updates when the selection changes. Ctrl+P plays; Ctrl+Shift+P stops. Ctrl+S saves the sound choice with the reading.</w:t>
      </w:r>
    </w:p>
    <w:p>
      <w:pPr>
        <w:pStyle w:val="Heading2"/>
      </w:pPr>
      <w:r>
        <w:t>Long playback and loops</w:t>
      </w:r>
    </w:p>
    <w:p>
      <w:r>
        <w:t>Playback can last up to thirty minutes from the selected position, including written repeats. A longer performance needs a shorter loop or a later starting position. Practice &gt; Loop a measure range selects a repeated section. The playback duration limit is separate from the time spent waiting for an AI repair.</w:t>
      </w:r>
    </w:p>
    <w:p>
      <w:pPr>
        <w:pStyle w:val="Heading2"/>
      </w:pPr>
      <w:r>
        <w:t>Save the current reading</w:t>
      </w:r>
    </w:p>
    <w:p>
      <w:r>
        <w:t>When leaving a reading with unsaved changes, Save current reading names the reading and file. Read the question, then choose Save reading, Leave without saving, or Keep reading open. Escape keeps the current reading open. This question concerns the reading being left, not whether the newly repaired music is accurate.</w:t>
      </w:r>
    </w:p>
    <w:p>
      <w:r>
        <w:br w:type="page"/>
      </w:r>
    </w:p>
    <w:p>
      <w:pPr>
        <w:pStyle w:val="Heading1"/>
      </w:pPr>
      <w:r>
        <w:t>Use ChatGPT directly from the original</w:t>
      </w:r>
    </w:p>
    <w:p>
      <w:pPr>
        <w:pStyle w:val="Heading2"/>
      </w:pPr>
      <w:r>
        <w:t>Choose an independent route</w:t>
      </w:r>
    </w:p>
    <w:p>
      <w:r>
        <w:t>Send the original directly to ChatGPT in its app or on the website. A SpeakTab recognition or AI conversion is not a prerequisite. Ctrl+Shift+R opens the handoff. Its default ChatGPT task is Convert original file. Included file details shows facts read from the selected original, including the actual PDF page count when readable. Older in-app results are not included in this task.</w:t>
      </w:r>
    </w:p>
    <w:p>
      <w:pPr>
        <w:pStyle w:val="Heading2"/>
      </w:pPr>
      <w:r>
        <w:t>Use the app or website</w:t>
      </w:r>
    </w:p>
    <w:p>
      <w:r>
        <w:t>Copy request for local ChatGPT Work prepares a request with the exact original-file path and output folder. In the ChatGPT desktop app, choose Work and Work locally when available, then paste and send; approved local file tools can read the PDF directly. Copy request and open website instead prepares the request for the browser. Paste it there and attach the single original. For an upload dialog in ordinary Chat or the website, Copy original file path lets you paste the location into File name and choose Open. No folder browsing is needed.</w:t>
      </w:r>
    </w:p>
    <w:p>
      <w:pPr>
        <w:pStyle w:val="Heading2"/>
      </w:pPr>
      <w:r>
        <w:t>Repair an existing MusicXML when you choose</w:t>
      </w:r>
    </w:p>
    <w:p>
      <w:r>
        <w:t>Repair an existing MusicXML is a separate task. Use it when you already have a draft, such as an export from another recognizer, and want it compared with an original reference. Choose the existing score explicitly. This does not require running another recognition pass. Correct previous ChatGPT result is for a follow-up within the same ChatGPT conversation.</w:t>
      </w:r>
    </w:p>
    <w:p>
      <w:pPr>
        <w:pStyle w:val="Heading2"/>
      </w:pPr>
      <w:r>
        <w:t>Follow progress and return to SpeakTab</w:t>
      </w:r>
    </w:p>
    <w:p>
      <w:r>
        <w:t>The request asks for short plain-text page and stage updates. Follow actual progress in ChatGPT; SpeakTab does not receive the external chat status. Local Work is asked to save a new score in the prepared My Music folder. Open returned file opens a unique new output there directly, or offers a choice when needed. For a browser download, save the returned file and open it in SpeakTab. Read coverage and unresolved gaps; a playable file does not establish perfect musical accuracy.</w:t>
      </w:r>
    </w:p>
    <w:sectPr w:rsidR="00FC693F" w:rsidRPr="0006063C" w:rsidSect="00034616">
      <w:footerReference w:type="default" r:id="rId9"/>
      <w:headerReference w:type="default" r:id="rId32"/>
      <w:headerReference w:type="first" r:id="rId33"/>
      <w:footerReference w:type="first" r:id="rId34"/>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after="100" w:line="252" w:lineRule="auto"/>
    </w:pPr>
    <w:rPr>
      <w:rFonts w:ascii="Calibri" w:hAnsi="Calibri"/>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00" w:after="100"/>
      <w:outlineLvl w:val="0"/>
    </w:pPr>
    <w:rPr>
      <w:rFonts w:asciiTheme="majorHAnsi" w:eastAsiaTheme="majorEastAsia" w:hAnsiTheme="majorHAnsi" w:cstheme="majorBidi" w:ascii="Calibri" w:hAnsi="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pageBreakBefore w:val="0"/>
      <w:spacing w:before="200" w:after="100"/>
      <w:outlineLvl w:val="1"/>
    </w:pPr>
    <w:rPr>
      <w:rFonts w:asciiTheme="majorHAnsi" w:eastAsiaTheme="majorEastAsia" w:hAnsiTheme="majorHAnsi" w:cstheme="majorBidi" w:ascii="Calibri" w:hAnsi="Calibri"/>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pageBreakBefore w:val="0"/>
      <w:spacing w:before="200" w:after="100"/>
      <w:outlineLvl w:val="2"/>
    </w:pPr>
    <w:rPr>
      <w:rFonts w:asciiTheme="majorHAnsi" w:eastAsiaTheme="majorEastAsia" w:hAnsiTheme="majorHAnsi" w:cstheme="majorBidi" w:ascii="Calibri" w:hAnsi="Calibri"/>
      <w:b/>
      <w:bCs/>
      <w:color w:val="000000"/>
      <w:sz w:val="22"/>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00" w:line="240" w:lineRule="auto" w:before="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100"/>
    </w:pPr>
    <w:rPr>
      <w:rFonts w:asciiTheme="majorHAnsi" w:eastAsiaTheme="majorEastAsia" w:hAnsiTheme="majorHAnsi" w:cstheme="majorBidi" w:ascii="Calibri" w:hAnsi="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reedomscientific.com/training/jaws/hotkeys/" TargetMode="External"/><Relationship Id="rId11" Type="http://schemas.openxmlformats.org/officeDocument/2006/relationships/hyperlink" Target="https://api.nvaccess.org/documentation/userGuide.html" TargetMode="External"/><Relationship Id="rId12" Type="http://schemas.openxmlformats.org/officeDocument/2006/relationships/hyperlink" Target="https://github.com/edenkizerccr-coder/speaktab/releases/latest/download/SpeakTab-Windows.zip" TargetMode="External"/><Relationship Id="rId13" Type="http://schemas.openxmlformats.org/officeDocument/2006/relationships/hyperlink" Target="https://www.musicca.com/drum-machine" TargetMode="External"/><Relationship Id="rId14" Type="http://schemas.openxmlformats.org/officeDocument/2006/relationships/hyperlink" Target="https://intercom.help/truefire/en/articles/10860193-how-to-access-pdfs-jams-gp5-files-in-desktop-app" TargetMode="External"/><Relationship Id="rId15" Type="http://schemas.openxmlformats.org/officeDocument/2006/relationships/hyperlink" Target="https://faq.musora.com/article/1208-how-do-i-download-resources-and-videos" TargetMode="External"/><Relationship Id="rId16" Type="http://schemas.openxmlformats.org/officeDocument/2006/relationships/hyperlink" Target="https://www.justinguitar.com/songs/" TargetMode="External"/><Relationship Id="rId17" Type="http://schemas.openxmlformats.org/officeDocument/2006/relationships/hyperlink" Target="https://www.justinguitar.com/store/tabs" TargetMode="External"/><Relationship Id="rId18" Type="http://schemas.openxmlformats.org/officeDocument/2006/relationships/hyperlink" Target="https://www.laurenbateman.com/songs/" TargetMode="External"/><Relationship Id="rId19" Type="http://schemas.openxmlformats.org/officeDocument/2006/relationships/hyperlink" Target="https://guitarlessons365.com/song-lessons/" TargetMode="External"/><Relationship Id="rId20" Type="http://schemas.openxmlformats.org/officeDocument/2006/relationships/hyperlink" Target="https://guitarlessons365.com/free-lessons/" TargetMode="External"/><Relationship Id="rId21" Type="http://schemas.openxmlformats.org/officeDocument/2006/relationships/hyperlink" Target="https://www.brailleauthority.org/music/music.html" TargetMode="External"/><Relationship Id="rId22" Type="http://schemas.openxmlformats.org/officeDocument/2006/relationships/hyperlink" Target="https://www.loc.gov/nls/services-and-resources/music-service-and-materials/" TargetMode="External"/><Relationship Id="rId23" Type="http://schemas.openxmlformats.org/officeDocument/2006/relationships/hyperlink" Target="https://github.com/edenkizerccr-coder/speaktab/issues/new" TargetMode="External"/><Relationship Id="rId24" Type="http://schemas.openxmlformats.org/officeDocument/2006/relationships/hyperlink" Target="https://help.ultimate-guitar.com/en/articles/6749046-website-how-to-download-guitar-pro-and-power-tabs" TargetMode="External"/><Relationship Id="rId25" Type="http://schemas.openxmlformats.org/officeDocument/2006/relationships/hyperlink" Target="https://help.ultimate-guitar.com/en/articles/6741293-guide-to-ultimate-guitar-s-premium-services" TargetMode="External"/><Relationship Id="rId26" Type="http://schemas.openxmlformats.org/officeDocument/2006/relationships/hyperlink" Target="https://help.ultimate-guitar.com/en/articles/6741560-what-is-ultimate-guitar-pro-subscription" TargetMode="External"/><Relationship Id="rId27" Type="http://schemas.openxmlformats.org/officeDocument/2006/relationships/hyperlink" Target="https://help.ultimate-guitar.com/en/articles/10558773-website-how-to-download-a-song-as-a-pdf" TargetMode="External"/><Relationship Id="rId28" Type="http://schemas.openxmlformats.org/officeDocument/2006/relationships/hyperlink" Target="https://help.ultimate-guitar.com/en/articles/6741783-what-is-ultimate-guitar-courses-subscription" TargetMode="External"/><Relationship Id="rId29" Type="http://schemas.openxmlformats.org/officeDocument/2006/relationships/hyperlink" Target="https://developers.openai.com/api/docs/models/gpt-realtime-1.5" TargetMode="External"/><Relationship Id="rId30" Type="http://schemas.openxmlformats.org/officeDocument/2006/relationships/hyperlink" Target="https://developers.openai.com/api/docs/guides/voice-latency-cost?voice-api=realtime" TargetMode="External"/><Relationship Id="rId31" Type="http://schemas.openxmlformats.org/officeDocument/2006/relationships/hyperlink" Target="https://platform.openai.com/usage" TargetMode="External"/><Relationship Id="rId32" Type="http://schemas.openxmlformats.org/officeDocument/2006/relationships/header" Target="header1.xml"/><Relationship Id="rId33" Type="http://schemas.openxmlformats.org/officeDocument/2006/relationships/header" Target="header2.xml"/><Relationship Id="rId34" Type="http://schemas.openxmlformats.org/officeDocument/2006/relationships/footer" Target="footer2.xml"/><Relationship Id="rId35" Type="http://schemas.openxmlformats.org/officeDocument/2006/relationships/hyperlink" Target="https://musescore.org/en" TargetMode="External"/><Relationship Id="rId36" Type="http://schemas.openxmlformats.org/officeDocument/2006/relationships/hyperlink" Target="https://handbook.musescore.org/file-management/file-export" TargetMode="External"/><Relationship Id="rId37" Type="http://schemas.openxmlformats.org/officeDocument/2006/relationships/hyperlink" Target="https://musescore.org/en/accessibility" TargetMode="External"/><Relationship Id="rId38" Type="http://schemas.openxmlformats.org/officeDocument/2006/relationships/hyperlink" Target="https://www.dancingdots.com/tsgf4/gf4tutorial.htm" TargetMode="External"/><Relationship Id="rId39" Type="http://schemas.openxmlformats.org/officeDocument/2006/relationships/hyperlink" Target="https://handbook.musescore.org/navigation/accessibility" TargetMode="External"/><Relationship Id="rId40" Type="http://schemas.openxmlformats.org/officeDocument/2006/relationships/hyperlink" Target="https://handbook.musescore.org/idiomatic-notation/guitar/creating-a-tablature-staff" TargetMode="External"/><Relationship Id="rId41" Type="http://schemas.openxmlformats.org/officeDocument/2006/relationships/hyperlink" Target="https://www.rnib.org.uk/living-with-sight-loss/education-and-learning/music-education/talking-scores/" TargetMode="External"/><Relationship Id="rId42" Type="http://schemas.openxmlformats.org/officeDocument/2006/relationships/hyperlink" Target="https://soundwithoutsight.org/musescore-studio-tips-and-tricks-for-musicians-with-print-disabilities/" TargetMode="External"/><Relationship Id="rId43" Type="http://schemas.openxmlformats.org/officeDocument/2006/relationships/hyperlink" Target="https://handbook.musescore.org/basics/input-by-duration-mode" TargetMode="External"/><Relationship Id="rId44" Type="http://schemas.openxmlformats.org/officeDocument/2006/relationships/hyperlink" Target="https://handbook.musescore.org/en_gb/basics/alternative-note-input-methods" TargetMode="External"/><Relationship Id="rId45" Type="http://schemas.openxmlformats.org/officeDocument/2006/relationships/hyperlink" Target="https://help.openai.com/en/articles/9039756-managing-billing-for-chatgpt-and-the-api-platform" TargetMode="External"/><Relationship Id="rId46" Type="http://schemas.openxmlformats.org/officeDocument/2006/relationships/hyperlink" Target="https://help.openai.com/en/articles/20001542-using-your-chatgpt-plan-in-other-apps-and-sites" TargetMode="External"/><Relationship Id="rId47" Type="http://schemas.openxmlformats.org/officeDocument/2006/relationships/hyperlink" Target="https://support.claude.com/en/articles/9876003-i-have-a-paid-claude-subscription-pro-max-team-or-enterprise-plans-why-is-claude-api-usage-billed-separately-from-my-paid-claude-plan" TargetMode="External"/><Relationship Id="rId48" Type="http://schemas.openxmlformats.org/officeDocument/2006/relationships/hyperlink" Target="https://support.claude.com/en/articles/8977456-how-do-i-pay-for-my-claude-api-us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SpeakTab User Manual</dc:title>
  <dc:subject>SpeakTab 10.14.83 local reviewed guidance</dc:subject>
  <dc:creator>SpeakTab</dc:creator>
  <cp:keywords>SpeakTab user manual keyboard voice commands Braille</cp:keywords>
  <dc:description/>
  <cp:lastModifiedBy/>
  <cp:revision>1</cp:revision>
  <dcterms:created xsi:type="dcterms:W3CDTF">2013-12-23T23:15:00Z</dcterms:created>
  <dcterms:modified xsi:type="dcterms:W3CDTF">2013-12-23T23:15:00Z</dcterms:modified>
  <cp:category/>
  <cp:version>10.14.50</cp:version>
</cp:coreProperties>
</file>